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470BA" w14:textId="77777777" w:rsidR="004D4A74" w:rsidRDefault="004D4A74">
      <w:pPr>
        <w:jc w:val="right"/>
      </w:pPr>
    </w:p>
    <w:p w14:paraId="1BD58CEE" w14:textId="77777777" w:rsidR="004D4A74" w:rsidRDefault="004D4A74"/>
    <w:p w14:paraId="6A8C3583" w14:textId="77777777" w:rsidR="004D4A74" w:rsidRDefault="004D4A74"/>
    <w:p w14:paraId="1FEDE57E" w14:textId="77777777" w:rsidR="004D4A74" w:rsidRPr="003202D9" w:rsidRDefault="00AF1749">
      <w:pPr>
        <w:pStyle w:val="Titel"/>
        <w:rPr>
          <w:lang w:val="nl-NL"/>
        </w:rPr>
      </w:pPr>
      <w:r w:rsidRPr="003202D9">
        <w:rPr>
          <w:lang w:val="nl-NL"/>
        </w:rPr>
        <w:t>IKC De Singel</w:t>
      </w:r>
    </w:p>
    <w:p w14:paraId="0489D2C4" w14:textId="77777777" w:rsidR="004D4A74" w:rsidRPr="003202D9" w:rsidRDefault="00AF1749">
      <w:pPr>
        <w:pStyle w:val="Kop1"/>
        <w:rPr>
          <w:lang w:val="nl-NL"/>
        </w:rPr>
      </w:pPr>
      <w:r w:rsidRPr="003202D9">
        <w:rPr>
          <w:lang w:val="nl-NL"/>
        </w:rPr>
        <w:t>Schoolgids 2026-2027</w:t>
      </w:r>
    </w:p>
    <w:p w14:paraId="36676153" w14:textId="77777777" w:rsidR="004D4A74" w:rsidRPr="003202D9" w:rsidRDefault="00AF1749">
      <w:pPr>
        <w:pStyle w:val="SingelQuote"/>
        <w:rPr>
          <w:lang w:val="nl-NL"/>
        </w:rPr>
      </w:pPr>
      <w:r w:rsidRPr="003202D9">
        <w:rPr>
          <w:lang w:val="nl-NL"/>
        </w:rPr>
        <w:t>Samen spelen, samen leren, samen groeien</w:t>
      </w:r>
      <w:r w:rsidR="003202D9">
        <w:rPr>
          <w:lang w:val="nl-NL"/>
        </w:rPr>
        <w:t xml:space="preserve">  </w:t>
      </w:r>
      <w:r w:rsidR="003202D9" w:rsidRPr="003202D9">
        <w:rPr>
          <w:noProof/>
          <w:lang w:val="nl-NL"/>
        </w:rPr>
        <w:drawing>
          <wp:inline distT="0" distB="0" distL="0" distR="0" wp14:anchorId="2B16916C" wp14:editId="1BD599E7">
            <wp:extent cx="304800" cy="327742"/>
            <wp:effectExtent l="0" t="0" r="0" b="0"/>
            <wp:docPr id="6929846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84657" name=""/>
                    <pic:cNvPicPr/>
                  </pic:nvPicPr>
                  <pic:blipFill>
                    <a:blip r:embed="rId11"/>
                    <a:stretch>
                      <a:fillRect/>
                    </a:stretch>
                  </pic:blipFill>
                  <pic:spPr>
                    <a:xfrm>
                      <a:off x="0" y="0"/>
                      <a:ext cx="314793" cy="338487"/>
                    </a:xfrm>
                    <a:prstGeom prst="rect">
                      <a:avLst/>
                    </a:prstGeom>
                  </pic:spPr>
                </pic:pic>
              </a:graphicData>
            </a:graphic>
          </wp:inline>
        </w:drawing>
      </w:r>
    </w:p>
    <w:p w14:paraId="370D88DE" w14:textId="77777777" w:rsidR="004D4A74" w:rsidRPr="003202D9" w:rsidRDefault="00AF1749">
      <w:pPr>
        <w:rPr>
          <w:lang w:val="nl-NL"/>
        </w:rPr>
      </w:pPr>
      <w:r w:rsidRPr="003202D9">
        <w:rPr>
          <w:color w:val="555555"/>
          <w:sz w:val="24"/>
          <w:lang w:val="nl-NL"/>
        </w:rPr>
        <w:t>Een praktische en volledige gids voor ouders en verzorgers.</w:t>
      </w:r>
    </w:p>
    <w:p w14:paraId="1D486CB7" w14:textId="77777777" w:rsidR="004D4A74" w:rsidRDefault="00AF1749">
      <w:pPr>
        <w:jc w:val="center"/>
      </w:pPr>
      <w:r>
        <w:rPr>
          <w:noProof/>
        </w:rPr>
        <w:drawing>
          <wp:inline distT="0" distB="0" distL="0" distR="0" wp14:anchorId="58FD3155" wp14:editId="2F98F457">
            <wp:extent cx="6337300" cy="45747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6376411" cy="4602973"/>
                    </a:xfrm>
                    <a:prstGeom prst="rect">
                      <a:avLst/>
                    </a:prstGeom>
                  </pic:spPr>
                </pic:pic>
              </a:graphicData>
            </a:graphic>
          </wp:inline>
        </w:drawing>
      </w:r>
    </w:p>
    <w:p w14:paraId="7E7F6791" w14:textId="77777777" w:rsidR="004D4A74" w:rsidRPr="003202D9" w:rsidRDefault="00AF1749" w:rsidP="002C3CAA">
      <w:pPr>
        <w:pStyle w:val="Small"/>
        <w:rPr>
          <w:lang w:val="nl-NL"/>
        </w:rPr>
      </w:pPr>
      <w:r w:rsidRPr="003202D9">
        <w:rPr>
          <w:lang w:val="nl-NL"/>
        </w:rPr>
        <w:t>Openbaar kindcentrum met onderwijs en opvang in Vlaardingen.</w:t>
      </w:r>
    </w:p>
    <w:p w14:paraId="78B523A1" w14:textId="77777777" w:rsidR="004D4A74" w:rsidRPr="003202D9" w:rsidRDefault="00AF1749">
      <w:pPr>
        <w:rPr>
          <w:lang w:val="nl-NL"/>
        </w:rPr>
      </w:pPr>
      <w:r w:rsidRPr="003202D9">
        <w:rPr>
          <w:lang w:val="nl-NL"/>
        </w:rPr>
        <w:br w:type="page"/>
      </w:r>
    </w:p>
    <w:p w14:paraId="5824BE5D" w14:textId="77777777" w:rsidR="004D4A74" w:rsidRDefault="00AF1749">
      <w:pPr>
        <w:pStyle w:val="Kop1"/>
      </w:pPr>
      <w:r>
        <w:rPr>
          <w:noProof/>
        </w:rPr>
        <w:lastRenderedPageBreak/>
        <w:drawing>
          <wp:inline distT="0" distB="0" distL="0" distR="0" wp14:anchorId="1C70C758" wp14:editId="2DFE82AB">
            <wp:extent cx="234000" cy="29686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stretch>
                      <a:fillRect/>
                    </a:stretch>
                  </pic:blipFill>
                  <pic:spPr>
                    <a:xfrm>
                      <a:off x="0" y="0"/>
                      <a:ext cx="234000" cy="296865"/>
                    </a:xfrm>
                    <a:prstGeom prst="rect">
                      <a:avLst/>
                    </a:prstGeom>
                  </pic:spPr>
                </pic:pic>
              </a:graphicData>
            </a:graphic>
          </wp:inline>
        </w:drawing>
      </w:r>
      <w:r>
        <w:t xml:space="preserve">  </w:t>
      </w:r>
      <w:proofErr w:type="spellStart"/>
      <w:r>
        <w:t>Inhoud</w:t>
      </w:r>
      <w:proofErr w:type="spellEnd"/>
    </w:p>
    <w:tbl>
      <w:tblPr>
        <w:tblW w:w="0" w:type="auto"/>
        <w:jc w:val="center"/>
        <w:tblLook w:val="04A0" w:firstRow="1" w:lastRow="0" w:firstColumn="1" w:lastColumn="0" w:noHBand="0" w:noVBand="1"/>
      </w:tblPr>
      <w:tblGrid>
        <w:gridCol w:w="1304"/>
        <w:gridCol w:w="8220"/>
      </w:tblGrid>
      <w:tr w:rsidR="004D4A74" w14:paraId="7DCF3F69" w14:textId="77777777">
        <w:trPr>
          <w:tblHeader/>
          <w:jc w:val="center"/>
        </w:trPr>
        <w:tc>
          <w:tcPr>
            <w:tcW w:w="1304" w:type="dxa"/>
            <w:tcBorders>
              <w:top w:val="single" w:sz="4" w:space="0" w:color="DCE8E6"/>
              <w:left w:val="single" w:sz="4" w:space="0" w:color="DCE8E6"/>
              <w:bottom w:val="single" w:sz="4" w:space="0" w:color="DCE8E6"/>
              <w:right w:val="single" w:sz="4" w:space="0" w:color="DCE8E6"/>
            </w:tcBorders>
            <w:shd w:val="clear" w:color="auto" w:fill="00665C"/>
          </w:tcPr>
          <w:p w14:paraId="14A7DEC3" w14:textId="77777777" w:rsidR="004D4A74" w:rsidRDefault="00AF1749">
            <w:pPr>
              <w:spacing w:after="0"/>
            </w:pPr>
            <w:r>
              <w:rPr>
                <w:b/>
                <w:color w:val="FFFFFF"/>
                <w:sz w:val="18"/>
              </w:rPr>
              <w:t>Hoofdstuk</w:t>
            </w:r>
          </w:p>
        </w:tc>
        <w:tc>
          <w:tcPr>
            <w:tcW w:w="8220" w:type="dxa"/>
            <w:tcBorders>
              <w:top w:val="single" w:sz="4" w:space="0" w:color="DCE8E6"/>
              <w:left w:val="single" w:sz="4" w:space="0" w:color="DCE8E6"/>
              <w:bottom w:val="single" w:sz="4" w:space="0" w:color="DCE8E6"/>
              <w:right w:val="single" w:sz="4" w:space="0" w:color="DCE8E6"/>
            </w:tcBorders>
            <w:shd w:val="clear" w:color="auto" w:fill="00665C"/>
          </w:tcPr>
          <w:p w14:paraId="0719A4AD" w14:textId="77777777" w:rsidR="004D4A74" w:rsidRDefault="00AF1749">
            <w:pPr>
              <w:spacing w:after="0"/>
            </w:pPr>
            <w:r>
              <w:rPr>
                <w:b/>
                <w:color w:val="FFFFFF"/>
                <w:sz w:val="18"/>
              </w:rPr>
              <w:t>Onderwerp</w:t>
            </w:r>
          </w:p>
        </w:tc>
      </w:tr>
      <w:tr w:rsidR="004D4A74" w14:paraId="18A736FA" w14:textId="77777777">
        <w:trPr>
          <w:jc w:val="center"/>
        </w:trPr>
        <w:tc>
          <w:tcPr>
            <w:tcW w:w="1304" w:type="dxa"/>
            <w:tcBorders>
              <w:top w:val="single" w:sz="4" w:space="0" w:color="DCE8E6"/>
              <w:left w:val="single" w:sz="4" w:space="0" w:color="DCE8E6"/>
              <w:bottom w:val="single" w:sz="4" w:space="0" w:color="DCE8E6"/>
              <w:right w:val="single" w:sz="4" w:space="0" w:color="DCE8E6"/>
            </w:tcBorders>
          </w:tcPr>
          <w:p w14:paraId="12C092B0" w14:textId="77777777" w:rsidR="004D4A74" w:rsidRDefault="00AF1749">
            <w:pPr>
              <w:spacing w:after="0"/>
            </w:pPr>
            <w:r>
              <w:rPr>
                <w:sz w:val="18"/>
              </w:rPr>
              <w:t>1</w:t>
            </w:r>
          </w:p>
        </w:tc>
        <w:tc>
          <w:tcPr>
            <w:tcW w:w="8220" w:type="dxa"/>
            <w:tcBorders>
              <w:top w:val="single" w:sz="4" w:space="0" w:color="DCE8E6"/>
              <w:left w:val="single" w:sz="4" w:space="0" w:color="DCE8E6"/>
              <w:bottom w:val="single" w:sz="4" w:space="0" w:color="DCE8E6"/>
              <w:right w:val="single" w:sz="4" w:space="0" w:color="DCE8E6"/>
            </w:tcBorders>
          </w:tcPr>
          <w:p w14:paraId="00C82104" w14:textId="77777777" w:rsidR="004D4A74" w:rsidRDefault="00AF1749">
            <w:pPr>
              <w:spacing w:after="0"/>
            </w:pPr>
            <w:r>
              <w:rPr>
                <w:sz w:val="18"/>
              </w:rPr>
              <w:t>Over IKC De Singel</w:t>
            </w:r>
          </w:p>
        </w:tc>
      </w:tr>
      <w:tr w:rsidR="004D4A74" w14:paraId="59AB960F" w14:textId="77777777">
        <w:trPr>
          <w:jc w:val="center"/>
        </w:trPr>
        <w:tc>
          <w:tcPr>
            <w:tcW w:w="1304" w:type="dxa"/>
            <w:tcBorders>
              <w:top w:val="single" w:sz="4" w:space="0" w:color="DCE8E6"/>
              <w:left w:val="single" w:sz="4" w:space="0" w:color="DCE8E6"/>
              <w:bottom w:val="single" w:sz="4" w:space="0" w:color="DCE8E6"/>
              <w:right w:val="single" w:sz="4" w:space="0" w:color="DCE8E6"/>
            </w:tcBorders>
            <w:shd w:val="clear" w:color="auto" w:fill="FAFCFB"/>
          </w:tcPr>
          <w:p w14:paraId="61F4C1DA" w14:textId="77777777" w:rsidR="004D4A74" w:rsidRDefault="00AF1749">
            <w:pPr>
              <w:spacing w:after="0"/>
            </w:pPr>
            <w:r>
              <w:rPr>
                <w:sz w:val="18"/>
              </w:rPr>
              <w:t>2</w:t>
            </w:r>
          </w:p>
        </w:tc>
        <w:tc>
          <w:tcPr>
            <w:tcW w:w="8220" w:type="dxa"/>
            <w:tcBorders>
              <w:top w:val="single" w:sz="4" w:space="0" w:color="DCE8E6"/>
              <w:left w:val="single" w:sz="4" w:space="0" w:color="DCE8E6"/>
              <w:bottom w:val="single" w:sz="4" w:space="0" w:color="DCE8E6"/>
              <w:right w:val="single" w:sz="4" w:space="0" w:color="DCE8E6"/>
            </w:tcBorders>
            <w:shd w:val="clear" w:color="auto" w:fill="FAFCFB"/>
          </w:tcPr>
          <w:p w14:paraId="05BDB3E9" w14:textId="77777777" w:rsidR="004D4A74" w:rsidRDefault="00AF1749">
            <w:pPr>
              <w:spacing w:after="0"/>
            </w:pPr>
            <w:r>
              <w:rPr>
                <w:sz w:val="18"/>
              </w:rPr>
              <w:t>Missie, visie en identiteit</w:t>
            </w:r>
          </w:p>
        </w:tc>
      </w:tr>
      <w:tr w:rsidR="004D4A74" w14:paraId="2529B474" w14:textId="77777777">
        <w:trPr>
          <w:jc w:val="center"/>
        </w:trPr>
        <w:tc>
          <w:tcPr>
            <w:tcW w:w="1304" w:type="dxa"/>
            <w:tcBorders>
              <w:top w:val="single" w:sz="4" w:space="0" w:color="DCE8E6"/>
              <w:left w:val="single" w:sz="4" w:space="0" w:color="DCE8E6"/>
              <w:bottom w:val="single" w:sz="4" w:space="0" w:color="DCE8E6"/>
              <w:right w:val="single" w:sz="4" w:space="0" w:color="DCE8E6"/>
            </w:tcBorders>
          </w:tcPr>
          <w:p w14:paraId="26A8A1EE" w14:textId="77777777" w:rsidR="004D4A74" w:rsidRDefault="00AF1749">
            <w:pPr>
              <w:spacing w:after="0"/>
            </w:pPr>
            <w:r>
              <w:rPr>
                <w:sz w:val="18"/>
              </w:rPr>
              <w:t>3</w:t>
            </w:r>
          </w:p>
        </w:tc>
        <w:tc>
          <w:tcPr>
            <w:tcW w:w="8220" w:type="dxa"/>
            <w:tcBorders>
              <w:top w:val="single" w:sz="4" w:space="0" w:color="DCE8E6"/>
              <w:left w:val="single" w:sz="4" w:space="0" w:color="DCE8E6"/>
              <w:bottom w:val="single" w:sz="4" w:space="0" w:color="DCE8E6"/>
              <w:right w:val="single" w:sz="4" w:space="0" w:color="DCE8E6"/>
            </w:tcBorders>
          </w:tcPr>
          <w:p w14:paraId="2E58F131" w14:textId="77777777" w:rsidR="004D4A74" w:rsidRDefault="00AF1749">
            <w:pPr>
              <w:spacing w:after="0"/>
            </w:pPr>
            <w:r>
              <w:rPr>
                <w:sz w:val="18"/>
              </w:rPr>
              <w:t>Ons onderwijs</w:t>
            </w:r>
          </w:p>
        </w:tc>
      </w:tr>
      <w:tr w:rsidR="004D4A74" w14:paraId="3D8F793A" w14:textId="77777777">
        <w:trPr>
          <w:jc w:val="center"/>
        </w:trPr>
        <w:tc>
          <w:tcPr>
            <w:tcW w:w="1304" w:type="dxa"/>
            <w:tcBorders>
              <w:top w:val="single" w:sz="4" w:space="0" w:color="DCE8E6"/>
              <w:left w:val="single" w:sz="4" w:space="0" w:color="DCE8E6"/>
              <w:bottom w:val="single" w:sz="4" w:space="0" w:color="DCE8E6"/>
              <w:right w:val="single" w:sz="4" w:space="0" w:color="DCE8E6"/>
            </w:tcBorders>
            <w:shd w:val="clear" w:color="auto" w:fill="FAFCFB"/>
          </w:tcPr>
          <w:p w14:paraId="4BFC7CD6" w14:textId="77777777" w:rsidR="004D4A74" w:rsidRDefault="00AF1749">
            <w:pPr>
              <w:spacing w:after="0"/>
            </w:pPr>
            <w:r>
              <w:rPr>
                <w:sz w:val="18"/>
              </w:rPr>
              <w:t>4</w:t>
            </w:r>
          </w:p>
        </w:tc>
        <w:tc>
          <w:tcPr>
            <w:tcW w:w="8220" w:type="dxa"/>
            <w:tcBorders>
              <w:top w:val="single" w:sz="4" w:space="0" w:color="DCE8E6"/>
              <w:left w:val="single" w:sz="4" w:space="0" w:color="DCE8E6"/>
              <w:bottom w:val="single" w:sz="4" w:space="0" w:color="DCE8E6"/>
              <w:right w:val="single" w:sz="4" w:space="0" w:color="DCE8E6"/>
            </w:tcBorders>
            <w:shd w:val="clear" w:color="auto" w:fill="FAFCFB"/>
          </w:tcPr>
          <w:p w14:paraId="304E0E83" w14:textId="77777777" w:rsidR="004D4A74" w:rsidRDefault="00AF1749">
            <w:pPr>
              <w:spacing w:after="0"/>
            </w:pPr>
            <w:r>
              <w:rPr>
                <w:sz w:val="18"/>
              </w:rPr>
              <w:t>Team en organisatie</w:t>
            </w:r>
          </w:p>
        </w:tc>
      </w:tr>
      <w:tr w:rsidR="004D4A74" w:rsidRPr="001E442B" w14:paraId="0FF9D142" w14:textId="77777777">
        <w:trPr>
          <w:jc w:val="center"/>
        </w:trPr>
        <w:tc>
          <w:tcPr>
            <w:tcW w:w="1304" w:type="dxa"/>
            <w:tcBorders>
              <w:top w:val="single" w:sz="4" w:space="0" w:color="DCE8E6"/>
              <w:left w:val="single" w:sz="4" w:space="0" w:color="DCE8E6"/>
              <w:bottom w:val="single" w:sz="4" w:space="0" w:color="DCE8E6"/>
              <w:right w:val="single" w:sz="4" w:space="0" w:color="DCE8E6"/>
            </w:tcBorders>
          </w:tcPr>
          <w:p w14:paraId="442A8468" w14:textId="77777777" w:rsidR="004D4A74" w:rsidRDefault="00AF1749">
            <w:pPr>
              <w:spacing w:after="0"/>
            </w:pPr>
            <w:r>
              <w:rPr>
                <w:sz w:val="18"/>
              </w:rPr>
              <w:t>5</w:t>
            </w:r>
          </w:p>
        </w:tc>
        <w:tc>
          <w:tcPr>
            <w:tcW w:w="8220" w:type="dxa"/>
            <w:tcBorders>
              <w:top w:val="single" w:sz="4" w:space="0" w:color="DCE8E6"/>
              <w:left w:val="single" w:sz="4" w:space="0" w:color="DCE8E6"/>
              <w:bottom w:val="single" w:sz="4" w:space="0" w:color="DCE8E6"/>
              <w:right w:val="single" w:sz="4" w:space="0" w:color="DCE8E6"/>
            </w:tcBorders>
          </w:tcPr>
          <w:p w14:paraId="2E26578F" w14:textId="77777777" w:rsidR="004D4A74" w:rsidRPr="003202D9" w:rsidRDefault="00AF1749">
            <w:pPr>
              <w:spacing w:after="0"/>
              <w:rPr>
                <w:lang w:val="nl-NL"/>
              </w:rPr>
            </w:pPr>
            <w:r w:rsidRPr="003202D9">
              <w:rPr>
                <w:sz w:val="18"/>
                <w:lang w:val="nl-NL"/>
              </w:rPr>
              <w:t>Jonge kind, peuteropvang en BSO</w:t>
            </w:r>
          </w:p>
        </w:tc>
      </w:tr>
      <w:tr w:rsidR="004D4A74" w14:paraId="3FF92A2C" w14:textId="77777777">
        <w:trPr>
          <w:jc w:val="center"/>
        </w:trPr>
        <w:tc>
          <w:tcPr>
            <w:tcW w:w="1304" w:type="dxa"/>
            <w:tcBorders>
              <w:top w:val="single" w:sz="4" w:space="0" w:color="DCE8E6"/>
              <w:left w:val="single" w:sz="4" w:space="0" w:color="DCE8E6"/>
              <w:bottom w:val="single" w:sz="4" w:space="0" w:color="DCE8E6"/>
              <w:right w:val="single" w:sz="4" w:space="0" w:color="DCE8E6"/>
            </w:tcBorders>
            <w:shd w:val="clear" w:color="auto" w:fill="FAFCFB"/>
          </w:tcPr>
          <w:p w14:paraId="7DDD8F50" w14:textId="77777777" w:rsidR="004D4A74" w:rsidRDefault="00AF1749">
            <w:pPr>
              <w:spacing w:after="0"/>
            </w:pPr>
            <w:r>
              <w:rPr>
                <w:sz w:val="18"/>
              </w:rPr>
              <w:t>6</w:t>
            </w:r>
          </w:p>
        </w:tc>
        <w:tc>
          <w:tcPr>
            <w:tcW w:w="8220" w:type="dxa"/>
            <w:tcBorders>
              <w:top w:val="single" w:sz="4" w:space="0" w:color="DCE8E6"/>
              <w:left w:val="single" w:sz="4" w:space="0" w:color="DCE8E6"/>
              <w:bottom w:val="single" w:sz="4" w:space="0" w:color="DCE8E6"/>
              <w:right w:val="single" w:sz="4" w:space="0" w:color="DCE8E6"/>
            </w:tcBorders>
            <w:shd w:val="clear" w:color="auto" w:fill="FAFCFB"/>
          </w:tcPr>
          <w:p w14:paraId="37CFF510" w14:textId="77777777" w:rsidR="004D4A74" w:rsidRDefault="00AF1749">
            <w:pPr>
              <w:spacing w:after="0"/>
            </w:pPr>
            <w:r>
              <w:rPr>
                <w:sz w:val="18"/>
              </w:rPr>
              <w:t>Kwaliteitszorg en ambities</w:t>
            </w:r>
          </w:p>
        </w:tc>
      </w:tr>
      <w:tr w:rsidR="004D4A74" w14:paraId="10C4FA09" w14:textId="77777777">
        <w:trPr>
          <w:jc w:val="center"/>
        </w:trPr>
        <w:tc>
          <w:tcPr>
            <w:tcW w:w="1304" w:type="dxa"/>
            <w:tcBorders>
              <w:top w:val="single" w:sz="4" w:space="0" w:color="DCE8E6"/>
              <w:left w:val="single" w:sz="4" w:space="0" w:color="DCE8E6"/>
              <w:bottom w:val="single" w:sz="4" w:space="0" w:color="DCE8E6"/>
              <w:right w:val="single" w:sz="4" w:space="0" w:color="DCE8E6"/>
            </w:tcBorders>
          </w:tcPr>
          <w:p w14:paraId="54D3BF23" w14:textId="77777777" w:rsidR="004D4A74" w:rsidRDefault="00AF1749">
            <w:pPr>
              <w:spacing w:after="0"/>
            </w:pPr>
            <w:r>
              <w:rPr>
                <w:sz w:val="18"/>
              </w:rPr>
              <w:t>7</w:t>
            </w:r>
          </w:p>
        </w:tc>
        <w:tc>
          <w:tcPr>
            <w:tcW w:w="8220" w:type="dxa"/>
            <w:tcBorders>
              <w:top w:val="single" w:sz="4" w:space="0" w:color="DCE8E6"/>
              <w:left w:val="single" w:sz="4" w:space="0" w:color="DCE8E6"/>
              <w:bottom w:val="single" w:sz="4" w:space="0" w:color="DCE8E6"/>
              <w:right w:val="single" w:sz="4" w:space="0" w:color="DCE8E6"/>
            </w:tcBorders>
          </w:tcPr>
          <w:p w14:paraId="5A5883CB" w14:textId="77777777" w:rsidR="004D4A74" w:rsidRDefault="00AF1749">
            <w:pPr>
              <w:spacing w:after="0"/>
            </w:pPr>
            <w:r>
              <w:rPr>
                <w:sz w:val="18"/>
              </w:rPr>
              <w:t>Ondersteuning en veiligheid</w:t>
            </w:r>
          </w:p>
        </w:tc>
      </w:tr>
      <w:tr w:rsidR="004D4A74" w14:paraId="5E23DA5E" w14:textId="77777777">
        <w:trPr>
          <w:jc w:val="center"/>
        </w:trPr>
        <w:tc>
          <w:tcPr>
            <w:tcW w:w="1304" w:type="dxa"/>
            <w:tcBorders>
              <w:top w:val="single" w:sz="4" w:space="0" w:color="DCE8E6"/>
              <w:left w:val="single" w:sz="4" w:space="0" w:color="DCE8E6"/>
              <w:bottom w:val="single" w:sz="4" w:space="0" w:color="DCE8E6"/>
              <w:right w:val="single" w:sz="4" w:space="0" w:color="DCE8E6"/>
            </w:tcBorders>
            <w:shd w:val="clear" w:color="auto" w:fill="FAFCFB"/>
          </w:tcPr>
          <w:p w14:paraId="6FB8E556" w14:textId="77777777" w:rsidR="004D4A74" w:rsidRDefault="00AF1749">
            <w:pPr>
              <w:spacing w:after="0"/>
            </w:pPr>
            <w:r>
              <w:rPr>
                <w:sz w:val="18"/>
              </w:rPr>
              <w:t>8</w:t>
            </w:r>
          </w:p>
        </w:tc>
        <w:tc>
          <w:tcPr>
            <w:tcW w:w="8220" w:type="dxa"/>
            <w:tcBorders>
              <w:top w:val="single" w:sz="4" w:space="0" w:color="DCE8E6"/>
              <w:left w:val="single" w:sz="4" w:space="0" w:color="DCE8E6"/>
              <w:bottom w:val="single" w:sz="4" w:space="0" w:color="DCE8E6"/>
              <w:right w:val="single" w:sz="4" w:space="0" w:color="DCE8E6"/>
            </w:tcBorders>
            <w:shd w:val="clear" w:color="auto" w:fill="FAFCFB"/>
          </w:tcPr>
          <w:p w14:paraId="23430BAE" w14:textId="77777777" w:rsidR="004D4A74" w:rsidRDefault="00AF1749">
            <w:pPr>
              <w:spacing w:after="0"/>
            </w:pPr>
            <w:r>
              <w:rPr>
                <w:sz w:val="18"/>
              </w:rPr>
              <w:t>Informatie voor ouders</w:t>
            </w:r>
          </w:p>
        </w:tc>
      </w:tr>
      <w:tr w:rsidR="004D4A74" w14:paraId="5DA81000" w14:textId="77777777">
        <w:trPr>
          <w:jc w:val="center"/>
        </w:trPr>
        <w:tc>
          <w:tcPr>
            <w:tcW w:w="1304" w:type="dxa"/>
            <w:tcBorders>
              <w:top w:val="single" w:sz="4" w:space="0" w:color="DCE8E6"/>
              <w:left w:val="single" w:sz="4" w:space="0" w:color="DCE8E6"/>
              <w:bottom w:val="single" w:sz="4" w:space="0" w:color="DCE8E6"/>
              <w:right w:val="single" w:sz="4" w:space="0" w:color="DCE8E6"/>
            </w:tcBorders>
          </w:tcPr>
          <w:p w14:paraId="207D1EEB" w14:textId="77777777" w:rsidR="004D4A74" w:rsidRDefault="00AF1749">
            <w:pPr>
              <w:spacing w:after="0"/>
            </w:pPr>
            <w:r>
              <w:rPr>
                <w:sz w:val="18"/>
              </w:rPr>
              <w:t>9</w:t>
            </w:r>
          </w:p>
        </w:tc>
        <w:tc>
          <w:tcPr>
            <w:tcW w:w="8220" w:type="dxa"/>
            <w:tcBorders>
              <w:top w:val="single" w:sz="4" w:space="0" w:color="DCE8E6"/>
              <w:left w:val="single" w:sz="4" w:space="0" w:color="DCE8E6"/>
              <w:bottom w:val="single" w:sz="4" w:space="0" w:color="DCE8E6"/>
              <w:right w:val="single" w:sz="4" w:space="0" w:color="DCE8E6"/>
            </w:tcBorders>
          </w:tcPr>
          <w:p w14:paraId="7B17DDE2" w14:textId="77777777" w:rsidR="004D4A74" w:rsidRDefault="00AF1749">
            <w:pPr>
              <w:spacing w:after="0"/>
            </w:pPr>
            <w:r>
              <w:rPr>
                <w:sz w:val="18"/>
              </w:rPr>
              <w:t>Ontwikkeling, toetsing en resultaten</w:t>
            </w:r>
          </w:p>
        </w:tc>
      </w:tr>
      <w:tr w:rsidR="004D4A74" w:rsidRPr="001E442B" w14:paraId="14BF8111" w14:textId="77777777">
        <w:trPr>
          <w:jc w:val="center"/>
        </w:trPr>
        <w:tc>
          <w:tcPr>
            <w:tcW w:w="1304" w:type="dxa"/>
            <w:tcBorders>
              <w:top w:val="single" w:sz="4" w:space="0" w:color="DCE8E6"/>
              <w:left w:val="single" w:sz="4" w:space="0" w:color="DCE8E6"/>
              <w:bottom w:val="single" w:sz="4" w:space="0" w:color="DCE8E6"/>
              <w:right w:val="single" w:sz="4" w:space="0" w:color="DCE8E6"/>
            </w:tcBorders>
            <w:shd w:val="clear" w:color="auto" w:fill="FAFCFB"/>
          </w:tcPr>
          <w:p w14:paraId="137AB53B" w14:textId="77777777" w:rsidR="004D4A74" w:rsidRDefault="00AF1749">
            <w:pPr>
              <w:spacing w:after="0"/>
            </w:pPr>
            <w:r>
              <w:rPr>
                <w:sz w:val="18"/>
              </w:rPr>
              <w:t>10</w:t>
            </w:r>
          </w:p>
        </w:tc>
        <w:tc>
          <w:tcPr>
            <w:tcW w:w="8220" w:type="dxa"/>
            <w:tcBorders>
              <w:top w:val="single" w:sz="4" w:space="0" w:color="DCE8E6"/>
              <w:left w:val="single" w:sz="4" w:space="0" w:color="DCE8E6"/>
              <w:bottom w:val="single" w:sz="4" w:space="0" w:color="DCE8E6"/>
              <w:right w:val="single" w:sz="4" w:space="0" w:color="DCE8E6"/>
            </w:tcBorders>
            <w:shd w:val="clear" w:color="auto" w:fill="FAFCFB"/>
          </w:tcPr>
          <w:p w14:paraId="65875B1E" w14:textId="77777777" w:rsidR="004D4A74" w:rsidRPr="003202D9" w:rsidRDefault="00AF1749">
            <w:pPr>
              <w:spacing w:after="0"/>
              <w:rPr>
                <w:lang w:val="nl-NL"/>
              </w:rPr>
            </w:pPr>
            <w:r w:rsidRPr="003202D9">
              <w:rPr>
                <w:sz w:val="18"/>
                <w:lang w:val="nl-NL"/>
              </w:rPr>
              <w:t>Schooltijden, opvang, vakanties en bereikbaarheid</w:t>
            </w:r>
          </w:p>
        </w:tc>
      </w:tr>
    </w:tbl>
    <w:p w14:paraId="11C7239F" w14:textId="77777777" w:rsidR="004D4A74" w:rsidRPr="003202D9" w:rsidRDefault="004D4A74">
      <w:pPr>
        <w:spacing w:after="40"/>
        <w:rPr>
          <w:lang w:val="nl-NL"/>
        </w:rPr>
      </w:pPr>
    </w:p>
    <w:tbl>
      <w:tblPr>
        <w:tblW w:w="0" w:type="auto"/>
        <w:jc w:val="center"/>
        <w:tblLook w:val="04A0" w:firstRow="1" w:lastRow="0" w:firstColumn="1" w:lastColumn="0" w:noHBand="0" w:noVBand="1"/>
      </w:tblPr>
      <w:tblGrid>
        <w:gridCol w:w="8787"/>
      </w:tblGrid>
      <w:tr w:rsidR="003202D9" w:rsidRPr="001E442B" w14:paraId="7E7ECED3" w14:textId="77777777">
        <w:trPr>
          <w:jc w:val="center"/>
        </w:trPr>
        <w:tc>
          <w:tcPr>
            <w:tcW w:w="8787"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1FAE5851" w14:textId="77777777" w:rsidR="003202D9" w:rsidRPr="003202D9" w:rsidRDefault="003202D9">
            <w:pPr>
              <w:spacing w:after="0"/>
              <w:rPr>
                <w:lang w:val="nl-NL"/>
              </w:rPr>
            </w:pPr>
            <w:r w:rsidRPr="003202D9">
              <w:rPr>
                <w:b/>
                <w:color w:val="00665C"/>
                <w:lang w:val="nl-NL"/>
              </w:rPr>
              <w:t>Leeswijzer</w:t>
            </w:r>
            <w:r w:rsidRPr="003202D9">
              <w:rPr>
                <w:b/>
                <w:color w:val="00665C"/>
                <w:lang w:val="nl-NL"/>
              </w:rPr>
              <w:br/>
            </w:r>
            <w:r w:rsidRPr="003202D9">
              <w:rPr>
                <w:sz w:val="17"/>
                <w:lang w:val="nl-NL"/>
              </w:rPr>
              <w:t>Deze gids beschrijft hoe IKC De Singel werkt, wat ouders mogen verwachten en welke praktische afspraken gelden voor schooljaar 2026-2027.</w:t>
            </w:r>
          </w:p>
        </w:tc>
      </w:tr>
    </w:tbl>
    <w:p w14:paraId="61D165B8" w14:textId="77777777" w:rsidR="004D4A74" w:rsidRPr="003202D9" w:rsidRDefault="004D4A74">
      <w:pPr>
        <w:spacing w:after="40"/>
        <w:rPr>
          <w:lang w:val="nl-NL"/>
        </w:rPr>
      </w:pPr>
    </w:p>
    <w:p w14:paraId="3938216E" w14:textId="77777777" w:rsidR="004D4A74" w:rsidRPr="003202D9" w:rsidRDefault="00AF1749">
      <w:pPr>
        <w:rPr>
          <w:lang w:val="nl-NL"/>
        </w:rPr>
      </w:pPr>
      <w:r w:rsidRPr="003202D9">
        <w:rPr>
          <w:lang w:val="nl-NL"/>
        </w:rPr>
        <w:br w:type="page"/>
      </w:r>
    </w:p>
    <w:p w14:paraId="39674DC8" w14:textId="77777777" w:rsidR="004D4A74" w:rsidRPr="003202D9" w:rsidRDefault="00AF1749">
      <w:pPr>
        <w:pStyle w:val="Kop1"/>
        <w:rPr>
          <w:lang w:val="nl-NL"/>
        </w:rPr>
      </w:pPr>
      <w:r>
        <w:rPr>
          <w:noProof/>
        </w:rPr>
        <w:lastRenderedPageBreak/>
        <w:drawing>
          <wp:inline distT="0" distB="0" distL="0" distR="0" wp14:anchorId="63A62BC0" wp14:editId="74A72700">
            <wp:extent cx="260350" cy="279948"/>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stretch>
                      <a:fillRect/>
                    </a:stretch>
                  </pic:blipFill>
                  <pic:spPr>
                    <a:xfrm>
                      <a:off x="0" y="0"/>
                      <a:ext cx="264426" cy="284331"/>
                    </a:xfrm>
                    <a:prstGeom prst="rect">
                      <a:avLst/>
                    </a:prstGeom>
                  </pic:spPr>
                </pic:pic>
              </a:graphicData>
            </a:graphic>
          </wp:inline>
        </w:drawing>
      </w:r>
      <w:r w:rsidRPr="003202D9">
        <w:rPr>
          <w:lang w:val="nl-NL"/>
        </w:rPr>
        <w:t xml:space="preserve">  Voorwoord</w:t>
      </w:r>
    </w:p>
    <w:p w14:paraId="4B1FBCCF" w14:textId="77777777" w:rsidR="004D4A74" w:rsidRPr="003202D9" w:rsidRDefault="00AF1749">
      <w:pPr>
        <w:rPr>
          <w:lang w:val="nl-NL"/>
        </w:rPr>
      </w:pPr>
      <w:r w:rsidRPr="003202D9">
        <w:rPr>
          <w:lang w:val="nl-NL"/>
        </w:rPr>
        <w:t xml:space="preserve">IKC De Singel is een openbaar kindcentrum met onderwijs en opvang. De Singel ligt in een groene, kinderrijke buurt in Vlaardingen: dichtbij de stad en in een rustige omgeving bij de polder en de </w:t>
      </w:r>
      <w:proofErr w:type="spellStart"/>
      <w:r w:rsidRPr="003202D9">
        <w:rPr>
          <w:lang w:val="nl-NL"/>
        </w:rPr>
        <w:t>Vlaardingervaart</w:t>
      </w:r>
      <w:proofErr w:type="spellEnd"/>
      <w:r w:rsidRPr="003202D9">
        <w:rPr>
          <w:lang w:val="nl-NL"/>
        </w:rPr>
        <w:t>.</w:t>
      </w:r>
    </w:p>
    <w:p w14:paraId="1B9B3229" w14:textId="77777777" w:rsidR="004D4A74" w:rsidRPr="003202D9" w:rsidRDefault="00AF1749">
      <w:pPr>
        <w:rPr>
          <w:lang w:val="nl-NL"/>
        </w:rPr>
      </w:pPr>
      <w:r w:rsidRPr="003202D9">
        <w:rPr>
          <w:lang w:val="nl-NL"/>
        </w:rPr>
        <w:t>Om ons heen zien we een wereld met veel verschillen. Verschillend zijn betekent dat we verschillende kwaliteiten hebben. Op De Singel geloven we dat kinderen juist door samen te spelen, samen te leren en samen te groeien kunnen ontdekken hoe zij het verschil maken.</w:t>
      </w:r>
    </w:p>
    <w:p w14:paraId="2BE00405" w14:textId="77777777" w:rsidR="004D4A74" w:rsidRPr="003202D9" w:rsidRDefault="00AF1749">
      <w:pPr>
        <w:rPr>
          <w:lang w:val="nl-NL"/>
        </w:rPr>
      </w:pPr>
      <w:r w:rsidRPr="003202D9">
        <w:rPr>
          <w:lang w:val="nl-NL"/>
        </w:rPr>
        <w:t>Kinderen hebben een veilige basis nodig om zich te ontwikkelen. Daarom werken wij vanuit drie kernwaarden: geborgenheid, uitdaging en plezier. Die waarden zijn zichtbaar in de klas, op het plein, in de opvang en in de samenwerking met ouders.</w:t>
      </w:r>
    </w:p>
    <w:tbl>
      <w:tblPr>
        <w:tblW w:w="0" w:type="auto"/>
        <w:jc w:val="center"/>
        <w:tblLook w:val="04A0" w:firstRow="1" w:lastRow="0" w:firstColumn="1" w:lastColumn="0" w:noHBand="0" w:noVBand="1"/>
      </w:tblPr>
      <w:tblGrid>
        <w:gridCol w:w="2154"/>
        <w:gridCol w:w="7257"/>
      </w:tblGrid>
      <w:tr w:rsidR="004D4A74" w:rsidRPr="001E442B" w14:paraId="085CF961" w14:textId="77777777" w:rsidTr="4A780B1C">
        <w:trPr>
          <w:tblHeader/>
          <w:jc w:val="center"/>
        </w:trPr>
        <w:tc>
          <w:tcPr>
            <w:tcW w:w="2154" w:type="dxa"/>
            <w:tcBorders>
              <w:top w:val="single" w:sz="4" w:space="0" w:color="DCE8E6"/>
              <w:left w:val="single" w:sz="4" w:space="0" w:color="DCE8E6"/>
              <w:bottom w:val="single" w:sz="4" w:space="0" w:color="DCE8E6"/>
              <w:right w:val="single" w:sz="4" w:space="0" w:color="DCE8E6"/>
            </w:tcBorders>
            <w:shd w:val="clear" w:color="auto" w:fill="00665C"/>
          </w:tcPr>
          <w:p w14:paraId="4C070557" w14:textId="77777777" w:rsidR="004D4A74" w:rsidRDefault="2AD83BDF">
            <w:pPr>
              <w:spacing w:after="0"/>
            </w:pPr>
            <w:r w:rsidRPr="4A780B1C">
              <w:rPr>
                <w:b/>
                <w:bCs/>
                <w:color w:val="FFFFFF" w:themeColor="background1"/>
                <w:sz w:val="18"/>
                <w:szCs w:val="18"/>
              </w:rPr>
              <w:t>Kernwaarde</w:t>
            </w:r>
            <w:r w:rsidR="2210AE4B" w:rsidRPr="4A780B1C">
              <w:rPr>
                <w:b/>
                <w:bCs/>
                <w:color w:val="FFFFFF" w:themeColor="background1"/>
                <w:sz w:val="18"/>
                <w:szCs w:val="18"/>
              </w:rPr>
              <w:t>n</w:t>
            </w:r>
          </w:p>
          <w:p w14:paraId="4464A60F" w14:textId="77777777" w:rsidR="004D4A74" w:rsidRDefault="004D4A74" w:rsidP="4A780B1C">
            <w:pPr>
              <w:spacing w:after="0"/>
              <w:rPr>
                <w:b/>
                <w:bCs/>
                <w:color w:val="FFFFFF" w:themeColor="background1"/>
                <w:sz w:val="18"/>
                <w:szCs w:val="18"/>
              </w:rPr>
            </w:pPr>
          </w:p>
        </w:tc>
        <w:tc>
          <w:tcPr>
            <w:tcW w:w="7257" w:type="dxa"/>
            <w:tcBorders>
              <w:top w:val="single" w:sz="4" w:space="0" w:color="DCE8E6"/>
              <w:left w:val="single" w:sz="4" w:space="0" w:color="DCE8E6"/>
              <w:bottom w:val="single" w:sz="4" w:space="0" w:color="DCE8E6"/>
              <w:right w:val="single" w:sz="4" w:space="0" w:color="DCE8E6"/>
            </w:tcBorders>
            <w:shd w:val="clear" w:color="auto" w:fill="00665C"/>
          </w:tcPr>
          <w:p w14:paraId="644363EA" w14:textId="77777777" w:rsidR="004D4A74" w:rsidRPr="003202D9" w:rsidRDefault="00AF1749">
            <w:pPr>
              <w:spacing w:after="0"/>
              <w:rPr>
                <w:lang w:val="nl-NL"/>
              </w:rPr>
            </w:pPr>
            <w:r w:rsidRPr="003202D9">
              <w:rPr>
                <w:b/>
                <w:color w:val="FFFFFF"/>
                <w:sz w:val="18"/>
                <w:lang w:val="nl-NL"/>
              </w:rPr>
              <w:t>Zo ziet u dat terug op IKC De Singel</w:t>
            </w:r>
          </w:p>
        </w:tc>
      </w:tr>
      <w:tr w:rsidR="004D4A74" w14:paraId="6DE48C94" w14:textId="77777777" w:rsidTr="4A780B1C">
        <w:trPr>
          <w:jc w:val="center"/>
        </w:trPr>
        <w:tc>
          <w:tcPr>
            <w:tcW w:w="2154" w:type="dxa"/>
            <w:tcBorders>
              <w:top w:val="single" w:sz="4" w:space="0" w:color="DCE8E6"/>
              <w:left w:val="single" w:sz="4" w:space="0" w:color="DCE8E6"/>
              <w:bottom w:val="single" w:sz="4" w:space="0" w:color="DCE8E6"/>
              <w:right w:val="single" w:sz="4" w:space="0" w:color="DCE8E6"/>
            </w:tcBorders>
            <w:shd w:val="clear" w:color="auto" w:fill="EAF6DF"/>
          </w:tcPr>
          <w:p w14:paraId="71D7AAE5" w14:textId="77777777" w:rsidR="004D4A74" w:rsidRDefault="00AF1749">
            <w:pPr>
              <w:spacing w:after="0"/>
            </w:pPr>
            <w:proofErr w:type="spellStart"/>
            <w:r>
              <w:rPr>
                <w:b/>
                <w:sz w:val="18"/>
              </w:rPr>
              <w:t>Geborgenheid</w:t>
            </w:r>
            <w:proofErr w:type="spellEnd"/>
          </w:p>
        </w:tc>
        <w:tc>
          <w:tcPr>
            <w:tcW w:w="7257" w:type="dxa"/>
            <w:tcBorders>
              <w:top w:val="single" w:sz="4" w:space="0" w:color="DCE8E6"/>
              <w:left w:val="single" w:sz="4" w:space="0" w:color="DCE8E6"/>
              <w:bottom w:val="single" w:sz="4" w:space="0" w:color="DCE8E6"/>
              <w:right w:val="single" w:sz="4" w:space="0" w:color="DCE8E6"/>
            </w:tcBorders>
          </w:tcPr>
          <w:p w14:paraId="79C3F6EB" w14:textId="77777777" w:rsidR="004D4A74" w:rsidRDefault="00AF1749">
            <w:pPr>
              <w:spacing w:after="0"/>
            </w:pPr>
            <w:r w:rsidRPr="003202D9">
              <w:rPr>
                <w:sz w:val="18"/>
                <w:lang w:val="nl-NL"/>
              </w:rPr>
              <w:t xml:space="preserve">We zorgen voor rust, structuur en een klimaat waarin kinderen, ouders en medewerkers zich gezien en veilig voelen. </w:t>
            </w:r>
            <w:proofErr w:type="spellStart"/>
            <w:r>
              <w:rPr>
                <w:sz w:val="18"/>
              </w:rPr>
              <w:t>Respectvol</w:t>
            </w:r>
            <w:proofErr w:type="spellEnd"/>
            <w:r>
              <w:rPr>
                <w:sz w:val="18"/>
              </w:rPr>
              <w:t xml:space="preserve"> </w:t>
            </w:r>
            <w:proofErr w:type="spellStart"/>
            <w:r>
              <w:rPr>
                <w:sz w:val="18"/>
              </w:rPr>
              <w:t>omgaan</w:t>
            </w:r>
            <w:proofErr w:type="spellEnd"/>
            <w:r>
              <w:rPr>
                <w:sz w:val="18"/>
              </w:rPr>
              <w:t xml:space="preserve"> met </w:t>
            </w:r>
            <w:proofErr w:type="spellStart"/>
            <w:r>
              <w:rPr>
                <w:sz w:val="18"/>
              </w:rPr>
              <w:t>elkaar</w:t>
            </w:r>
            <w:proofErr w:type="spellEnd"/>
            <w:r>
              <w:rPr>
                <w:sz w:val="18"/>
              </w:rPr>
              <w:t xml:space="preserve"> is de basis.</w:t>
            </w:r>
          </w:p>
        </w:tc>
      </w:tr>
      <w:tr w:rsidR="004D4A74" w14:paraId="1F2BB0FA" w14:textId="77777777" w:rsidTr="4A780B1C">
        <w:trPr>
          <w:jc w:val="center"/>
        </w:trPr>
        <w:tc>
          <w:tcPr>
            <w:tcW w:w="2154" w:type="dxa"/>
            <w:tcBorders>
              <w:top w:val="single" w:sz="4" w:space="0" w:color="DCE8E6"/>
              <w:left w:val="single" w:sz="4" w:space="0" w:color="DCE8E6"/>
              <w:bottom w:val="single" w:sz="4" w:space="0" w:color="DCE8E6"/>
              <w:right w:val="single" w:sz="4" w:space="0" w:color="DCE8E6"/>
            </w:tcBorders>
            <w:shd w:val="clear" w:color="auto" w:fill="EAF6DF"/>
          </w:tcPr>
          <w:p w14:paraId="73F209AA" w14:textId="77777777" w:rsidR="004D4A74" w:rsidRDefault="00AF1749">
            <w:pPr>
              <w:spacing w:after="0"/>
            </w:pPr>
            <w:r>
              <w:rPr>
                <w:b/>
                <w:sz w:val="18"/>
              </w:rPr>
              <w:t>Uitdaging</w:t>
            </w:r>
          </w:p>
        </w:tc>
        <w:tc>
          <w:tcPr>
            <w:tcW w:w="7257" w:type="dxa"/>
            <w:tcBorders>
              <w:top w:val="single" w:sz="4" w:space="0" w:color="DCE8E6"/>
              <w:left w:val="single" w:sz="4" w:space="0" w:color="DCE8E6"/>
              <w:bottom w:val="single" w:sz="4" w:space="0" w:color="DCE8E6"/>
              <w:right w:val="single" w:sz="4" w:space="0" w:color="DCE8E6"/>
            </w:tcBorders>
            <w:shd w:val="clear" w:color="auto" w:fill="FAFCFB"/>
          </w:tcPr>
          <w:p w14:paraId="2769C15C" w14:textId="77777777" w:rsidR="004D4A74" w:rsidRDefault="00AF1749">
            <w:pPr>
              <w:spacing w:after="0"/>
            </w:pPr>
            <w:r w:rsidRPr="003202D9">
              <w:rPr>
                <w:sz w:val="18"/>
                <w:lang w:val="nl-NL"/>
              </w:rPr>
              <w:t xml:space="preserve">We dagen kinderen uit om hun talenten te ontdekken en verder te ontwikkelen. </w:t>
            </w:r>
            <w:r>
              <w:rPr>
                <w:sz w:val="18"/>
              </w:rPr>
              <w:t xml:space="preserve">We </w:t>
            </w:r>
            <w:proofErr w:type="spellStart"/>
            <w:r>
              <w:rPr>
                <w:sz w:val="18"/>
              </w:rPr>
              <w:t>differentiëren</w:t>
            </w:r>
            <w:proofErr w:type="spellEnd"/>
            <w:r>
              <w:rPr>
                <w:sz w:val="18"/>
              </w:rPr>
              <w:t xml:space="preserve"> in </w:t>
            </w:r>
            <w:proofErr w:type="spellStart"/>
            <w:r>
              <w:rPr>
                <w:sz w:val="18"/>
              </w:rPr>
              <w:t>aanbod</w:t>
            </w:r>
            <w:proofErr w:type="spellEnd"/>
            <w:r>
              <w:rPr>
                <w:sz w:val="18"/>
              </w:rPr>
              <w:t xml:space="preserve">, </w:t>
            </w:r>
            <w:proofErr w:type="spellStart"/>
            <w:r>
              <w:rPr>
                <w:sz w:val="18"/>
              </w:rPr>
              <w:t>instructie</w:t>
            </w:r>
            <w:proofErr w:type="spellEnd"/>
            <w:r>
              <w:rPr>
                <w:sz w:val="18"/>
              </w:rPr>
              <w:t>, verwerking, tempo en ondersteuning.</w:t>
            </w:r>
          </w:p>
        </w:tc>
      </w:tr>
      <w:tr w:rsidR="004D4A74" w14:paraId="1AA56B8C" w14:textId="77777777" w:rsidTr="4A780B1C">
        <w:trPr>
          <w:jc w:val="center"/>
        </w:trPr>
        <w:tc>
          <w:tcPr>
            <w:tcW w:w="2154" w:type="dxa"/>
            <w:tcBorders>
              <w:top w:val="single" w:sz="4" w:space="0" w:color="DCE8E6"/>
              <w:left w:val="single" w:sz="4" w:space="0" w:color="DCE8E6"/>
              <w:bottom w:val="single" w:sz="4" w:space="0" w:color="DCE8E6"/>
              <w:right w:val="single" w:sz="4" w:space="0" w:color="DCE8E6"/>
            </w:tcBorders>
            <w:shd w:val="clear" w:color="auto" w:fill="EAF6DF"/>
          </w:tcPr>
          <w:p w14:paraId="6A313664" w14:textId="77777777" w:rsidR="004D4A74" w:rsidRDefault="00AF1749">
            <w:pPr>
              <w:spacing w:after="0"/>
            </w:pPr>
            <w:r>
              <w:rPr>
                <w:b/>
                <w:sz w:val="18"/>
              </w:rPr>
              <w:t>Plezier</w:t>
            </w:r>
          </w:p>
        </w:tc>
        <w:tc>
          <w:tcPr>
            <w:tcW w:w="7257" w:type="dxa"/>
            <w:tcBorders>
              <w:top w:val="single" w:sz="4" w:space="0" w:color="DCE8E6"/>
              <w:left w:val="single" w:sz="4" w:space="0" w:color="DCE8E6"/>
              <w:bottom w:val="single" w:sz="4" w:space="0" w:color="DCE8E6"/>
              <w:right w:val="single" w:sz="4" w:space="0" w:color="DCE8E6"/>
            </w:tcBorders>
          </w:tcPr>
          <w:p w14:paraId="7D0096C8" w14:textId="77777777" w:rsidR="004D4A74" w:rsidRDefault="00AF1749">
            <w:pPr>
              <w:spacing w:after="0"/>
            </w:pPr>
            <w:r w:rsidRPr="003202D9">
              <w:rPr>
                <w:sz w:val="18"/>
                <w:lang w:val="nl-NL"/>
              </w:rPr>
              <w:t xml:space="preserve">Plezier is een voorwaarde voor betrokkenheid, samenwerking en ontwikkeling. </w:t>
            </w:r>
            <w:r>
              <w:rPr>
                <w:sz w:val="18"/>
              </w:rPr>
              <w:t xml:space="preserve">Leren mag </w:t>
            </w:r>
            <w:proofErr w:type="spellStart"/>
            <w:r>
              <w:rPr>
                <w:sz w:val="18"/>
              </w:rPr>
              <w:t>betekenisvol</w:t>
            </w:r>
            <w:proofErr w:type="spellEnd"/>
            <w:r>
              <w:rPr>
                <w:sz w:val="18"/>
              </w:rPr>
              <w:t xml:space="preserve">, </w:t>
            </w:r>
            <w:proofErr w:type="spellStart"/>
            <w:r>
              <w:rPr>
                <w:sz w:val="18"/>
              </w:rPr>
              <w:t>actief</w:t>
            </w:r>
            <w:proofErr w:type="spellEnd"/>
            <w:r>
              <w:rPr>
                <w:sz w:val="18"/>
              </w:rPr>
              <w:t xml:space="preserve"> </w:t>
            </w:r>
            <w:proofErr w:type="spellStart"/>
            <w:r>
              <w:rPr>
                <w:sz w:val="18"/>
              </w:rPr>
              <w:t>en</w:t>
            </w:r>
            <w:proofErr w:type="spellEnd"/>
            <w:r>
              <w:rPr>
                <w:sz w:val="18"/>
              </w:rPr>
              <w:t xml:space="preserve"> </w:t>
            </w:r>
            <w:proofErr w:type="spellStart"/>
            <w:r>
              <w:rPr>
                <w:sz w:val="18"/>
              </w:rPr>
              <w:t>aantrekkelijk</w:t>
            </w:r>
            <w:proofErr w:type="spellEnd"/>
            <w:r>
              <w:rPr>
                <w:sz w:val="18"/>
              </w:rPr>
              <w:t xml:space="preserve"> zijn.</w:t>
            </w:r>
          </w:p>
        </w:tc>
      </w:tr>
    </w:tbl>
    <w:p w14:paraId="571B9B1F" w14:textId="77777777" w:rsidR="004D4A74" w:rsidRDefault="004D4A74">
      <w:pPr>
        <w:spacing w:after="40"/>
      </w:pPr>
    </w:p>
    <w:p w14:paraId="591AD61E" w14:textId="77777777" w:rsidR="004D4A74" w:rsidRPr="003202D9" w:rsidRDefault="00AF1749">
      <w:pPr>
        <w:rPr>
          <w:lang w:val="nl-NL"/>
        </w:rPr>
      </w:pPr>
      <w:r w:rsidRPr="003202D9">
        <w:rPr>
          <w:lang w:val="nl-NL"/>
        </w:rPr>
        <w:t>In deze schoolgids beschrijven we waar IKC De Singel voor staat, hoe ons onderwijs en onze opvang zijn georganiseerd, welke ondersteuning wij bieden en welke praktische afspraken voor ouders belangrijk zijn.</w:t>
      </w:r>
    </w:p>
    <w:p w14:paraId="75951F47" w14:textId="77777777" w:rsidR="004D4A74" w:rsidRPr="003202D9" w:rsidRDefault="00AF1749">
      <w:pPr>
        <w:rPr>
          <w:lang w:val="nl-NL"/>
        </w:rPr>
      </w:pPr>
      <w:r w:rsidRPr="003202D9">
        <w:rPr>
          <w:lang w:val="nl-NL"/>
        </w:rPr>
        <w:t>Met vriendelijke groet,</w:t>
      </w:r>
      <w:r w:rsidRPr="003202D9">
        <w:rPr>
          <w:lang w:val="nl-NL"/>
        </w:rPr>
        <w:br/>
      </w:r>
      <w:r w:rsidRPr="003202D9">
        <w:rPr>
          <w:lang w:val="nl-NL"/>
        </w:rPr>
        <w:br/>
        <w:t>Jolande Verkaik</w:t>
      </w:r>
      <w:r w:rsidRPr="003202D9">
        <w:rPr>
          <w:lang w:val="nl-NL"/>
        </w:rPr>
        <w:br/>
        <w:t>Directeur IKC De Singel</w:t>
      </w:r>
    </w:p>
    <w:p w14:paraId="74DDD396" w14:textId="77777777" w:rsidR="004D4A74" w:rsidRPr="003202D9" w:rsidRDefault="00AF1749">
      <w:pPr>
        <w:rPr>
          <w:lang w:val="nl-NL"/>
        </w:rPr>
      </w:pPr>
      <w:r w:rsidRPr="003202D9">
        <w:rPr>
          <w:lang w:val="nl-NL"/>
        </w:rPr>
        <w:br w:type="page"/>
      </w:r>
    </w:p>
    <w:p w14:paraId="7D0B17CD" w14:textId="77777777" w:rsidR="004D4A74" w:rsidRDefault="00AF1749">
      <w:pPr>
        <w:pStyle w:val="Kop1"/>
      </w:pPr>
      <w:r>
        <w:rPr>
          <w:noProof/>
        </w:rPr>
        <w:lastRenderedPageBreak/>
        <w:drawing>
          <wp:inline distT="0" distB="0" distL="0" distR="0" wp14:anchorId="2BAD8381" wp14:editId="3A9AC39B">
            <wp:extent cx="234000" cy="19248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caterpillar.png"/>
                    <pic:cNvPicPr/>
                  </pic:nvPicPr>
                  <pic:blipFill>
                    <a:blip r:embed="rId15"/>
                    <a:stretch>
                      <a:fillRect/>
                    </a:stretch>
                  </pic:blipFill>
                  <pic:spPr>
                    <a:xfrm>
                      <a:off x="0" y="0"/>
                      <a:ext cx="234000" cy="192484"/>
                    </a:xfrm>
                    <a:prstGeom prst="rect">
                      <a:avLst/>
                    </a:prstGeom>
                  </pic:spPr>
                </pic:pic>
              </a:graphicData>
            </a:graphic>
          </wp:inline>
        </w:drawing>
      </w:r>
      <w:r>
        <w:t xml:space="preserve">  1. Over IKC De Singel</w:t>
      </w:r>
    </w:p>
    <w:p w14:paraId="2D9D0C7C" w14:textId="77777777" w:rsidR="004D4A74" w:rsidRDefault="00AF1749">
      <w:pPr>
        <w:jc w:val="center"/>
      </w:pPr>
      <w:r>
        <w:rPr>
          <w:noProof/>
        </w:rPr>
        <w:drawing>
          <wp:inline distT="0" distB="0" distL="0" distR="0" wp14:anchorId="5E4EDFAF" wp14:editId="5F7DA190">
            <wp:extent cx="5150069" cy="342265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6"/>
                    <a:stretch>
                      <a:fillRect/>
                    </a:stretch>
                  </pic:blipFill>
                  <pic:spPr>
                    <a:xfrm>
                      <a:off x="0" y="0"/>
                      <a:ext cx="5175416" cy="3439495"/>
                    </a:xfrm>
                    <a:prstGeom prst="rect">
                      <a:avLst/>
                    </a:prstGeom>
                  </pic:spPr>
                </pic:pic>
              </a:graphicData>
            </a:graphic>
          </wp:inline>
        </w:drawing>
      </w:r>
    </w:p>
    <w:p w14:paraId="7CF4B202" w14:textId="77777777" w:rsidR="004D4A74" w:rsidRDefault="00AF1749">
      <w:pPr>
        <w:pStyle w:val="Kop2"/>
      </w:pPr>
      <w:r>
        <w:t>1.1 Algemene gegevens</w:t>
      </w:r>
    </w:p>
    <w:tbl>
      <w:tblPr>
        <w:tblW w:w="0" w:type="auto"/>
        <w:jc w:val="center"/>
        <w:tblLook w:val="04A0" w:firstRow="1" w:lastRow="0" w:firstColumn="1" w:lastColumn="0" w:noHBand="0" w:noVBand="1"/>
      </w:tblPr>
      <w:tblGrid>
        <w:gridCol w:w="2608"/>
        <w:gridCol w:w="6803"/>
      </w:tblGrid>
      <w:tr w:rsidR="004D4A74" w14:paraId="1B9D4676" w14:textId="77777777">
        <w:trPr>
          <w:tblHeade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00665C"/>
          </w:tcPr>
          <w:p w14:paraId="525DE312" w14:textId="77777777" w:rsidR="004D4A74" w:rsidRDefault="00AF1749">
            <w:pPr>
              <w:spacing w:after="0"/>
            </w:pPr>
            <w:r>
              <w:rPr>
                <w:b/>
                <w:color w:val="FFFFFF"/>
                <w:sz w:val="17"/>
              </w:rPr>
              <w:t>Onderdeel</w:t>
            </w:r>
          </w:p>
        </w:tc>
        <w:tc>
          <w:tcPr>
            <w:tcW w:w="6803" w:type="dxa"/>
            <w:tcBorders>
              <w:top w:val="single" w:sz="4" w:space="0" w:color="DCE8E6"/>
              <w:left w:val="single" w:sz="4" w:space="0" w:color="DCE8E6"/>
              <w:bottom w:val="single" w:sz="4" w:space="0" w:color="DCE8E6"/>
              <w:right w:val="single" w:sz="4" w:space="0" w:color="DCE8E6"/>
            </w:tcBorders>
            <w:shd w:val="clear" w:color="auto" w:fill="00665C"/>
          </w:tcPr>
          <w:p w14:paraId="76DD1C8D" w14:textId="77777777" w:rsidR="004D4A74" w:rsidRDefault="00AF1749">
            <w:pPr>
              <w:spacing w:after="0"/>
            </w:pPr>
            <w:r>
              <w:rPr>
                <w:b/>
                <w:color w:val="FFFFFF"/>
                <w:sz w:val="17"/>
              </w:rPr>
              <w:t>Gegevens</w:t>
            </w:r>
          </w:p>
        </w:tc>
      </w:tr>
      <w:tr w:rsidR="004D4A74" w14:paraId="5B6797CD"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7BA4CC71" w14:textId="77777777" w:rsidR="004D4A74" w:rsidRDefault="00AF1749">
            <w:pPr>
              <w:spacing w:after="0"/>
            </w:pPr>
            <w:r>
              <w:rPr>
                <w:b/>
                <w:sz w:val="17"/>
              </w:rPr>
              <w:t>Naam</w:t>
            </w:r>
          </w:p>
        </w:tc>
        <w:tc>
          <w:tcPr>
            <w:tcW w:w="6803" w:type="dxa"/>
            <w:tcBorders>
              <w:top w:val="single" w:sz="4" w:space="0" w:color="DCE8E6"/>
              <w:left w:val="single" w:sz="4" w:space="0" w:color="DCE8E6"/>
              <w:bottom w:val="single" w:sz="4" w:space="0" w:color="DCE8E6"/>
              <w:right w:val="single" w:sz="4" w:space="0" w:color="DCE8E6"/>
            </w:tcBorders>
          </w:tcPr>
          <w:p w14:paraId="7C44185D" w14:textId="77777777" w:rsidR="004D4A74" w:rsidRDefault="00AF1749">
            <w:pPr>
              <w:spacing w:after="0"/>
            </w:pPr>
            <w:r>
              <w:rPr>
                <w:sz w:val="17"/>
              </w:rPr>
              <w:t>IKC De Singel</w:t>
            </w:r>
          </w:p>
        </w:tc>
      </w:tr>
      <w:tr w:rsidR="004D4A74" w14:paraId="11DAE9A3"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30378298" w14:textId="77777777" w:rsidR="004D4A74" w:rsidRDefault="00AF1749">
            <w:pPr>
              <w:spacing w:after="0"/>
            </w:pPr>
            <w:r>
              <w:rPr>
                <w:b/>
                <w:sz w:val="17"/>
              </w:rPr>
              <w:t>Adres</w:t>
            </w:r>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5C99C301" w14:textId="77777777" w:rsidR="004D4A74" w:rsidRDefault="00AF1749">
            <w:pPr>
              <w:spacing w:after="0"/>
            </w:pPr>
            <w:r>
              <w:rPr>
                <w:sz w:val="17"/>
              </w:rPr>
              <w:t>Kruidenpad 1-2, 3137 WD Vlaardingen</w:t>
            </w:r>
          </w:p>
        </w:tc>
      </w:tr>
      <w:tr w:rsidR="004D4A74" w14:paraId="22C52180"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1641D7C0" w14:textId="77777777" w:rsidR="004D4A74" w:rsidRDefault="00AF1749">
            <w:pPr>
              <w:spacing w:after="0"/>
            </w:pPr>
            <w:r>
              <w:rPr>
                <w:b/>
                <w:sz w:val="17"/>
              </w:rPr>
              <w:t>Telefoon</w:t>
            </w:r>
          </w:p>
        </w:tc>
        <w:tc>
          <w:tcPr>
            <w:tcW w:w="6803" w:type="dxa"/>
            <w:tcBorders>
              <w:top w:val="single" w:sz="4" w:space="0" w:color="DCE8E6"/>
              <w:left w:val="single" w:sz="4" w:space="0" w:color="DCE8E6"/>
              <w:bottom w:val="single" w:sz="4" w:space="0" w:color="DCE8E6"/>
              <w:right w:val="single" w:sz="4" w:space="0" w:color="DCE8E6"/>
            </w:tcBorders>
          </w:tcPr>
          <w:p w14:paraId="76FEA9CD" w14:textId="77777777" w:rsidR="004D4A74" w:rsidRDefault="00AF1749">
            <w:pPr>
              <w:spacing w:after="0"/>
            </w:pPr>
            <w:r>
              <w:rPr>
                <w:sz w:val="17"/>
              </w:rPr>
              <w:t>010 - 474 6379</w:t>
            </w:r>
          </w:p>
        </w:tc>
      </w:tr>
      <w:tr w:rsidR="004D4A74" w14:paraId="198DC641"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7FA2E112" w14:textId="77777777" w:rsidR="004D4A74" w:rsidRDefault="00AF1749">
            <w:pPr>
              <w:spacing w:after="0"/>
            </w:pPr>
            <w:r>
              <w:rPr>
                <w:b/>
                <w:sz w:val="17"/>
              </w:rPr>
              <w:t>Website</w:t>
            </w:r>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26A16ADF" w14:textId="77777777" w:rsidR="004D4A74" w:rsidRDefault="00AF1749">
            <w:pPr>
              <w:spacing w:after="0"/>
            </w:pPr>
            <w:r>
              <w:rPr>
                <w:sz w:val="17"/>
              </w:rPr>
              <w:t>www.ikcdesingel.nl</w:t>
            </w:r>
          </w:p>
        </w:tc>
      </w:tr>
      <w:tr w:rsidR="004D4A74" w14:paraId="1C97EC50"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6EFB6BE6" w14:textId="77777777" w:rsidR="004D4A74" w:rsidRDefault="00AF1749">
            <w:pPr>
              <w:spacing w:after="0"/>
            </w:pPr>
            <w:r>
              <w:rPr>
                <w:b/>
                <w:sz w:val="17"/>
              </w:rPr>
              <w:t>Algemeen e-mailadres</w:t>
            </w:r>
          </w:p>
        </w:tc>
        <w:tc>
          <w:tcPr>
            <w:tcW w:w="6803" w:type="dxa"/>
            <w:tcBorders>
              <w:top w:val="single" w:sz="4" w:space="0" w:color="DCE8E6"/>
              <w:left w:val="single" w:sz="4" w:space="0" w:color="DCE8E6"/>
              <w:bottom w:val="single" w:sz="4" w:space="0" w:color="DCE8E6"/>
              <w:right w:val="single" w:sz="4" w:space="0" w:color="DCE8E6"/>
            </w:tcBorders>
          </w:tcPr>
          <w:p w14:paraId="3E6750EA" w14:textId="77777777" w:rsidR="004D4A74" w:rsidRDefault="00AF1749">
            <w:pPr>
              <w:spacing w:after="0"/>
            </w:pPr>
            <w:r>
              <w:rPr>
                <w:sz w:val="17"/>
              </w:rPr>
              <w:t>info.ikcdesingel@wijzer.nu</w:t>
            </w:r>
          </w:p>
        </w:tc>
      </w:tr>
      <w:tr w:rsidR="004D4A74" w:rsidRPr="001E442B" w14:paraId="0E24E281"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0B518199" w14:textId="77777777" w:rsidR="004D4A74" w:rsidRDefault="00AF1749">
            <w:pPr>
              <w:spacing w:after="0"/>
            </w:pPr>
            <w:r>
              <w:rPr>
                <w:b/>
                <w:sz w:val="17"/>
              </w:rPr>
              <w:t>Directie</w:t>
            </w:r>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50E57777" w14:textId="77777777" w:rsidR="004D4A74" w:rsidRPr="001E442B" w:rsidRDefault="00AF1749">
            <w:pPr>
              <w:spacing w:after="0"/>
              <w:rPr>
                <w:lang w:val="nl-NL"/>
              </w:rPr>
            </w:pPr>
            <w:r w:rsidRPr="001E442B">
              <w:rPr>
                <w:sz w:val="17"/>
                <w:lang w:val="nl-NL"/>
              </w:rPr>
              <w:t>Jolande Verkaik - ikcdesingel@wijzer.nu</w:t>
            </w:r>
          </w:p>
        </w:tc>
      </w:tr>
      <w:tr w:rsidR="004D4A74" w:rsidRPr="001E442B" w14:paraId="6B7E3978"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38123346" w14:textId="77777777" w:rsidR="004D4A74" w:rsidRDefault="00AF1749">
            <w:pPr>
              <w:spacing w:after="0"/>
            </w:pPr>
            <w:proofErr w:type="spellStart"/>
            <w:r>
              <w:rPr>
                <w:b/>
                <w:sz w:val="17"/>
              </w:rPr>
              <w:t>Schoolbestuur</w:t>
            </w:r>
            <w:proofErr w:type="spellEnd"/>
          </w:p>
        </w:tc>
        <w:tc>
          <w:tcPr>
            <w:tcW w:w="6803" w:type="dxa"/>
            <w:tcBorders>
              <w:top w:val="single" w:sz="4" w:space="0" w:color="DCE8E6"/>
              <w:left w:val="single" w:sz="4" w:space="0" w:color="DCE8E6"/>
              <w:bottom w:val="single" w:sz="4" w:space="0" w:color="DCE8E6"/>
              <w:right w:val="single" w:sz="4" w:space="0" w:color="DCE8E6"/>
            </w:tcBorders>
          </w:tcPr>
          <w:p w14:paraId="2D45D80D" w14:textId="77777777" w:rsidR="004D4A74" w:rsidRPr="003202D9" w:rsidRDefault="00AF1749">
            <w:pPr>
              <w:spacing w:after="0"/>
              <w:rPr>
                <w:lang w:val="nl-NL"/>
              </w:rPr>
            </w:pPr>
            <w:r w:rsidRPr="003202D9">
              <w:rPr>
                <w:sz w:val="17"/>
                <w:lang w:val="nl-NL"/>
              </w:rPr>
              <w:t>Stichting Wijzer in Opvang en Onderwijs - www.wijzer.nu</w:t>
            </w:r>
          </w:p>
        </w:tc>
      </w:tr>
      <w:tr w:rsidR="004D4A74" w:rsidRPr="001E442B" w14:paraId="6FCC7424" w14:textId="77777777">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646FAD1F" w14:textId="77777777" w:rsidR="004D4A74" w:rsidRDefault="00AF1749">
            <w:pPr>
              <w:spacing w:after="0"/>
            </w:pPr>
            <w:proofErr w:type="spellStart"/>
            <w:r>
              <w:rPr>
                <w:b/>
                <w:sz w:val="17"/>
              </w:rPr>
              <w:t>Samenwerkingsverband</w:t>
            </w:r>
            <w:proofErr w:type="spellEnd"/>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2B517A45" w14:textId="77777777" w:rsidR="004D4A74" w:rsidRPr="003202D9" w:rsidRDefault="00AF1749">
            <w:pPr>
              <w:spacing w:after="0"/>
              <w:rPr>
                <w:lang w:val="nl-NL"/>
              </w:rPr>
            </w:pPr>
            <w:r w:rsidRPr="003202D9">
              <w:rPr>
                <w:sz w:val="17"/>
                <w:lang w:val="nl-NL"/>
              </w:rPr>
              <w:t>Stichting SWV Schiedam, Vlaardingen, Maassluis - Onderwijs dat past</w:t>
            </w:r>
          </w:p>
        </w:tc>
      </w:tr>
    </w:tbl>
    <w:p w14:paraId="1190896F" w14:textId="77777777" w:rsidR="004D4A74" w:rsidRPr="003202D9" w:rsidRDefault="004D4A74">
      <w:pPr>
        <w:spacing w:after="40"/>
        <w:rPr>
          <w:lang w:val="nl-NL"/>
        </w:rPr>
      </w:pPr>
    </w:p>
    <w:p w14:paraId="70F520A4" w14:textId="77777777" w:rsidR="004D4A74" w:rsidRPr="003202D9" w:rsidRDefault="00AF1749">
      <w:pPr>
        <w:rPr>
          <w:lang w:val="nl-NL"/>
        </w:rPr>
      </w:pPr>
      <w:r w:rsidRPr="003202D9">
        <w:rPr>
          <w:lang w:val="nl-NL"/>
        </w:rPr>
        <w:t>IKC De Singel is onderdeel van Wijzer in Opvang en Onderwijs. Bij Wijzer werken opvang en onderwijs samen aan een doorgaande ontwikkellijn voor kinderen van 0 tot 13 jaar.</w:t>
      </w:r>
    </w:p>
    <w:p w14:paraId="06F23210" w14:textId="77777777" w:rsidR="004D4A74" w:rsidRPr="003202D9" w:rsidRDefault="00AF1749">
      <w:pPr>
        <w:pStyle w:val="Kop2"/>
        <w:rPr>
          <w:lang w:val="nl-NL"/>
        </w:rPr>
      </w:pPr>
      <w:r w:rsidRPr="003202D9">
        <w:rPr>
          <w:lang w:val="nl-NL"/>
        </w:rPr>
        <w:t xml:space="preserve">1.2 </w:t>
      </w:r>
      <w:proofErr w:type="spellStart"/>
      <w:r w:rsidRPr="003202D9">
        <w:rPr>
          <w:lang w:val="nl-NL"/>
        </w:rPr>
        <w:t>Leerlingpopulatie</w:t>
      </w:r>
      <w:proofErr w:type="spellEnd"/>
    </w:p>
    <w:p w14:paraId="1477344E" w14:textId="77777777" w:rsidR="004D4A74" w:rsidRDefault="00AF1749">
      <w:r w:rsidRPr="003202D9">
        <w:rPr>
          <w:lang w:val="nl-NL"/>
        </w:rPr>
        <w:t xml:space="preserve">De school wordt bezocht door circa tweehonderd kinderen. De </w:t>
      </w:r>
      <w:proofErr w:type="spellStart"/>
      <w:r w:rsidRPr="003202D9">
        <w:rPr>
          <w:lang w:val="nl-NL"/>
        </w:rPr>
        <w:t>leerlingpopulatie</w:t>
      </w:r>
      <w:proofErr w:type="spellEnd"/>
      <w:r w:rsidRPr="003202D9">
        <w:rPr>
          <w:lang w:val="nl-NL"/>
        </w:rPr>
        <w:t xml:space="preserve"> is een afspiegeling van de wijk </w:t>
      </w:r>
      <w:proofErr w:type="spellStart"/>
      <w:r w:rsidRPr="003202D9">
        <w:rPr>
          <w:lang w:val="nl-NL"/>
        </w:rPr>
        <w:t>Holy</w:t>
      </w:r>
      <w:proofErr w:type="spellEnd"/>
      <w:r w:rsidRPr="003202D9">
        <w:rPr>
          <w:lang w:val="nl-NL"/>
        </w:rPr>
        <w:t xml:space="preserve"> in Vlaardingen. </w:t>
      </w:r>
      <w:r>
        <w:t xml:space="preserve">Het </w:t>
      </w:r>
      <w:proofErr w:type="spellStart"/>
      <w:r>
        <w:t>leerlingenaantal</w:t>
      </w:r>
      <w:proofErr w:type="spellEnd"/>
      <w:r>
        <w:t xml:space="preserve"> is de </w:t>
      </w:r>
      <w:proofErr w:type="spellStart"/>
      <w:r>
        <w:t>afgelopen</w:t>
      </w:r>
      <w:proofErr w:type="spellEnd"/>
      <w:r>
        <w:t xml:space="preserve"> jaren gestegen.</w:t>
      </w:r>
    </w:p>
    <w:tbl>
      <w:tblPr>
        <w:tblW w:w="0" w:type="auto"/>
        <w:jc w:val="center"/>
        <w:tblLook w:val="04A0" w:firstRow="1" w:lastRow="0" w:firstColumn="1" w:lastColumn="0" w:noHBand="0" w:noVBand="1"/>
      </w:tblPr>
      <w:tblGrid>
        <w:gridCol w:w="3118"/>
        <w:gridCol w:w="2835"/>
      </w:tblGrid>
      <w:tr w:rsidR="004D4A74" w14:paraId="5B975339" w14:textId="77777777" w:rsidTr="4A780B1C">
        <w:trPr>
          <w:tblHeade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00665C"/>
          </w:tcPr>
          <w:p w14:paraId="3C1E596C" w14:textId="77777777" w:rsidR="004D4A74" w:rsidRDefault="2AD83BDF">
            <w:pPr>
              <w:spacing w:after="0"/>
            </w:pPr>
            <w:r w:rsidRPr="4A780B1C">
              <w:rPr>
                <w:b/>
                <w:bCs/>
                <w:color w:val="FFFFFF" w:themeColor="background1"/>
                <w:sz w:val="18"/>
                <w:szCs w:val="18"/>
              </w:rPr>
              <w:t>Schooljaar</w:t>
            </w:r>
          </w:p>
          <w:p w14:paraId="735949D7" w14:textId="77777777" w:rsidR="004D4A74" w:rsidRDefault="004D4A74" w:rsidP="4A780B1C">
            <w:pPr>
              <w:spacing w:after="0"/>
              <w:rPr>
                <w:b/>
                <w:bCs/>
                <w:color w:val="FFFFFF" w:themeColor="background1"/>
                <w:sz w:val="18"/>
                <w:szCs w:val="18"/>
              </w:rPr>
            </w:pPr>
          </w:p>
        </w:tc>
        <w:tc>
          <w:tcPr>
            <w:tcW w:w="2835" w:type="dxa"/>
            <w:tcBorders>
              <w:top w:val="single" w:sz="4" w:space="0" w:color="DCE8E6"/>
              <w:left w:val="single" w:sz="4" w:space="0" w:color="DCE8E6"/>
              <w:bottom w:val="single" w:sz="4" w:space="0" w:color="DCE8E6"/>
              <w:right w:val="single" w:sz="4" w:space="0" w:color="DCE8E6"/>
            </w:tcBorders>
            <w:shd w:val="clear" w:color="auto" w:fill="00665C"/>
          </w:tcPr>
          <w:p w14:paraId="4372B37E" w14:textId="77777777" w:rsidR="004D4A74" w:rsidRDefault="2AD83BDF">
            <w:pPr>
              <w:spacing w:after="0"/>
            </w:pPr>
            <w:r w:rsidRPr="4A780B1C">
              <w:rPr>
                <w:b/>
                <w:bCs/>
                <w:color w:val="FFFFFF" w:themeColor="background1"/>
                <w:sz w:val="18"/>
                <w:szCs w:val="18"/>
              </w:rPr>
              <w:t>Aantal leerlingen</w:t>
            </w:r>
          </w:p>
          <w:p w14:paraId="225CC251" w14:textId="77777777" w:rsidR="004D4A74" w:rsidRDefault="004D4A74" w:rsidP="4A780B1C">
            <w:pPr>
              <w:spacing w:after="0"/>
              <w:rPr>
                <w:b/>
                <w:bCs/>
                <w:color w:val="FFFFFF" w:themeColor="background1"/>
                <w:sz w:val="18"/>
                <w:szCs w:val="18"/>
              </w:rPr>
            </w:pPr>
          </w:p>
        </w:tc>
      </w:tr>
      <w:tr w:rsidR="004D4A74" w14:paraId="3FF8FE66"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tcPr>
          <w:p w14:paraId="57609B94" w14:textId="77777777" w:rsidR="004D4A74" w:rsidRDefault="00AF1749">
            <w:pPr>
              <w:spacing w:after="0"/>
            </w:pPr>
            <w:r>
              <w:rPr>
                <w:sz w:val="18"/>
              </w:rPr>
              <w:t>2023-2024</w:t>
            </w:r>
          </w:p>
        </w:tc>
        <w:tc>
          <w:tcPr>
            <w:tcW w:w="2835" w:type="dxa"/>
            <w:tcBorders>
              <w:top w:val="single" w:sz="4" w:space="0" w:color="DCE8E6"/>
              <w:left w:val="single" w:sz="4" w:space="0" w:color="DCE8E6"/>
              <w:bottom w:val="single" w:sz="4" w:space="0" w:color="DCE8E6"/>
              <w:right w:val="single" w:sz="4" w:space="0" w:color="DCE8E6"/>
            </w:tcBorders>
          </w:tcPr>
          <w:p w14:paraId="303D6FDB" w14:textId="77777777" w:rsidR="004D4A74" w:rsidRDefault="00AF1749">
            <w:pPr>
              <w:spacing w:after="0"/>
            </w:pPr>
            <w:r>
              <w:rPr>
                <w:sz w:val="18"/>
              </w:rPr>
              <w:t>184</w:t>
            </w:r>
          </w:p>
        </w:tc>
      </w:tr>
      <w:tr w:rsidR="004D4A74" w14:paraId="12DBE398"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FAFCFB"/>
          </w:tcPr>
          <w:p w14:paraId="4E4460BA" w14:textId="77777777" w:rsidR="004D4A74" w:rsidRDefault="00AF1749">
            <w:pPr>
              <w:spacing w:after="0"/>
            </w:pPr>
            <w:r>
              <w:rPr>
                <w:sz w:val="18"/>
              </w:rPr>
              <w:t>2024-2025</w:t>
            </w:r>
          </w:p>
        </w:tc>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303F98F6" w14:textId="77777777" w:rsidR="004D4A74" w:rsidRDefault="00AF1749">
            <w:pPr>
              <w:spacing w:after="0"/>
            </w:pPr>
            <w:r>
              <w:rPr>
                <w:sz w:val="18"/>
              </w:rPr>
              <w:t>194</w:t>
            </w:r>
          </w:p>
        </w:tc>
      </w:tr>
      <w:tr w:rsidR="004D4A74" w14:paraId="2CD4C035"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tcPr>
          <w:p w14:paraId="18B709F9" w14:textId="77777777" w:rsidR="004D4A74" w:rsidRDefault="00AF1749">
            <w:pPr>
              <w:spacing w:after="0"/>
            </w:pPr>
            <w:r>
              <w:rPr>
                <w:sz w:val="18"/>
              </w:rPr>
              <w:t>2025-2026</w:t>
            </w:r>
          </w:p>
        </w:tc>
        <w:tc>
          <w:tcPr>
            <w:tcW w:w="2835" w:type="dxa"/>
            <w:tcBorders>
              <w:top w:val="single" w:sz="4" w:space="0" w:color="DCE8E6"/>
              <w:left w:val="single" w:sz="4" w:space="0" w:color="DCE8E6"/>
              <w:bottom w:val="single" w:sz="4" w:space="0" w:color="DCE8E6"/>
              <w:right w:val="single" w:sz="4" w:space="0" w:color="DCE8E6"/>
            </w:tcBorders>
          </w:tcPr>
          <w:p w14:paraId="4106616F" w14:textId="77777777" w:rsidR="004D4A74" w:rsidRDefault="00AF1749">
            <w:pPr>
              <w:spacing w:after="0"/>
            </w:pPr>
            <w:r>
              <w:rPr>
                <w:sz w:val="18"/>
              </w:rPr>
              <w:t>197</w:t>
            </w:r>
          </w:p>
        </w:tc>
      </w:tr>
    </w:tbl>
    <w:p w14:paraId="78DE85C5" w14:textId="77777777" w:rsidR="004D4A74" w:rsidRDefault="004D4A74">
      <w:pPr>
        <w:spacing w:after="40"/>
      </w:pPr>
    </w:p>
    <w:p w14:paraId="0BBED294" w14:textId="77777777" w:rsidR="004D4A74" w:rsidRDefault="00AF1749">
      <w:pPr>
        <w:jc w:val="center"/>
      </w:pPr>
      <w:r>
        <w:rPr>
          <w:noProof/>
        </w:rPr>
        <w:lastRenderedPageBreak/>
        <w:drawing>
          <wp:inline distT="0" distB="0" distL="0" distR="0" wp14:anchorId="6CAAF270" wp14:editId="75239451">
            <wp:extent cx="4500000" cy="180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leerlingen.png"/>
                    <pic:cNvPicPr/>
                  </pic:nvPicPr>
                  <pic:blipFill>
                    <a:blip r:embed="rId17"/>
                    <a:stretch>
                      <a:fillRect/>
                    </a:stretch>
                  </pic:blipFill>
                  <pic:spPr>
                    <a:xfrm>
                      <a:off x="0" y="0"/>
                      <a:ext cx="4500000" cy="1800000"/>
                    </a:xfrm>
                    <a:prstGeom prst="rect">
                      <a:avLst/>
                    </a:prstGeom>
                  </pic:spPr>
                </pic:pic>
              </a:graphicData>
            </a:graphic>
          </wp:inline>
        </w:drawing>
      </w:r>
    </w:p>
    <w:p w14:paraId="32A11C8E" w14:textId="77777777" w:rsidR="004D4A74" w:rsidRDefault="00AF1749">
      <w:pPr>
        <w:pStyle w:val="Kop2"/>
      </w:pPr>
      <w:r>
        <w:t>1.3 Kern van onze school</w:t>
      </w:r>
    </w:p>
    <w:tbl>
      <w:tblPr>
        <w:tblW w:w="0" w:type="auto"/>
        <w:jc w:val="center"/>
        <w:tblLook w:val="04A0" w:firstRow="1" w:lastRow="0" w:firstColumn="1" w:lastColumn="0" w:noHBand="0" w:noVBand="1"/>
      </w:tblPr>
      <w:tblGrid>
        <w:gridCol w:w="8787"/>
      </w:tblGrid>
      <w:tr w:rsidR="003202D9" w:rsidRPr="001E442B" w14:paraId="1EA533FC" w14:textId="77777777">
        <w:trPr>
          <w:jc w:val="center"/>
        </w:trPr>
        <w:tc>
          <w:tcPr>
            <w:tcW w:w="8787"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69D1548A" w14:textId="77777777" w:rsidR="003202D9" w:rsidRPr="003202D9" w:rsidRDefault="003202D9">
            <w:pPr>
              <w:spacing w:after="0"/>
              <w:rPr>
                <w:lang w:val="nl-NL"/>
              </w:rPr>
            </w:pPr>
            <w:r w:rsidRPr="003202D9">
              <w:rPr>
                <w:b/>
                <w:color w:val="00665C"/>
                <w:lang w:val="nl-NL"/>
              </w:rPr>
              <w:t>Samen spelen, samen leren, samen groeien</w:t>
            </w:r>
            <w:r w:rsidRPr="003202D9">
              <w:rPr>
                <w:b/>
                <w:color w:val="00665C"/>
                <w:lang w:val="nl-NL"/>
              </w:rPr>
              <w:br/>
            </w:r>
            <w:r w:rsidRPr="003202D9">
              <w:rPr>
                <w:sz w:val="17"/>
                <w:lang w:val="nl-NL"/>
              </w:rPr>
              <w:t>Onze drie kernwaarden zijn geborgenheid, uitdaging en plezier. Deze waarden sturen onze keuzes in onderwijs, opvang, ondersteuning, gedrag en samenwerking met ouders.</w:t>
            </w:r>
          </w:p>
        </w:tc>
      </w:tr>
    </w:tbl>
    <w:p w14:paraId="42C81C12" w14:textId="77777777" w:rsidR="004D4A74" w:rsidRPr="003202D9" w:rsidRDefault="004D4A74">
      <w:pPr>
        <w:spacing w:after="40"/>
        <w:rPr>
          <w:lang w:val="nl-NL"/>
        </w:rPr>
      </w:pPr>
    </w:p>
    <w:p w14:paraId="11E9A9FF" w14:textId="77777777" w:rsidR="004D4A74" w:rsidRPr="003202D9" w:rsidRDefault="00AF1749">
      <w:pPr>
        <w:rPr>
          <w:lang w:val="nl-NL"/>
        </w:rPr>
      </w:pPr>
      <w:r w:rsidRPr="003202D9">
        <w:rPr>
          <w:lang w:val="nl-NL"/>
        </w:rPr>
        <w:br w:type="page"/>
      </w:r>
    </w:p>
    <w:p w14:paraId="4C2B4BBE" w14:textId="77777777" w:rsidR="004D4A74" w:rsidRPr="003202D9" w:rsidRDefault="00AF1749">
      <w:pPr>
        <w:pStyle w:val="Kop1"/>
        <w:rPr>
          <w:lang w:val="nl-NL"/>
        </w:rPr>
      </w:pPr>
      <w:r>
        <w:rPr>
          <w:noProof/>
        </w:rPr>
        <w:lastRenderedPageBreak/>
        <w:drawing>
          <wp:inline distT="0" distB="0" distL="0" distR="0" wp14:anchorId="52375129" wp14:editId="044F5630">
            <wp:extent cx="266700" cy="2867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4"/>
                    <a:stretch>
                      <a:fillRect/>
                    </a:stretch>
                  </pic:blipFill>
                  <pic:spPr>
                    <a:xfrm>
                      <a:off x="0" y="0"/>
                      <a:ext cx="269815" cy="290125"/>
                    </a:xfrm>
                    <a:prstGeom prst="rect">
                      <a:avLst/>
                    </a:prstGeom>
                  </pic:spPr>
                </pic:pic>
              </a:graphicData>
            </a:graphic>
          </wp:inline>
        </w:drawing>
      </w:r>
      <w:r w:rsidRPr="003202D9">
        <w:rPr>
          <w:lang w:val="nl-NL"/>
        </w:rPr>
        <w:t xml:space="preserve">  2. Missie, visie en identiteit</w:t>
      </w:r>
    </w:p>
    <w:p w14:paraId="34058307" w14:textId="77777777" w:rsidR="004D4A74" w:rsidRPr="003202D9" w:rsidRDefault="00AF1749">
      <w:pPr>
        <w:pStyle w:val="Kop2"/>
        <w:rPr>
          <w:lang w:val="nl-NL"/>
        </w:rPr>
      </w:pPr>
      <w:r w:rsidRPr="003202D9">
        <w:rPr>
          <w:lang w:val="nl-NL"/>
        </w:rPr>
        <w:t>2.1 Integraal Kindcentrum: samen Wijzer</w:t>
      </w:r>
    </w:p>
    <w:p w14:paraId="52807690" w14:textId="77777777" w:rsidR="004D4A74" w:rsidRPr="003202D9" w:rsidRDefault="00AF1749">
      <w:pPr>
        <w:rPr>
          <w:lang w:val="nl-NL"/>
        </w:rPr>
      </w:pPr>
      <w:r w:rsidRPr="003202D9">
        <w:rPr>
          <w:lang w:val="nl-NL"/>
        </w:rPr>
        <w:t>Wijzer combineert de krachten van opvang en onderwijs. Pedagogisch medewerkers en leerkrachten werken op de locatie samen, zodat kinderen een doorgaande lijn ervaren van opvang naar school en van jonge kind tot bovenbouw.</w:t>
      </w:r>
    </w:p>
    <w:p w14:paraId="2551560B" w14:textId="77777777" w:rsidR="004D4A74" w:rsidRPr="003202D9" w:rsidRDefault="00AF1749">
      <w:pPr>
        <w:rPr>
          <w:lang w:val="nl-NL"/>
        </w:rPr>
      </w:pPr>
      <w:r w:rsidRPr="003202D9">
        <w:rPr>
          <w:lang w:val="nl-NL"/>
        </w:rPr>
        <w:t>Kinderen voelen zich thuis op een plek waar zij worden gezien. Door samen te werken, thema’s af te stemmen en ondersteuning door te laten lopen, kunnen medewerkers beter aansluiten bij wat ieder kind nodig heeft.</w:t>
      </w:r>
    </w:p>
    <w:p w14:paraId="3C5EB4C5" w14:textId="77777777" w:rsidR="004D4A74" w:rsidRPr="003202D9" w:rsidRDefault="00AF1749">
      <w:pPr>
        <w:pStyle w:val="Kop2"/>
        <w:rPr>
          <w:lang w:val="nl-NL"/>
        </w:rPr>
      </w:pPr>
      <w:r w:rsidRPr="003202D9">
        <w:rPr>
          <w:lang w:val="nl-NL"/>
        </w:rPr>
        <w:t>2.2 Missie van IKC De Singel</w:t>
      </w:r>
    </w:p>
    <w:p w14:paraId="1849BC11" w14:textId="77777777" w:rsidR="004D4A74" w:rsidRPr="003202D9" w:rsidRDefault="2AD83BDF">
      <w:pPr>
        <w:rPr>
          <w:lang w:val="nl-NL"/>
        </w:rPr>
      </w:pPr>
      <w:r w:rsidRPr="4A780B1C">
        <w:rPr>
          <w:lang w:val="nl-NL"/>
        </w:rPr>
        <w:t>We verdiepen ons in ieder kind en krijgen daarmee zicht op de mogelijkheden, talenten en onderwijsbehoeften. Samen met ouders onderzoeken we hoe het kind leert, waar het blij van wordt en wat nodig is om zich verder te ontwikkelen.</w:t>
      </w:r>
      <w:r w:rsidR="26F1BDA6" w:rsidRPr="4A780B1C">
        <w:rPr>
          <w:lang w:val="nl-NL"/>
        </w:rPr>
        <w:t xml:space="preserve"> </w:t>
      </w:r>
      <w:r w:rsidRPr="4A780B1C">
        <w:rPr>
          <w:lang w:val="nl-NL"/>
        </w:rPr>
        <w:t>Vertrouwen is onze basis en ontmoeten is ons startpunt. We willen kinderen en ouders leren kennen, stellen ons open op en stimuleren ontdekkend en onderzoekend leren. Zelfvertrouwen en groei zijn het resultaat.</w:t>
      </w:r>
    </w:p>
    <w:p w14:paraId="5FC08B20" w14:textId="77777777" w:rsidR="004D4A74" w:rsidRPr="003202D9" w:rsidRDefault="00AF1749">
      <w:pPr>
        <w:pStyle w:val="Kop2"/>
        <w:rPr>
          <w:lang w:val="nl-NL"/>
        </w:rPr>
      </w:pPr>
      <w:r w:rsidRPr="003202D9">
        <w:rPr>
          <w:lang w:val="nl-NL"/>
        </w:rPr>
        <w:t>2.3 Visie van IKC De Singel</w:t>
      </w:r>
    </w:p>
    <w:p w14:paraId="78A6383E" w14:textId="77777777" w:rsidR="004D4A74" w:rsidRPr="003202D9" w:rsidRDefault="00AF1749">
      <w:pPr>
        <w:rPr>
          <w:lang w:val="nl-NL"/>
        </w:rPr>
      </w:pPr>
      <w:r w:rsidRPr="003202D9">
        <w:rPr>
          <w:lang w:val="nl-NL"/>
        </w:rPr>
        <w:t>Om ons heen zien we een wereld met veel verschillen. Verschillend zijn betekent dat mensen verschillende kwaliteiten hebben. Kinderen ontdekken bij ons op welke manier zij het verschil kunnen maken, zodat ze sterker en bewuster de toekomst ingaan.</w:t>
      </w:r>
    </w:p>
    <w:p w14:paraId="1BC898C3" w14:textId="77777777" w:rsidR="004D4A74" w:rsidRPr="003202D9" w:rsidRDefault="00AF1749">
      <w:pPr>
        <w:rPr>
          <w:lang w:val="nl-NL"/>
        </w:rPr>
      </w:pPr>
      <w:r w:rsidRPr="003202D9">
        <w:rPr>
          <w:lang w:val="nl-NL"/>
        </w:rPr>
        <w:t>Kennisoverdracht en het aanleren van vaardigheden vormen de kern van ons lesgeven. We gebruiken uitdagende leermiddelen en differentiëren op niveau. We zorgen voor diversiteit in werkvormen en stemmen ons onderwijs en onze opvang af op de groep, het kind en de omstandigheden.</w:t>
      </w:r>
    </w:p>
    <w:p w14:paraId="79993C97" w14:textId="77777777" w:rsidR="004D4A74" w:rsidRPr="003202D9" w:rsidRDefault="00AF1749">
      <w:pPr>
        <w:pStyle w:val="Kop2"/>
        <w:rPr>
          <w:lang w:val="nl-NL"/>
        </w:rPr>
      </w:pPr>
      <w:r w:rsidRPr="003202D9">
        <w:rPr>
          <w:lang w:val="nl-NL"/>
        </w:rPr>
        <w:t>2.4 Identiteit</w:t>
      </w:r>
    </w:p>
    <w:p w14:paraId="06B65F33" w14:textId="77777777" w:rsidR="004D4A74" w:rsidRPr="003202D9" w:rsidRDefault="00AF1749">
      <w:pPr>
        <w:rPr>
          <w:lang w:val="nl-NL"/>
        </w:rPr>
      </w:pPr>
      <w:r w:rsidRPr="003202D9">
        <w:rPr>
          <w:lang w:val="nl-NL"/>
        </w:rPr>
        <w:t>IKC De Singel is een openbaar kindcentrum. Alle kinderen zijn gelijkwaardig. Iedereen is welkom, ongeacht achtergrond, geloof, cultuur, talent of ondersteuningsbehoefte. Kennis van elkaars geloof en cultuur helpt kinderen verschillen te begrijpen en te respecteren.</w:t>
      </w:r>
    </w:p>
    <w:p w14:paraId="1D6EE233" w14:textId="77777777" w:rsidR="004D4A74" w:rsidRPr="003202D9" w:rsidRDefault="00AF1749">
      <w:pPr>
        <w:pStyle w:val="Kop2"/>
        <w:rPr>
          <w:lang w:val="nl-NL"/>
        </w:rPr>
      </w:pPr>
      <w:r w:rsidRPr="003202D9">
        <w:rPr>
          <w:lang w:val="nl-NL"/>
        </w:rPr>
        <w:t>2.5 Gezonde en gelukkige school</w:t>
      </w:r>
    </w:p>
    <w:p w14:paraId="41E87A9F" w14:textId="77777777" w:rsidR="004D4A74" w:rsidRPr="003202D9" w:rsidRDefault="00AF1749">
      <w:pPr>
        <w:pStyle w:val="Kop3"/>
        <w:rPr>
          <w:lang w:val="nl-NL"/>
        </w:rPr>
      </w:pPr>
      <w:r w:rsidRPr="003202D9">
        <w:rPr>
          <w:lang w:val="nl-NL"/>
        </w:rPr>
        <w:t>Gezonde school</w:t>
      </w:r>
    </w:p>
    <w:p w14:paraId="0EB4F32A" w14:textId="77777777" w:rsidR="004D4A74" w:rsidRPr="003202D9" w:rsidRDefault="00AF1749">
      <w:pPr>
        <w:rPr>
          <w:lang w:val="nl-NL"/>
        </w:rPr>
      </w:pPr>
      <w:r w:rsidRPr="003202D9">
        <w:rPr>
          <w:lang w:val="nl-NL"/>
        </w:rPr>
        <w:t xml:space="preserve">We stimuleren een gezonde leefstijl. Er is aandacht voor bewegen, water drinken, gezonde tussendoortjes en sociale vaardigheden. In de groepen worden </w:t>
      </w:r>
      <w:proofErr w:type="spellStart"/>
      <w:r w:rsidRPr="003202D9">
        <w:rPr>
          <w:lang w:val="nl-NL"/>
        </w:rPr>
        <w:t>energizers</w:t>
      </w:r>
      <w:proofErr w:type="spellEnd"/>
      <w:r w:rsidRPr="003202D9">
        <w:rPr>
          <w:lang w:val="nl-NL"/>
        </w:rPr>
        <w:t xml:space="preserve"> ingezet en er is pauzegym.</w:t>
      </w:r>
    </w:p>
    <w:p w14:paraId="4EE15E16" w14:textId="77777777" w:rsidR="004D4A74" w:rsidRPr="003202D9" w:rsidRDefault="00AF1749">
      <w:pPr>
        <w:pStyle w:val="Kop3"/>
        <w:rPr>
          <w:lang w:val="nl-NL"/>
        </w:rPr>
      </w:pPr>
      <w:r w:rsidRPr="003202D9">
        <w:rPr>
          <w:lang w:val="nl-NL"/>
        </w:rPr>
        <w:t>Bewegen</w:t>
      </w:r>
    </w:p>
    <w:p w14:paraId="36E344F0" w14:textId="77777777" w:rsidR="004D4A74" w:rsidRPr="003202D9" w:rsidRDefault="00AF1749">
      <w:pPr>
        <w:rPr>
          <w:lang w:val="nl-NL"/>
        </w:rPr>
      </w:pPr>
      <w:r w:rsidRPr="003202D9">
        <w:rPr>
          <w:lang w:val="nl-NL"/>
        </w:rPr>
        <w:t>Kinderen krijgen twee keer per week bewegingsonderwijs van een vakleerkracht van Vlaardingen in Beweging. Daarnaast is er pauzegym.</w:t>
      </w:r>
    </w:p>
    <w:p w14:paraId="47D887F3" w14:textId="77777777" w:rsidR="004D4A74" w:rsidRPr="003202D9" w:rsidRDefault="00AF1749">
      <w:pPr>
        <w:pStyle w:val="Kop3"/>
        <w:rPr>
          <w:lang w:val="nl-NL"/>
        </w:rPr>
      </w:pPr>
      <w:proofErr w:type="spellStart"/>
      <w:r w:rsidRPr="003202D9">
        <w:rPr>
          <w:lang w:val="nl-NL"/>
        </w:rPr>
        <w:t>Gelukskoffer</w:t>
      </w:r>
      <w:proofErr w:type="spellEnd"/>
    </w:p>
    <w:p w14:paraId="58E44A2B" w14:textId="77777777" w:rsidR="004D4A74" w:rsidRPr="003202D9" w:rsidRDefault="00AF1749">
      <w:pPr>
        <w:rPr>
          <w:lang w:val="nl-NL"/>
        </w:rPr>
      </w:pPr>
      <w:r w:rsidRPr="003202D9">
        <w:rPr>
          <w:lang w:val="nl-NL"/>
        </w:rPr>
        <w:t xml:space="preserve">De </w:t>
      </w:r>
      <w:proofErr w:type="spellStart"/>
      <w:r w:rsidRPr="003202D9">
        <w:rPr>
          <w:lang w:val="nl-NL"/>
        </w:rPr>
        <w:t>Gelukskoffer</w:t>
      </w:r>
      <w:proofErr w:type="spellEnd"/>
      <w:r w:rsidRPr="003202D9">
        <w:rPr>
          <w:lang w:val="nl-NL"/>
        </w:rPr>
        <w:t xml:space="preserve"> ondersteunt sociaal-emotioneel leren vanuit positieve psychologie. Thema’s zijn onder andere positief denken, talenten, zelfvertrouwen, dankbaarheid, dromen en geluk doorgeven.</w:t>
      </w:r>
    </w:p>
    <w:p w14:paraId="48FE4C1B" w14:textId="77777777" w:rsidR="004D4A74" w:rsidRPr="003202D9" w:rsidRDefault="00AF1749">
      <w:pPr>
        <w:pStyle w:val="Kop3"/>
        <w:rPr>
          <w:lang w:val="nl-NL"/>
        </w:rPr>
      </w:pPr>
      <w:r w:rsidRPr="003202D9">
        <w:rPr>
          <w:lang w:val="nl-NL"/>
        </w:rPr>
        <w:t>Schoolcultuur</w:t>
      </w:r>
    </w:p>
    <w:p w14:paraId="5EBA84A5" w14:textId="77777777" w:rsidR="004D4A74" w:rsidRPr="003202D9" w:rsidRDefault="00AF1749">
      <w:pPr>
        <w:rPr>
          <w:lang w:val="nl-NL"/>
        </w:rPr>
      </w:pPr>
      <w:r w:rsidRPr="003202D9">
        <w:rPr>
          <w:lang w:val="nl-NL"/>
        </w:rPr>
        <w:t>We stimuleren kinderen om vragen te stellen, elkaars perspectief te onderzoeken en als wereldburgers naar hun omgeving te kijken. Filosofie, spel en burgerschap komen hierin samen.</w:t>
      </w:r>
    </w:p>
    <w:p w14:paraId="347F89CE" w14:textId="77777777" w:rsidR="004D4A74" w:rsidRPr="003202D9" w:rsidRDefault="00AF1749">
      <w:pPr>
        <w:pStyle w:val="Kop1"/>
        <w:rPr>
          <w:lang w:val="nl-NL"/>
        </w:rPr>
      </w:pPr>
      <w:r>
        <w:rPr>
          <w:noProof/>
        </w:rPr>
        <w:lastRenderedPageBreak/>
        <w:drawing>
          <wp:inline distT="0" distB="0" distL="0" distR="0" wp14:anchorId="16F8F1B8" wp14:editId="7A10C9B2">
            <wp:extent cx="222250" cy="281959"/>
            <wp:effectExtent l="0" t="0" r="635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3"/>
                    <a:stretch>
                      <a:fillRect/>
                    </a:stretch>
                  </pic:blipFill>
                  <pic:spPr>
                    <a:xfrm>
                      <a:off x="0" y="0"/>
                      <a:ext cx="223755" cy="283868"/>
                    </a:xfrm>
                    <a:prstGeom prst="rect">
                      <a:avLst/>
                    </a:prstGeom>
                  </pic:spPr>
                </pic:pic>
              </a:graphicData>
            </a:graphic>
          </wp:inline>
        </w:drawing>
      </w:r>
      <w:r w:rsidRPr="003202D9">
        <w:rPr>
          <w:lang w:val="nl-NL"/>
        </w:rPr>
        <w:t xml:space="preserve">  3. Ons onderwijs</w:t>
      </w:r>
    </w:p>
    <w:p w14:paraId="1BD671D7" w14:textId="77777777" w:rsidR="004D4A74" w:rsidRPr="003202D9" w:rsidRDefault="00AF1749">
      <w:pPr>
        <w:pStyle w:val="Kop2"/>
        <w:rPr>
          <w:lang w:val="nl-NL"/>
        </w:rPr>
      </w:pPr>
      <w:r w:rsidRPr="003202D9">
        <w:rPr>
          <w:lang w:val="nl-NL"/>
        </w:rPr>
        <w:t>3.1 Organisatie</w:t>
      </w:r>
    </w:p>
    <w:p w14:paraId="0CD9FBF5" w14:textId="77777777" w:rsidR="004D4A74" w:rsidRPr="003202D9" w:rsidRDefault="2AD83BDF">
      <w:pPr>
        <w:rPr>
          <w:lang w:val="nl-NL"/>
        </w:rPr>
      </w:pPr>
      <w:r w:rsidRPr="4A780B1C">
        <w:rPr>
          <w:lang w:val="nl-NL"/>
        </w:rPr>
        <w:t xml:space="preserve">De </w:t>
      </w:r>
      <w:r w:rsidR="507DDCBE" w:rsidRPr="4A780B1C">
        <w:rPr>
          <w:lang w:val="nl-NL"/>
        </w:rPr>
        <w:t>kindere</w:t>
      </w:r>
      <w:r w:rsidRPr="4A780B1C">
        <w:rPr>
          <w:lang w:val="nl-NL"/>
        </w:rPr>
        <w:t>n zijn in de basis gegroepeerd in leerstofjaarklassen. Binnen de groepen stemmen leerkrachten de instructie, verwerking, leertijd en uitdaging af op wat kinderen nodig hebben.</w:t>
      </w:r>
    </w:p>
    <w:p w14:paraId="21A397FC" w14:textId="77777777" w:rsidR="004D4A74" w:rsidRPr="003202D9" w:rsidRDefault="00AF1749">
      <w:pPr>
        <w:pStyle w:val="Kop2"/>
        <w:rPr>
          <w:lang w:val="nl-NL"/>
        </w:rPr>
      </w:pPr>
      <w:r w:rsidRPr="003202D9">
        <w:rPr>
          <w:lang w:val="nl-NL"/>
        </w:rPr>
        <w:t>3.2 Thematisch onderwijs in de onderbouw</w:t>
      </w:r>
    </w:p>
    <w:p w14:paraId="1C0A57F2" w14:textId="77777777" w:rsidR="004D4A74" w:rsidRPr="003202D9" w:rsidRDefault="00AF1749">
      <w:pPr>
        <w:rPr>
          <w:lang w:val="nl-NL"/>
        </w:rPr>
      </w:pPr>
      <w:r w:rsidRPr="003202D9">
        <w:rPr>
          <w:lang w:val="nl-NL"/>
        </w:rPr>
        <w:t>In de kleutergroepen werken we met een thematisch beredeneerd aanbod. Een thema groeit vanuit de betrokkenheid, vragen en inbreng van kinderen. De leerkracht verbindt de betekenis van het thema aan doelen voor taal, rekenen, spel, motoriek, wereldoriëntatie, creativiteit en sociaal-emotionele ontwikkeling.</w:t>
      </w:r>
    </w:p>
    <w:p w14:paraId="53DC97A2" w14:textId="77777777" w:rsidR="004D4A74" w:rsidRPr="003202D9" w:rsidRDefault="00AF1749">
      <w:pPr>
        <w:rPr>
          <w:lang w:val="nl-NL"/>
        </w:rPr>
      </w:pPr>
      <w:r w:rsidRPr="003202D9">
        <w:rPr>
          <w:lang w:val="nl-NL"/>
        </w:rPr>
        <w:t>Thematisch werken maakt leren betekenisvol en actief. Hoeken, materialen, gesprekken, spel en opdrachten worden zo ingericht dat kinderen kunnen ontdekken, oefenen, samenwerken en nieuwe taal en begrippen gebruiken.</w:t>
      </w:r>
    </w:p>
    <w:p w14:paraId="50B20EF2" w14:textId="77777777" w:rsidR="004D4A74" w:rsidRDefault="00AF1749">
      <w:pPr>
        <w:pStyle w:val="Kop2"/>
      </w:pPr>
      <w:r>
        <w:t xml:space="preserve">3.3 </w:t>
      </w:r>
      <w:proofErr w:type="spellStart"/>
      <w:r>
        <w:t>Basisvakken</w:t>
      </w:r>
      <w:proofErr w:type="spellEnd"/>
      <w:r>
        <w:t xml:space="preserve"> </w:t>
      </w:r>
      <w:proofErr w:type="spellStart"/>
      <w:r>
        <w:t>en</w:t>
      </w:r>
      <w:proofErr w:type="spellEnd"/>
      <w:r>
        <w:t xml:space="preserve"> </w:t>
      </w:r>
      <w:proofErr w:type="spellStart"/>
      <w:r>
        <w:t>methodes</w:t>
      </w:r>
      <w:proofErr w:type="spellEnd"/>
    </w:p>
    <w:tbl>
      <w:tblPr>
        <w:tblW w:w="0" w:type="auto"/>
        <w:jc w:val="center"/>
        <w:tblLook w:val="04A0" w:firstRow="1" w:lastRow="0" w:firstColumn="1" w:lastColumn="0" w:noHBand="0" w:noVBand="1"/>
      </w:tblPr>
      <w:tblGrid>
        <w:gridCol w:w="2268"/>
        <w:gridCol w:w="7200"/>
      </w:tblGrid>
      <w:tr w:rsidR="004D4A74" w14:paraId="04C8F22C" w14:textId="77777777" w:rsidTr="4A780B1C">
        <w:trPr>
          <w:tblHeade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00665C"/>
          </w:tcPr>
          <w:p w14:paraId="59F445BC" w14:textId="77777777" w:rsidR="004D4A74" w:rsidRDefault="00AF1749">
            <w:pPr>
              <w:spacing w:after="0"/>
            </w:pPr>
            <w:r>
              <w:rPr>
                <w:b/>
                <w:color w:val="FFFFFF"/>
                <w:sz w:val="15"/>
              </w:rPr>
              <w:t>Vakgebied</w:t>
            </w:r>
          </w:p>
        </w:tc>
        <w:tc>
          <w:tcPr>
            <w:tcW w:w="7200" w:type="dxa"/>
            <w:tcBorders>
              <w:top w:val="single" w:sz="4" w:space="0" w:color="DCE8E6"/>
              <w:left w:val="single" w:sz="4" w:space="0" w:color="DCE8E6"/>
              <w:bottom w:val="single" w:sz="4" w:space="0" w:color="DCE8E6"/>
              <w:right w:val="single" w:sz="4" w:space="0" w:color="DCE8E6"/>
            </w:tcBorders>
            <w:shd w:val="clear" w:color="auto" w:fill="00665C"/>
          </w:tcPr>
          <w:p w14:paraId="0B2425C0" w14:textId="77777777" w:rsidR="004D4A74" w:rsidRDefault="00AF1749">
            <w:pPr>
              <w:spacing w:after="0"/>
            </w:pPr>
            <w:r>
              <w:rPr>
                <w:b/>
                <w:color w:val="FFFFFF"/>
                <w:sz w:val="15"/>
              </w:rPr>
              <w:t>Aanpak / methode</w:t>
            </w:r>
          </w:p>
        </w:tc>
      </w:tr>
      <w:tr w:rsidR="004D4A74" w14:paraId="087E543B"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2BFF3709" w14:textId="77777777" w:rsidR="004D4A74" w:rsidRDefault="00AF1749">
            <w:pPr>
              <w:spacing w:after="0"/>
            </w:pPr>
            <w:r>
              <w:rPr>
                <w:b/>
                <w:sz w:val="15"/>
              </w:rPr>
              <w:t>Lezen en begrijpend lezen</w:t>
            </w:r>
          </w:p>
        </w:tc>
        <w:tc>
          <w:tcPr>
            <w:tcW w:w="7200" w:type="dxa"/>
            <w:tcBorders>
              <w:top w:val="single" w:sz="4" w:space="0" w:color="DCE8E6"/>
              <w:left w:val="single" w:sz="4" w:space="0" w:color="DCE8E6"/>
              <w:bottom w:val="single" w:sz="4" w:space="0" w:color="DCE8E6"/>
              <w:right w:val="single" w:sz="4" w:space="0" w:color="DCE8E6"/>
            </w:tcBorders>
          </w:tcPr>
          <w:p w14:paraId="78EF1ED2" w14:textId="77777777" w:rsidR="004D4A74" w:rsidRDefault="00AF1749">
            <w:pPr>
              <w:spacing w:after="0"/>
            </w:pPr>
            <w:r w:rsidRPr="003202D9">
              <w:rPr>
                <w:sz w:val="15"/>
                <w:lang w:val="nl-NL"/>
              </w:rPr>
              <w:t xml:space="preserve">In groep 3 gebruiken we Lijn 3 en LIST Lezen. In groep 4 t/m 8 lezen kinderen dagelijks 30 minuten in zelfgekozen </w:t>
            </w:r>
            <w:proofErr w:type="spellStart"/>
            <w:r w:rsidRPr="003202D9">
              <w:rPr>
                <w:sz w:val="15"/>
                <w:lang w:val="nl-NL"/>
              </w:rPr>
              <w:t>leeftijdsadequate</w:t>
            </w:r>
            <w:proofErr w:type="spellEnd"/>
            <w:r w:rsidRPr="003202D9">
              <w:rPr>
                <w:sz w:val="15"/>
                <w:lang w:val="nl-NL"/>
              </w:rPr>
              <w:t xml:space="preserve"> boeken. </w:t>
            </w:r>
            <w:proofErr w:type="spellStart"/>
            <w:r>
              <w:rPr>
                <w:sz w:val="15"/>
              </w:rPr>
              <w:t>Begrijpend</w:t>
            </w:r>
            <w:proofErr w:type="spellEnd"/>
            <w:r>
              <w:rPr>
                <w:sz w:val="15"/>
              </w:rPr>
              <w:t xml:space="preserve"> </w:t>
            </w:r>
            <w:proofErr w:type="spellStart"/>
            <w:r>
              <w:rPr>
                <w:sz w:val="15"/>
              </w:rPr>
              <w:t>lezen</w:t>
            </w:r>
            <w:proofErr w:type="spellEnd"/>
            <w:r>
              <w:rPr>
                <w:sz w:val="15"/>
              </w:rPr>
              <w:t xml:space="preserve"> </w:t>
            </w:r>
            <w:proofErr w:type="spellStart"/>
            <w:r>
              <w:rPr>
                <w:sz w:val="15"/>
              </w:rPr>
              <w:t>wordt</w:t>
            </w:r>
            <w:proofErr w:type="spellEnd"/>
            <w:r>
              <w:rPr>
                <w:sz w:val="15"/>
              </w:rPr>
              <w:t xml:space="preserve"> </w:t>
            </w:r>
            <w:proofErr w:type="spellStart"/>
            <w:r>
              <w:rPr>
                <w:sz w:val="15"/>
              </w:rPr>
              <w:t>verbonden</w:t>
            </w:r>
            <w:proofErr w:type="spellEnd"/>
            <w:r>
              <w:rPr>
                <w:sz w:val="15"/>
              </w:rPr>
              <w:t xml:space="preserve"> aan rijke teksten en tekstbegrip.</w:t>
            </w:r>
          </w:p>
        </w:tc>
      </w:tr>
      <w:tr w:rsidR="004D4A74" w:rsidRPr="001E442B" w14:paraId="1D076C37"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71720B4F" w14:textId="77777777" w:rsidR="004D4A74" w:rsidRDefault="00AF1749">
            <w:pPr>
              <w:spacing w:after="0"/>
            </w:pPr>
            <w:r>
              <w:rPr>
                <w:b/>
                <w:sz w:val="15"/>
              </w:rPr>
              <w:t>Taal en spelling</w:t>
            </w:r>
          </w:p>
        </w:tc>
        <w:tc>
          <w:tcPr>
            <w:tcW w:w="7200" w:type="dxa"/>
            <w:tcBorders>
              <w:top w:val="single" w:sz="4" w:space="0" w:color="DCE8E6"/>
              <w:left w:val="single" w:sz="4" w:space="0" w:color="DCE8E6"/>
              <w:bottom w:val="single" w:sz="4" w:space="0" w:color="DCE8E6"/>
              <w:right w:val="single" w:sz="4" w:space="0" w:color="DCE8E6"/>
            </w:tcBorders>
            <w:shd w:val="clear" w:color="auto" w:fill="FAFCFB"/>
          </w:tcPr>
          <w:p w14:paraId="3F28D886" w14:textId="77777777" w:rsidR="004D4A74" w:rsidRPr="003202D9" w:rsidRDefault="00AF1749">
            <w:pPr>
              <w:spacing w:after="0"/>
              <w:rPr>
                <w:lang w:val="nl-NL"/>
              </w:rPr>
            </w:pPr>
            <w:r w:rsidRPr="003202D9">
              <w:rPr>
                <w:sz w:val="15"/>
                <w:lang w:val="nl-NL"/>
              </w:rPr>
              <w:t>In groep 3 sluit spelling aan bij Lijn 3. In groep 4 t/m 8 gebruiken we Taalactief voor woordenschat, taalbeschouwing, schrijven, spreken, luisteren en spelling.</w:t>
            </w:r>
          </w:p>
        </w:tc>
      </w:tr>
      <w:tr w:rsidR="004D4A74" w:rsidRPr="001E442B" w14:paraId="65B0F39B"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40CF4429" w14:textId="77777777" w:rsidR="004D4A74" w:rsidRDefault="00AF1749">
            <w:pPr>
              <w:spacing w:after="0"/>
            </w:pPr>
            <w:proofErr w:type="spellStart"/>
            <w:r>
              <w:rPr>
                <w:b/>
                <w:sz w:val="15"/>
              </w:rPr>
              <w:t>Rekenen</w:t>
            </w:r>
            <w:proofErr w:type="spellEnd"/>
          </w:p>
        </w:tc>
        <w:tc>
          <w:tcPr>
            <w:tcW w:w="7200" w:type="dxa"/>
            <w:tcBorders>
              <w:top w:val="single" w:sz="4" w:space="0" w:color="DCE8E6"/>
              <w:left w:val="single" w:sz="4" w:space="0" w:color="DCE8E6"/>
              <w:bottom w:val="single" w:sz="4" w:space="0" w:color="DCE8E6"/>
              <w:right w:val="single" w:sz="4" w:space="0" w:color="DCE8E6"/>
            </w:tcBorders>
          </w:tcPr>
          <w:p w14:paraId="6A76ABFD" w14:textId="77777777" w:rsidR="004D4A74" w:rsidRPr="003202D9" w:rsidRDefault="2AD83BDF">
            <w:pPr>
              <w:spacing w:after="0"/>
              <w:rPr>
                <w:lang w:val="nl-NL"/>
              </w:rPr>
            </w:pPr>
            <w:r w:rsidRPr="4A780B1C">
              <w:rPr>
                <w:sz w:val="15"/>
                <w:szCs w:val="15"/>
                <w:lang w:val="nl-NL"/>
              </w:rPr>
              <w:t xml:space="preserve">In groep 3 t/m 8 gebruiken we Pluspunt. In groep 3 t/m 5 werken kinderen op drie niveaus; vanaf groep 6 wordt gewerkt richting </w:t>
            </w:r>
            <w:r w:rsidR="24994F51" w:rsidRPr="4A780B1C">
              <w:rPr>
                <w:sz w:val="15"/>
                <w:szCs w:val="15"/>
                <w:lang w:val="nl-NL"/>
              </w:rPr>
              <w:t xml:space="preserve"> het </w:t>
            </w:r>
            <w:r w:rsidRPr="4A780B1C">
              <w:rPr>
                <w:sz w:val="15"/>
                <w:szCs w:val="15"/>
                <w:lang w:val="nl-NL"/>
              </w:rPr>
              <w:t>fundamenteel niveau 1F en streefniveau 1S.</w:t>
            </w:r>
          </w:p>
        </w:tc>
      </w:tr>
      <w:tr w:rsidR="004D4A74" w:rsidRPr="001E442B" w14:paraId="4E1A26F9"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507E7453" w14:textId="77777777" w:rsidR="004D4A74" w:rsidRDefault="00AF1749">
            <w:pPr>
              <w:spacing w:after="0"/>
            </w:pPr>
            <w:proofErr w:type="spellStart"/>
            <w:r>
              <w:rPr>
                <w:b/>
                <w:sz w:val="15"/>
              </w:rPr>
              <w:t>Schrijven</w:t>
            </w:r>
            <w:proofErr w:type="spellEnd"/>
          </w:p>
        </w:tc>
        <w:tc>
          <w:tcPr>
            <w:tcW w:w="7200" w:type="dxa"/>
            <w:tcBorders>
              <w:top w:val="single" w:sz="4" w:space="0" w:color="DCE8E6"/>
              <w:left w:val="single" w:sz="4" w:space="0" w:color="DCE8E6"/>
              <w:bottom w:val="single" w:sz="4" w:space="0" w:color="DCE8E6"/>
              <w:right w:val="single" w:sz="4" w:space="0" w:color="DCE8E6"/>
            </w:tcBorders>
            <w:shd w:val="clear" w:color="auto" w:fill="FAFCFB"/>
          </w:tcPr>
          <w:p w14:paraId="1E416707" w14:textId="77777777" w:rsidR="004D4A74" w:rsidRPr="003202D9" w:rsidRDefault="00AF1749">
            <w:pPr>
              <w:spacing w:after="0"/>
              <w:rPr>
                <w:lang w:val="nl-NL"/>
              </w:rPr>
            </w:pPr>
            <w:r w:rsidRPr="003202D9">
              <w:rPr>
                <w:sz w:val="15"/>
                <w:lang w:val="nl-NL"/>
              </w:rPr>
              <w:t>Vanaf groep 3 gebruiken we Klinkers. Deze methode sluit aan bij Lijn 3 en helpt kinderen een vlot en leesbaar handschrift te ontwikkelen.</w:t>
            </w:r>
          </w:p>
        </w:tc>
      </w:tr>
      <w:tr w:rsidR="004D4A74" w14:paraId="4D520FBF"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5C55F778" w14:textId="77777777" w:rsidR="004D4A74" w:rsidRDefault="00AF1749">
            <w:pPr>
              <w:spacing w:after="0"/>
            </w:pPr>
            <w:proofErr w:type="spellStart"/>
            <w:r>
              <w:rPr>
                <w:b/>
                <w:sz w:val="15"/>
              </w:rPr>
              <w:t>Wereldoriëntatie</w:t>
            </w:r>
            <w:proofErr w:type="spellEnd"/>
          </w:p>
        </w:tc>
        <w:tc>
          <w:tcPr>
            <w:tcW w:w="7200" w:type="dxa"/>
            <w:tcBorders>
              <w:top w:val="single" w:sz="4" w:space="0" w:color="DCE8E6"/>
              <w:left w:val="single" w:sz="4" w:space="0" w:color="DCE8E6"/>
              <w:bottom w:val="single" w:sz="4" w:space="0" w:color="DCE8E6"/>
              <w:right w:val="single" w:sz="4" w:space="0" w:color="DCE8E6"/>
            </w:tcBorders>
          </w:tcPr>
          <w:p w14:paraId="6903AEB4" w14:textId="77777777" w:rsidR="004D4A74" w:rsidRDefault="2AD83BDF">
            <w:pPr>
              <w:spacing w:after="0"/>
            </w:pPr>
            <w:r w:rsidRPr="4A780B1C">
              <w:rPr>
                <w:sz w:val="15"/>
                <w:szCs w:val="15"/>
                <w:lang w:val="nl-NL"/>
              </w:rPr>
              <w:t xml:space="preserve">In groep </w:t>
            </w:r>
            <w:r w:rsidR="3FB18EA2" w:rsidRPr="4A780B1C">
              <w:rPr>
                <w:sz w:val="15"/>
                <w:szCs w:val="15"/>
                <w:lang w:val="nl-NL"/>
              </w:rPr>
              <w:t>4</w:t>
            </w:r>
            <w:r w:rsidRPr="4A780B1C">
              <w:rPr>
                <w:sz w:val="15"/>
                <w:szCs w:val="15"/>
                <w:lang w:val="nl-NL"/>
              </w:rPr>
              <w:t xml:space="preserve"> t/m 8 gebruiken we Naut, Meander en Brandaan. In groep 3 </w:t>
            </w:r>
            <w:r w:rsidR="33DF5D02" w:rsidRPr="4A780B1C">
              <w:rPr>
                <w:sz w:val="15"/>
                <w:szCs w:val="15"/>
                <w:lang w:val="nl-NL"/>
              </w:rPr>
              <w:t>gebruiken we de voorloper (Lijn3)</w:t>
            </w:r>
            <w:r w:rsidRPr="4A780B1C">
              <w:rPr>
                <w:sz w:val="15"/>
                <w:szCs w:val="15"/>
                <w:lang w:val="nl-NL"/>
              </w:rPr>
              <w:t xml:space="preserve">. </w:t>
            </w:r>
            <w:r w:rsidRPr="4A780B1C">
              <w:rPr>
                <w:sz w:val="15"/>
                <w:szCs w:val="15"/>
              </w:rPr>
              <w:t>Verkeer wordt aangeboden met de VVN Verkeersmethode.</w:t>
            </w:r>
          </w:p>
        </w:tc>
      </w:tr>
      <w:tr w:rsidR="004D4A74" w:rsidRPr="001E442B" w14:paraId="6E8DC364"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603302DA" w14:textId="77777777" w:rsidR="004D4A74" w:rsidRDefault="00AF1749">
            <w:pPr>
              <w:spacing w:after="0"/>
            </w:pPr>
            <w:r>
              <w:rPr>
                <w:b/>
                <w:sz w:val="15"/>
              </w:rPr>
              <w:t>Digitale geletterdheid</w:t>
            </w:r>
          </w:p>
        </w:tc>
        <w:tc>
          <w:tcPr>
            <w:tcW w:w="7200" w:type="dxa"/>
            <w:tcBorders>
              <w:top w:val="single" w:sz="4" w:space="0" w:color="DCE8E6"/>
              <w:left w:val="single" w:sz="4" w:space="0" w:color="DCE8E6"/>
              <w:bottom w:val="single" w:sz="4" w:space="0" w:color="DCE8E6"/>
              <w:right w:val="single" w:sz="4" w:space="0" w:color="DCE8E6"/>
            </w:tcBorders>
            <w:shd w:val="clear" w:color="auto" w:fill="FAFCFB"/>
          </w:tcPr>
          <w:p w14:paraId="200157B0" w14:textId="77777777" w:rsidR="004D4A74" w:rsidRPr="003202D9" w:rsidRDefault="00AF1749">
            <w:pPr>
              <w:spacing w:after="0"/>
              <w:rPr>
                <w:lang w:val="nl-NL"/>
              </w:rPr>
            </w:pPr>
            <w:r w:rsidRPr="003202D9">
              <w:rPr>
                <w:sz w:val="15"/>
                <w:lang w:val="nl-NL"/>
              </w:rPr>
              <w:t>Digitale geletterdheid is geïntegreerd in het onderwijs. Kinderen leren kritisch denken, informatie zoeken, media begrijpen en verantwoord omgaan met technologie.</w:t>
            </w:r>
          </w:p>
        </w:tc>
      </w:tr>
      <w:tr w:rsidR="004D4A74" w:rsidRPr="001E442B" w14:paraId="040FEC31"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4F8DC5F8" w14:textId="77777777" w:rsidR="004D4A74" w:rsidRDefault="00AF1749">
            <w:pPr>
              <w:spacing w:after="0"/>
            </w:pPr>
            <w:r>
              <w:rPr>
                <w:b/>
                <w:sz w:val="15"/>
              </w:rPr>
              <w:t>Engels</w:t>
            </w:r>
          </w:p>
        </w:tc>
        <w:tc>
          <w:tcPr>
            <w:tcW w:w="7200" w:type="dxa"/>
            <w:tcBorders>
              <w:top w:val="single" w:sz="4" w:space="0" w:color="DCE8E6"/>
              <w:left w:val="single" w:sz="4" w:space="0" w:color="DCE8E6"/>
              <w:bottom w:val="single" w:sz="4" w:space="0" w:color="DCE8E6"/>
              <w:right w:val="single" w:sz="4" w:space="0" w:color="DCE8E6"/>
            </w:tcBorders>
          </w:tcPr>
          <w:p w14:paraId="0CF091A4" w14:textId="77777777" w:rsidR="004D4A74" w:rsidRPr="003202D9" w:rsidRDefault="00AF1749">
            <w:pPr>
              <w:spacing w:after="0"/>
              <w:rPr>
                <w:lang w:val="nl-NL"/>
              </w:rPr>
            </w:pPr>
            <w:r w:rsidRPr="003202D9">
              <w:rPr>
                <w:sz w:val="15"/>
                <w:lang w:val="nl-NL"/>
              </w:rPr>
              <w:t xml:space="preserve">In groep 1 t/m 8 gebruiken we Take </w:t>
            </w:r>
            <w:proofErr w:type="spellStart"/>
            <w:r w:rsidRPr="003202D9">
              <w:rPr>
                <w:sz w:val="15"/>
                <w:lang w:val="nl-NL"/>
              </w:rPr>
              <w:t>it</w:t>
            </w:r>
            <w:proofErr w:type="spellEnd"/>
            <w:r w:rsidRPr="003202D9">
              <w:rPr>
                <w:sz w:val="15"/>
                <w:lang w:val="nl-NL"/>
              </w:rPr>
              <w:t xml:space="preserve"> easy. Thema’s, liedjes, video’s en spellen ondersteunen vooral luisteren en spreken.</w:t>
            </w:r>
          </w:p>
        </w:tc>
      </w:tr>
      <w:tr w:rsidR="004D4A74" w:rsidRPr="001E442B" w14:paraId="56650A95"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71E4BC56" w14:textId="77777777" w:rsidR="004D4A74" w:rsidRDefault="00AF1749">
            <w:pPr>
              <w:spacing w:after="0"/>
            </w:pPr>
            <w:proofErr w:type="spellStart"/>
            <w:r>
              <w:rPr>
                <w:b/>
                <w:sz w:val="15"/>
              </w:rPr>
              <w:t>Bewegingsonderwijs</w:t>
            </w:r>
            <w:proofErr w:type="spellEnd"/>
          </w:p>
        </w:tc>
        <w:tc>
          <w:tcPr>
            <w:tcW w:w="7200" w:type="dxa"/>
            <w:tcBorders>
              <w:top w:val="single" w:sz="4" w:space="0" w:color="DCE8E6"/>
              <w:left w:val="single" w:sz="4" w:space="0" w:color="DCE8E6"/>
              <w:bottom w:val="single" w:sz="4" w:space="0" w:color="DCE8E6"/>
              <w:right w:val="single" w:sz="4" w:space="0" w:color="DCE8E6"/>
            </w:tcBorders>
            <w:shd w:val="clear" w:color="auto" w:fill="FAFCFB"/>
          </w:tcPr>
          <w:p w14:paraId="6F1A1358" w14:textId="77777777" w:rsidR="004D4A74" w:rsidRPr="001E442B" w:rsidRDefault="2AD83BDF">
            <w:pPr>
              <w:spacing w:after="0"/>
              <w:rPr>
                <w:lang w:val="nl-NL"/>
              </w:rPr>
            </w:pPr>
            <w:r w:rsidRPr="4A780B1C">
              <w:rPr>
                <w:sz w:val="15"/>
                <w:szCs w:val="15"/>
                <w:lang w:val="nl-NL"/>
              </w:rPr>
              <w:t xml:space="preserve">De gymlessen worden verzorgd door vakleerkrachten van Vlaardingen </w:t>
            </w:r>
            <w:r w:rsidR="3D7A929B" w:rsidRPr="4A780B1C">
              <w:rPr>
                <w:sz w:val="15"/>
                <w:szCs w:val="15"/>
                <w:lang w:val="nl-NL"/>
              </w:rPr>
              <w:t>I</w:t>
            </w:r>
            <w:r w:rsidRPr="4A780B1C">
              <w:rPr>
                <w:sz w:val="15"/>
                <w:szCs w:val="15"/>
                <w:lang w:val="nl-NL"/>
              </w:rPr>
              <w:t xml:space="preserve">n Beweging. </w:t>
            </w:r>
            <w:r w:rsidRPr="001E442B">
              <w:rPr>
                <w:sz w:val="15"/>
                <w:szCs w:val="15"/>
                <w:lang w:val="nl-NL"/>
              </w:rPr>
              <w:t>Daarnaast is er aandacht voor bewegen gedurende de schooldag.</w:t>
            </w:r>
            <w:r w:rsidR="586BFFF2" w:rsidRPr="001E442B">
              <w:rPr>
                <w:sz w:val="15"/>
                <w:szCs w:val="15"/>
                <w:lang w:val="nl-NL"/>
              </w:rPr>
              <w:t xml:space="preserve"> Dit doen wij door </w:t>
            </w:r>
            <w:proofErr w:type="spellStart"/>
            <w:r w:rsidR="586BFFF2" w:rsidRPr="001E442B">
              <w:rPr>
                <w:sz w:val="15"/>
                <w:szCs w:val="15"/>
                <w:lang w:val="nl-NL"/>
              </w:rPr>
              <w:t>energizers</w:t>
            </w:r>
            <w:proofErr w:type="spellEnd"/>
            <w:r w:rsidR="586BFFF2" w:rsidRPr="001E442B">
              <w:rPr>
                <w:sz w:val="15"/>
                <w:szCs w:val="15"/>
                <w:lang w:val="nl-NL"/>
              </w:rPr>
              <w:t xml:space="preserve"> in te zetten. </w:t>
            </w:r>
          </w:p>
        </w:tc>
      </w:tr>
      <w:tr w:rsidR="004D4A74" w14:paraId="6DB6D76F" w14:textId="77777777" w:rsidTr="4A780B1C">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EAF6DF"/>
          </w:tcPr>
          <w:p w14:paraId="7D53DA74" w14:textId="77777777" w:rsidR="004D4A74" w:rsidRDefault="00AF1749">
            <w:pPr>
              <w:spacing w:after="0"/>
            </w:pPr>
            <w:proofErr w:type="spellStart"/>
            <w:r>
              <w:rPr>
                <w:b/>
                <w:sz w:val="15"/>
              </w:rPr>
              <w:t>Cultuur</w:t>
            </w:r>
            <w:proofErr w:type="spellEnd"/>
            <w:r>
              <w:rPr>
                <w:b/>
                <w:sz w:val="15"/>
              </w:rPr>
              <w:t xml:space="preserve"> </w:t>
            </w:r>
            <w:proofErr w:type="spellStart"/>
            <w:r>
              <w:rPr>
                <w:b/>
                <w:sz w:val="15"/>
              </w:rPr>
              <w:t>en</w:t>
            </w:r>
            <w:proofErr w:type="spellEnd"/>
            <w:r>
              <w:rPr>
                <w:b/>
                <w:sz w:val="15"/>
              </w:rPr>
              <w:t xml:space="preserve"> </w:t>
            </w:r>
            <w:proofErr w:type="spellStart"/>
            <w:r>
              <w:rPr>
                <w:b/>
                <w:sz w:val="15"/>
              </w:rPr>
              <w:t>beeldend</w:t>
            </w:r>
            <w:proofErr w:type="spellEnd"/>
            <w:r>
              <w:rPr>
                <w:b/>
                <w:sz w:val="15"/>
              </w:rPr>
              <w:t xml:space="preserve"> </w:t>
            </w:r>
            <w:proofErr w:type="spellStart"/>
            <w:r>
              <w:rPr>
                <w:b/>
                <w:sz w:val="15"/>
              </w:rPr>
              <w:t>onderwijs</w:t>
            </w:r>
            <w:proofErr w:type="spellEnd"/>
          </w:p>
        </w:tc>
        <w:tc>
          <w:tcPr>
            <w:tcW w:w="7200" w:type="dxa"/>
            <w:tcBorders>
              <w:top w:val="single" w:sz="4" w:space="0" w:color="DCE8E6"/>
              <w:left w:val="single" w:sz="4" w:space="0" w:color="DCE8E6"/>
              <w:bottom w:val="single" w:sz="4" w:space="0" w:color="DCE8E6"/>
              <w:right w:val="single" w:sz="4" w:space="0" w:color="DCE8E6"/>
            </w:tcBorders>
          </w:tcPr>
          <w:p w14:paraId="14F09CAA" w14:textId="77777777" w:rsidR="004D4A74" w:rsidRDefault="00AF1749">
            <w:pPr>
              <w:spacing w:after="0"/>
            </w:pPr>
            <w:r w:rsidRPr="003202D9">
              <w:rPr>
                <w:sz w:val="15"/>
                <w:lang w:val="nl-NL"/>
              </w:rPr>
              <w:t xml:space="preserve">We werken met </w:t>
            </w:r>
            <w:proofErr w:type="spellStart"/>
            <w:r w:rsidRPr="003202D9">
              <w:rPr>
                <w:sz w:val="15"/>
                <w:lang w:val="nl-NL"/>
              </w:rPr>
              <w:t>ZangExpress</w:t>
            </w:r>
            <w:proofErr w:type="spellEnd"/>
            <w:r w:rsidRPr="003202D9">
              <w:rPr>
                <w:sz w:val="15"/>
                <w:lang w:val="nl-NL"/>
              </w:rPr>
              <w:t xml:space="preserve">, met beeldende vorming en met vakleerkrachten van Kade 40. </w:t>
            </w:r>
            <w:proofErr w:type="spellStart"/>
            <w:r>
              <w:rPr>
                <w:sz w:val="15"/>
              </w:rPr>
              <w:t>Kinderen</w:t>
            </w:r>
            <w:proofErr w:type="spellEnd"/>
            <w:r>
              <w:rPr>
                <w:sz w:val="15"/>
              </w:rPr>
              <w:t xml:space="preserve"> </w:t>
            </w:r>
            <w:proofErr w:type="spellStart"/>
            <w:r>
              <w:rPr>
                <w:sz w:val="15"/>
              </w:rPr>
              <w:t>ontwikkelen</w:t>
            </w:r>
            <w:proofErr w:type="spellEnd"/>
            <w:r>
              <w:rPr>
                <w:sz w:val="15"/>
              </w:rPr>
              <w:t xml:space="preserve"> </w:t>
            </w:r>
            <w:proofErr w:type="spellStart"/>
            <w:r>
              <w:rPr>
                <w:sz w:val="15"/>
              </w:rPr>
              <w:t>creativiteit</w:t>
            </w:r>
            <w:proofErr w:type="spellEnd"/>
            <w:r>
              <w:rPr>
                <w:sz w:val="15"/>
              </w:rPr>
              <w:t xml:space="preserve">, </w:t>
            </w:r>
            <w:proofErr w:type="spellStart"/>
            <w:r>
              <w:rPr>
                <w:sz w:val="15"/>
              </w:rPr>
              <w:t>expressie</w:t>
            </w:r>
            <w:proofErr w:type="spellEnd"/>
            <w:r>
              <w:rPr>
                <w:sz w:val="15"/>
              </w:rPr>
              <w:t>, motoriek en plezier.</w:t>
            </w:r>
          </w:p>
        </w:tc>
      </w:tr>
    </w:tbl>
    <w:p w14:paraId="1A73A793" w14:textId="77777777" w:rsidR="004D4A74" w:rsidRDefault="004D4A74">
      <w:pPr>
        <w:spacing w:after="40"/>
      </w:pPr>
    </w:p>
    <w:p w14:paraId="61F07BC1" w14:textId="77777777" w:rsidR="004D4A74" w:rsidRDefault="00AF1749">
      <w:r>
        <w:br w:type="page"/>
      </w:r>
    </w:p>
    <w:p w14:paraId="61C894A5" w14:textId="77777777" w:rsidR="004D4A74" w:rsidRDefault="00AF1749">
      <w:pPr>
        <w:pStyle w:val="Kop2"/>
      </w:pPr>
      <w:r>
        <w:lastRenderedPageBreak/>
        <w:t>3.4 Sociaal-emotioneel leren en burgerschap</w:t>
      </w:r>
    </w:p>
    <w:p w14:paraId="66FB6F9B" w14:textId="77777777" w:rsidR="004D4A74" w:rsidRPr="003202D9" w:rsidRDefault="00AF1749">
      <w:pPr>
        <w:rPr>
          <w:lang w:val="nl-NL"/>
        </w:rPr>
      </w:pPr>
      <w:r w:rsidRPr="003202D9">
        <w:rPr>
          <w:lang w:val="nl-NL"/>
        </w:rPr>
        <w:t xml:space="preserve">De </w:t>
      </w:r>
      <w:proofErr w:type="spellStart"/>
      <w:r w:rsidRPr="003202D9">
        <w:rPr>
          <w:lang w:val="nl-NL"/>
        </w:rPr>
        <w:t>Gelukskoffer</w:t>
      </w:r>
      <w:proofErr w:type="spellEnd"/>
      <w:r w:rsidRPr="003202D9">
        <w:rPr>
          <w:lang w:val="nl-NL"/>
        </w:rPr>
        <w:t xml:space="preserve"> vormt een </w:t>
      </w:r>
      <w:proofErr w:type="spellStart"/>
      <w:r w:rsidRPr="003202D9">
        <w:rPr>
          <w:lang w:val="nl-NL"/>
        </w:rPr>
        <w:t>schoolbrede</w:t>
      </w:r>
      <w:proofErr w:type="spellEnd"/>
      <w:r w:rsidRPr="003202D9">
        <w:rPr>
          <w:lang w:val="nl-NL"/>
        </w:rPr>
        <w:t xml:space="preserve"> aanpak voor sociaal-emotioneel leren. Kinderen leren hun talenten kennen, bouwen zelfvertrouwen op en onderzoeken hoe zij invloed hebben op hun eigen geluk en op het welbevinden van anderen.</w:t>
      </w:r>
    </w:p>
    <w:p w14:paraId="56F57C34" w14:textId="77777777" w:rsidR="004D4A74" w:rsidRPr="003202D9" w:rsidRDefault="2AD83BDF">
      <w:pPr>
        <w:rPr>
          <w:lang w:val="nl-NL"/>
        </w:rPr>
      </w:pPr>
      <w:r w:rsidRPr="4A780B1C">
        <w:rPr>
          <w:lang w:val="nl-NL"/>
        </w:rPr>
        <w:t>Burgerschap is verweven in het onderwijs. IKC De Singel wil kinderen begeleiden naar wereldburgerschap. Kinderen leren over democratie, duurzaamheid, mensenrechten, verantwoordelijkheid, sociale veiligheid en conflicthantering.</w:t>
      </w:r>
      <w:r w:rsidR="3293BD43" w:rsidRPr="4A780B1C">
        <w:rPr>
          <w:lang w:val="nl-NL"/>
        </w:rPr>
        <w:t xml:space="preserve"> Bij ons op school leren de kinderen: </w:t>
      </w:r>
    </w:p>
    <w:p w14:paraId="22AAAA23" w14:textId="77777777" w:rsidR="004D4A74" w:rsidRPr="003202D9" w:rsidRDefault="00AF1749">
      <w:pPr>
        <w:pStyle w:val="Lijstopsomteken"/>
        <w:spacing w:after="20"/>
        <w:rPr>
          <w:lang w:val="nl-NL"/>
        </w:rPr>
      </w:pPr>
      <w:r w:rsidRPr="003202D9">
        <w:rPr>
          <w:lang w:val="nl-NL"/>
        </w:rPr>
        <w:t>Zorg dragen voor de lichamelijke en psychische gezondheid van zichzelf en anderen.</w:t>
      </w:r>
    </w:p>
    <w:p w14:paraId="084DD2FD" w14:textId="77777777" w:rsidR="004D4A74" w:rsidRPr="003202D9" w:rsidRDefault="00AF1749">
      <w:pPr>
        <w:pStyle w:val="Lijstopsomteken"/>
        <w:spacing w:after="20"/>
        <w:rPr>
          <w:lang w:val="nl-NL"/>
        </w:rPr>
      </w:pPr>
      <w:r w:rsidRPr="003202D9">
        <w:rPr>
          <w:lang w:val="nl-NL"/>
        </w:rPr>
        <w:t>Zich sociaal redzaam gedragen, ook als verkeersdeelnemer en consument.</w:t>
      </w:r>
    </w:p>
    <w:p w14:paraId="2CA3F852" w14:textId="77777777" w:rsidR="004D4A74" w:rsidRPr="003202D9" w:rsidRDefault="00AF1749">
      <w:pPr>
        <w:pStyle w:val="Lijstopsomteken"/>
        <w:spacing w:after="20"/>
        <w:rPr>
          <w:lang w:val="nl-NL"/>
        </w:rPr>
      </w:pPr>
      <w:r w:rsidRPr="003202D9">
        <w:rPr>
          <w:lang w:val="nl-NL"/>
        </w:rPr>
        <w:t>Kennis opdoen over de Nederlandse en Europese staatsinrichting en de rol van burgers.</w:t>
      </w:r>
    </w:p>
    <w:p w14:paraId="297A3569" w14:textId="77777777" w:rsidR="004D4A74" w:rsidRPr="003202D9" w:rsidRDefault="00AF1749">
      <w:pPr>
        <w:pStyle w:val="Lijstopsomteken"/>
        <w:spacing w:after="20"/>
        <w:rPr>
          <w:lang w:val="nl-NL"/>
        </w:rPr>
      </w:pPr>
      <w:r w:rsidRPr="003202D9">
        <w:rPr>
          <w:lang w:val="nl-NL"/>
        </w:rPr>
        <w:t>Respectvol omgaan met waarden, normen, diversiteit, levensbeschouwing en cultuur.</w:t>
      </w:r>
    </w:p>
    <w:p w14:paraId="505FCBE5" w14:textId="77777777" w:rsidR="004D4A74" w:rsidRPr="003202D9" w:rsidRDefault="00AF1749">
      <w:pPr>
        <w:pStyle w:val="Lijstopsomteken"/>
        <w:spacing w:after="20"/>
        <w:rPr>
          <w:lang w:val="nl-NL"/>
        </w:rPr>
      </w:pPr>
      <w:r w:rsidRPr="003202D9">
        <w:rPr>
          <w:lang w:val="nl-NL"/>
        </w:rPr>
        <w:t>Met zorg omgaan met het milieu en de eigen leefomgeving vergelijken met andere omgevingen.</w:t>
      </w:r>
    </w:p>
    <w:p w14:paraId="061DE65D" w14:textId="77777777" w:rsidR="004D4A74" w:rsidRPr="003202D9" w:rsidRDefault="2AD83BDF">
      <w:pPr>
        <w:rPr>
          <w:lang w:val="nl-NL"/>
        </w:rPr>
      </w:pPr>
      <w:r w:rsidRPr="4A780B1C">
        <w:rPr>
          <w:lang w:val="nl-NL"/>
        </w:rPr>
        <w:t xml:space="preserve">De ontwikkelgroep Burgerschap en SEL werkt samen met </w:t>
      </w:r>
      <w:r w:rsidR="04B2E681" w:rsidRPr="4A780B1C">
        <w:rPr>
          <w:lang w:val="nl-NL"/>
        </w:rPr>
        <w:t xml:space="preserve">De </w:t>
      </w:r>
      <w:r w:rsidRPr="4A780B1C">
        <w:rPr>
          <w:lang w:val="nl-NL"/>
        </w:rPr>
        <w:t>Kleine Grote Denkers aan verdere uitwerking van ambitie, aanbod en monitoring. De burgerschapscompetenties van groep 7 en 8 worden jaarlijks gemonitord.</w:t>
      </w:r>
    </w:p>
    <w:p w14:paraId="441B2CEA" w14:textId="77777777" w:rsidR="004D4A74" w:rsidRPr="003202D9" w:rsidRDefault="00AF1749">
      <w:pPr>
        <w:pStyle w:val="Kop2"/>
        <w:rPr>
          <w:lang w:val="nl-NL"/>
        </w:rPr>
      </w:pPr>
      <w:r w:rsidRPr="003202D9">
        <w:rPr>
          <w:lang w:val="nl-NL"/>
        </w:rPr>
        <w:t>3.5 Vormingsonderwijs</w:t>
      </w:r>
    </w:p>
    <w:p w14:paraId="6196F083" w14:textId="77777777" w:rsidR="004D4A74" w:rsidRPr="003202D9" w:rsidRDefault="00AF1749">
      <w:pPr>
        <w:rPr>
          <w:lang w:val="nl-NL"/>
        </w:rPr>
      </w:pPr>
      <w:r w:rsidRPr="003202D9">
        <w:rPr>
          <w:lang w:val="nl-NL"/>
        </w:rPr>
        <w:t>Vanaf groep 4 bieden we humanistisch en godsdienstig vormingsonderwijs. Vakleerkrachten behandelen levensbeschouwelijke thema’s en wereldgodsdiensten. Ouders kunnen hun wensen voor deelname aan het begin van het schooljaar kenbaar maken.</w:t>
      </w:r>
    </w:p>
    <w:p w14:paraId="7695B3D1" w14:textId="77777777" w:rsidR="004D4A74" w:rsidRPr="003202D9" w:rsidRDefault="00AF1749">
      <w:pPr>
        <w:pStyle w:val="Kop2"/>
        <w:rPr>
          <w:lang w:val="nl-NL"/>
        </w:rPr>
      </w:pPr>
      <w:r w:rsidRPr="003202D9">
        <w:rPr>
          <w:lang w:val="nl-NL"/>
        </w:rPr>
        <w:t>3.6 Invulling onderwijstijd</w:t>
      </w:r>
    </w:p>
    <w:p w14:paraId="68205E25" w14:textId="77777777" w:rsidR="004D4A74" w:rsidRPr="003202D9" w:rsidRDefault="00AF1749">
      <w:pPr>
        <w:rPr>
          <w:lang w:val="nl-NL"/>
        </w:rPr>
      </w:pPr>
      <w:r w:rsidRPr="003202D9">
        <w:rPr>
          <w:lang w:val="nl-NL"/>
        </w:rPr>
        <w:t>Kinderen hebben recht op voldoende onderwijstijd. IKC De Singel verantwoordt in deze gids hoe de onderwijstijd wordt ingevuld.</w:t>
      </w:r>
    </w:p>
    <w:p w14:paraId="3CC8B025" w14:textId="77777777" w:rsidR="004D4A74" w:rsidRDefault="00AF1749">
      <w:pPr>
        <w:pStyle w:val="Kop3"/>
      </w:pPr>
      <w:proofErr w:type="spellStart"/>
      <w:r>
        <w:t>Leerjaar</w:t>
      </w:r>
      <w:proofErr w:type="spellEnd"/>
      <w:r>
        <w:t xml:space="preserve"> 1 </w:t>
      </w:r>
      <w:proofErr w:type="spellStart"/>
      <w:r>
        <w:t>en</w:t>
      </w:r>
      <w:proofErr w:type="spellEnd"/>
      <w:r>
        <w:t xml:space="preserve"> 2</w:t>
      </w:r>
    </w:p>
    <w:tbl>
      <w:tblPr>
        <w:tblW w:w="0" w:type="auto"/>
        <w:jc w:val="center"/>
        <w:tblLook w:val="04A0" w:firstRow="1" w:lastRow="0" w:firstColumn="1" w:lastColumn="0" w:noHBand="0" w:noVBand="1"/>
      </w:tblPr>
      <w:tblGrid>
        <w:gridCol w:w="4082"/>
        <w:gridCol w:w="2608"/>
        <w:gridCol w:w="2608"/>
      </w:tblGrid>
      <w:tr w:rsidR="004D4A74" w14:paraId="7A38C5E4" w14:textId="77777777">
        <w:trPr>
          <w:tblHeader/>
          <w:jc w:val="center"/>
        </w:trPr>
        <w:tc>
          <w:tcPr>
            <w:tcW w:w="4082" w:type="dxa"/>
            <w:tcBorders>
              <w:top w:val="single" w:sz="4" w:space="0" w:color="DCE8E6"/>
              <w:left w:val="single" w:sz="4" w:space="0" w:color="DCE8E6"/>
              <w:bottom w:val="single" w:sz="4" w:space="0" w:color="DCE8E6"/>
              <w:right w:val="single" w:sz="4" w:space="0" w:color="DCE8E6"/>
            </w:tcBorders>
            <w:shd w:val="clear" w:color="auto" w:fill="00665C"/>
          </w:tcPr>
          <w:p w14:paraId="7A1A5B32" w14:textId="77777777" w:rsidR="004D4A74" w:rsidRDefault="00AF1749">
            <w:pPr>
              <w:spacing w:after="0"/>
            </w:pPr>
            <w:r>
              <w:rPr>
                <w:b/>
                <w:color w:val="FFFFFF"/>
                <w:sz w:val="16"/>
              </w:rPr>
              <w:t>Vak</w:t>
            </w:r>
          </w:p>
        </w:tc>
        <w:tc>
          <w:tcPr>
            <w:tcW w:w="2608" w:type="dxa"/>
            <w:tcBorders>
              <w:top w:val="single" w:sz="4" w:space="0" w:color="DCE8E6"/>
              <w:left w:val="single" w:sz="4" w:space="0" w:color="DCE8E6"/>
              <w:bottom w:val="single" w:sz="4" w:space="0" w:color="DCE8E6"/>
              <w:right w:val="single" w:sz="4" w:space="0" w:color="DCE8E6"/>
            </w:tcBorders>
            <w:shd w:val="clear" w:color="auto" w:fill="00665C"/>
          </w:tcPr>
          <w:p w14:paraId="6029929C" w14:textId="77777777" w:rsidR="004D4A74" w:rsidRDefault="00AF1749">
            <w:pPr>
              <w:spacing w:after="0"/>
            </w:pPr>
            <w:r>
              <w:rPr>
                <w:b/>
                <w:color w:val="FFFFFF"/>
                <w:sz w:val="16"/>
              </w:rPr>
              <w:t>Leerjaar 1</w:t>
            </w:r>
          </w:p>
        </w:tc>
        <w:tc>
          <w:tcPr>
            <w:tcW w:w="2608" w:type="dxa"/>
            <w:tcBorders>
              <w:top w:val="single" w:sz="4" w:space="0" w:color="DCE8E6"/>
              <w:left w:val="single" w:sz="4" w:space="0" w:color="DCE8E6"/>
              <w:bottom w:val="single" w:sz="4" w:space="0" w:color="DCE8E6"/>
              <w:right w:val="single" w:sz="4" w:space="0" w:color="DCE8E6"/>
            </w:tcBorders>
            <w:shd w:val="clear" w:color="auto" w:fill="00665C"/>
          </w:tcPr>
          <w:p w14:paraId="35EA57D8" w14:textId="77777777" w:rsidR="004D4A74" w:rsidRDefault="00AF1749">
            <w:pPr>
              <w:spacing w:after="0"/>
            </w:pPr>
            <w:r>
              <w:rPr>
                <w:b/>
                <w:color w:val="FFFFFF"/>
                <w:sz w:val="16"/>
              </w:rPr>
              <w:t>Leerjaar 2</w:t>
            </w:r>
          </w:p>
        </w:tc>
      </w:tr>
      <w:tr w:rsidR="004D4A74" w14:paraId="0AF04DE9" w14:textId="77777777">
        <w:trPr>
          <w:jc w:val="center"/>
        </w:trPr>
        <w:tc>
          <w:tcPr>
            <w:tcW w:w="4082" w:type="dxa"/>
            <w:tcBorders>
              <w:top w:val="single" w:sz="4" w:space="0" w:color="DCE8E6"/>
              <w:left w:val="single" w:sz="4" w:space="0" w:color="DCE8E6"/>
              <w:bottom w:val="single" w:sz="4" w:space="0" w:color="DCE8E6"/>
              <w:right w:val="single" w:sz="4" w:space="0" w:color="DCE8E6"/>
            </w:tcBorders>
          </w:tcPr>
          <w:p w14:paraId="6F0CC685" w14:textId="77777777" w:rsidR="004D4A74" w:rsidRDefault="00AF1749">
            <w:pPr>
              <w:spacing w:after="0"/>
            </w:pPr>
            <w:r>
              <w:rPr>
                <w:sz w:val="16"/>
              </w:rPr>
              <w:t>Spelen/werken</w:t>
            </w:r>
          </w:p>
        </w:tc>
        <w:tc>
          <w:tcPr>
            <w:tcW w:w="2608" w:type="dxa"/>
            <w:tcBorders>
              <w:top w:val="single" w:sz="4" w:space="0" w:color="DCE8E6"/>
              <w:left w:val="single" w:sz="4" w:space="0" w:color="DCE8E6"/>
              <w:bottom w:val="single" w:sz="4" w:space="0" w:color="DCE8E6"/>
              <w:right w:val="single" w:sz="4" w:space="0" w:color="DCE8E6"/>
            </w:tcBorders>
          </w:tcPr>
          <w:p w14:paraId="5828BE8C" w14:textId="77777777" w:rsidR="004D4A74" w:rsidRDefault="00AF1749">
            <w:pPr>
              <w:spacing w:after="0"/>
            </w:pPr>
            <w:r>
              <w:rPr>
                <w:sz w:val="16"/>
              </w:rPr>
              <w:t>9 u 00 min</w:t>
            </w:r>
          </w:p>
        </w:tc>
        <w:tc>
          <w:tcPr>
            <w:tcW w:w="2608" w:type="dxa"/>
            <w:tcBorders>
              <w:top w:val="single" w:sz="4" w:space="0" w:color="DCE8E6"/>
              <w:left w:val="single" w:sz="4" w:space="0" w:color="DCE8E6"/>
              <w:bottom w:val="single" w:sz="4" w:space="0" w:color="DCE8E6"/>
              <w:right w:val="single" w:sz="4" w:space="0" w:color="DCE8E6"/>
            </w:tcBorders>
          </w:tcPr>
          <w:p w14:paraId="2E22DFCC" w14:textId="77777777" w:rsidR="004D4A74" w:rsidRDefault="00AF1749">
            <w:pPr>
              <w:spacing w:after="0"/>
            </w:pPr>
            <w:r>
              <w:rPr>
                <w:sz w:val="16"/>
              </w:rPr>
              <w:t>9 u 00 min</w:t>
            </w:r>
          </w:p>
        </w:tc>
      </w:tr>
      <w:tr w:rsidR="004D4A74" w14:paraId="000FA670" w14:textId="77777777">
        <w:trPr>
          <w:jc w:val="center"/>
        </w:trPr>
        <w:tc>
          <w:tcPr>
            <w:tcW w:w="4082" w:type="dxa"/>
            <w:tcBorders>
              <w:top w:val="single" w:sz="4" w:space="0" w:color="DCE8E6"/>
              <w:left w:val="single" w:sz="4" w:space="0" w:color="DCE8E6"/>
              <w:bottom w:val="single" w:sz="4" w:space="0" w:color="DCE8E6"/>
              <w:right w:val="single" w:sz="4" w:space="0" w:color="DCE8E6"/>
            </w:tcBorders>
            <w:shd w:val="clear" w:color="auto" w:fill="FAFCFB"/>
          </w:tcPr>
          <w:p w14:paraId="3FE98AFB" w14:textId="77777777" w:rsidR="004D4A74" w:rsidRDefault="00AF1749">
            <w:pPr>
              <w:spacing w:after="0"/>
            </w:pPr>
            <w:r>
              <w:rPr>
                <w:sz w:val="16"/>
              </w:rPr>
              <w:t>Bewegingsonderwijs</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7D85A6E2" w14:textId="77777777" w:rsidR="004D4A74" w:rsidRDefault="00AF1749">
            <w:pPr>
              <w:spacing w:after="0"/>
            </w:pPr>
            <w:r>
              <w:rPr>
                <w:sz w:val="16"/>
              </w:rPr>
              <w:t>6 u 45 min</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0B6014EE" w14:textId="77777777" w:rsidR="004D4A74" w:rsidRDefault="00AF1749">
            <w:pPr>
              <w:spacing w:after="0"/>
            </w:pPr>
            <w:r>
              <w:rPr>
                <w:sz w:val="16"/>
              </w:rPr>
              <w:t>6 u 45 min</w:t>
            </w:r>
          </w:p>
        </w:tc>
      </w:tr>
      <w:tr w:rsidR="004D4A74" w14:paraId="3CFF961C" w14:textId="77777777">
        <w:trPr>
          <w:jc w:val="center"/>
        </w:trPr>
        <w:tc>
          <w:tcPr>
            <w:tcW w:w="4082" w:type="dxa"/>
            <w:tcBorders>
              <w:top w:val="single" w:sz="4" w:space="0" w:color="DCE8E6"/>
              <w:left w:val="single" w:sz="4" w:space="0" w:color="DCE8E6"/>
              <w:bottom w:val="single" w:sz="4" w:space="0" w:color="DCE8E6"/>
              <w:right w:val="single" w:sz="4" w:space="0" w:color="DCE8E6"/>
            </w:tcBorders>
          </w:tcPr>
          <w:p w14:paraId="7370BE19" w14:textId="77777777" w:rsidR="004D4A74" w:rsidRDefault="00AF1749">
            <w:pPr>
              <w:spacing w:after="0"/>
            </w:pPr>
            <w:r>
              <w:rPr>
                <w:sz w:val="16"/>
              </w:rPr>
              <w:t>Kunstzinnige en creatieve vorming</w:t>
            </w:r>
          </w:p>
        </w:tc>
        <w:tc>
          <w:tcPr>
            <w:tcW w:w="2608" w:type="dxa"/>
            <w:tcBorders>
              <w:top w:val="single" w:sz="4" w:space="0" w:color="DCE8E6"/>
              <w:left w:val="single" w:sz="4" w:space="0" w:color="DCE8E6"/>
              <w:bottom w:val="single" w:sz="4" w:space="0" w:color="DCE8E6"/>
              <w:right w:val="single" w:sz="4" w:space="0" w:color="DCE8E6"/>
            </w:tcBorders>
          </w:tcPr>
          <w:p w14:paraId="4739B3C1" w14:textId="77777777" w:rsidR="004D4A74" w:rsidRDefault="00AF1749">
            <w:pPr>
              <w:spacing w:after="0"/>
            </w:pPr>
            <w:r>
              <w:rPr>
                <w:sz w:val="16"/>
              </w:rPr>
              <w:t>4 u 45 min</w:t>
            </w:r>
          </w:p>
        </w:tc>
        <w:tc>
          <w:tcPr>
            <w:tcW w:w="2608" w:type="dxa"/>
            <w:tcBorders>
              <w:top w:val="single" w:sz="4" w:space="0" w:color="DCE8E6"/>
              <w:left w:val="single" w:sz="4" w:space="0" w:color="DCE8E6"/>
              <w:bottom w:val="single" w:sz="4" w:space="0" w:color="DCE8E6"/>
              <w:right w:val="single" w:sz="4" w:space="0" w:color="DCE8E6"/>
            </w:tcBorders>
          </w:tcPr>
          <w:p w14:paraId="0BB1BF2B" w14:textId="77777777" w:rsidR="004D4A74" w:rsidRDefault="00AF1749">
            <w:pPr>
              <w:spacing w:after="0"/>
            </w:pPr>
            <w:r>
              <w:rPr>
                <w:sz w:val="16"/>
              </w:rPr>
              <w:t>4 u 45 min</w:t>
            </w:r>
          </w:p>
        </w:tc>
      </w:tr>
      <w:tr w:rsidR="004D4A74" w14:paraId="7BD1CC2F" w14:textId="77777777">
        <w:trPr>
          <w:jc w:val="center"/>
        </w:trPr>
        <w:tc>
          <w:tcPr>
            <w:tcW w:w="4082" w:type="dxa"/>
            <w:tcBorders>
              <w:top w:val="single" w:sz="4" w:space="0" w:color="DCE8E6"/>
              <w:left w:val="single" w:sz="4" w:space="0" w:color="DCE8E6"/>
              <w:bottom w:val="single" w:sz="4" w:space="0" w:color="DCE8E6"/>
              <w:right w:val="single" w:sz="4" w:space="0" w:color="DCE8E6"/>
            </w:tcBorders>
            <w:shd w:val="clear" w:color="auto" w:fill="FAFCFB"/>
          </w:tcPr>
          <w:p w14:paraId="342E8092" w14:textId="77777777" w:rsidR="004D4A74" w:rsidRDefault="00AF1749">
            <w:pPr>
              <w:spacing w:after="0"/>
            </w:pPr>
            <w:r>
              <w:rPr>
                <w:sz w:val="16"/>
              </w:rPr>
              <w:t>Gelukskoffer/SEL/Burgerschap</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7707370E" w14:textId="77777777" w:rsidR="004D4A74" w:rsidRDefault="00AF1749">
            <w:pPr>
              <w:spacing w:after="0"/>
            </w:pPr>
            <w:r>
              <w:rPr>
                <w:sz w:val="16"/>
              </w:rPr>
              <w:t>0 u 30 min</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6AD80201" w14:textId="77777777" w:rsidR="004D4A74" w:rsidRDefault="00AF1749">
            <w:pPr>
              <w:spacing w:after="0"/>
            </w:pPr>
            <w:r>
              <w:rPr>
                <w:sz w:val="16"/>
              </w:rPr>
              <w:t>0 u 30 min</w:t>
            </w:r>
          </w:p>
        </w:tc>
      </w:tr>
      <w:tr w:rsidR="004D4A74" w14:paraId="0154E1CF" w14:textId="77777777">
        <w:trPr>
          <w:jc w:val="center"/>
        </w:trPr>
        <w:tc>
          <w:tcPr>
            <w:tcW w:w="4082" w:type="dxa"/>
            <w:tcBorders>
              <w:top w:val="single" w:sz="4" w:space="0" w:color="DCE8E6"/>
              <w:left w:val="single" w:sz="4" w:space="0" w:color="DCE8E6"/>
              <w:bottom w:val="single" w:sz="4" w:space="0" w:color="DCE8E6"/>
              <w:right w:val="single" w:sz="4" w:space="0" w:color="DCE8E6"/>
            </w:tcBorders>
          </w:tcPr>
          <w:p w14:paraId="3A930F9A" w14:textId="77777777" w:rsidR="004D4A74" w:rsidRDefault="00AF1749">
            <w:pPr>
              <w:spacing w:after="0"/>
            </w:pPr>
            <w:r>
              <w:rPr>
                <w:sz w:val="16"/>
              </w:rPr>
              <w:t>Wereldoriëntatie</w:t>
            </w:r>
          </w:p>
        </w:tc>
        <w:tc>
          <w:tcPr>
            <w:tcW w:w="2608" w:type="dxa"/>
            <w:tcBorders>
              <w:top w:val="single" w:sz="4" w:space="0" w:color="DCE8E6"/>
              <w:left w:val="single" w:sz="4" w:space="0" w:color="DCE8E6"/>
              <w:bottom w:val="single" w:sz="4" w:space="0" w:color="DCE8E6"/>
              <w:right w:val="single" w:sz="4" w:space="0" w:color="DCE8E6"/>
            </w:tcBorders>
          </w:tcPr>
          <w:p w14:paraId="36CA4968" w14:textId="77777777" w:rsidR="004D4A74" w:rsidRDefault="00AF1749">
            <w:pPr>
              <w:spacing w:after="0"/>
            </w:pPr>
            <w:r>
              <w:rPr>
                <w:sz w:val="16"/>
              </w:rPr>
              <w:t>1 u 15 min</w:t>
            </w:r>
          </w:p>
        </w:tc>
        <w:tc>
          <w:tcPr>
            <w:tcW w:w="2608" w:type="dxa"/>
            <w:tcBorders>
              <w:top w:val="single" w:sz="4" w:space="0" w:color="DCE8E6"/>
              <w:left w:val="single" w:sz="4" w:space="0" w:color="DCE8E6"/>
              <w:bottom w:val="single" w:sz="4" w:space="0" w:color="DCE8E6"/>
              <w:right w:val="single" w:sz="4" w:space="0" w:color="DCE8E6"/>
            </w:tcBorders>
          </w:tcPr>
          <w:p w14:paraId="096EF90B" w14:textId="77777777" w:rsidR="004D4A74" w:rsidRDefault="00AF1749">
            <w:pPr>
              <w:spacing w:after="0"/>
            </w:pPr>
            <w:r>
              <w:rPr>
                <w:sz w:val="16"/>
              </w:rPr>
              <w:t>1 u 15 min</w:t>
            </w:r>
          </w:p>
        </w:tc>
      </w:tr>
      <w:tr w:rsidR="004D4A74" w14:paraId="6915D7D5" w14:textId="77777777">
        <w:trPr>
          <w:jc w:val="center"/>
        </w:trPr>
        <w:tc>
          <w:tcPr>
            <w:tcW w:w="4082" w:type="dxa"/>
            <w:tcBorders>
              <w:top w:val="single" w:sz="4" w:space="0" w:color="DCE8E6"/>
              <w:left w:val="single" w:sz="4" w:space="0" w:color="DCE8E6"/>
              <w:bottom w:val="single" w:sz="4" w:space="0" w:color="DCE8E6"/>
              <w:right w:val="single" w:sz="4" w:space="0" w:color="DCE8E6"/>
            </w:tcBorders>
            <w:shd w:val="clear" w:color="auto" w:fill="FAFCFB"/>
          </w:tcPr>
          <w:p w14:paraId="30676844" w14:textId="77777777" w:rsidR="004D4A74" w:rsidRDefault="00AF1749">
            <w:pPr>
              <w:spacing w:after="0"/>
            </w:pPr>
            <w:r>
              <w:rPr>
                <w:sz w:val="16"/>
              </w:rPr>
              <w:t>Rekenen</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0A17B6AC" w14:textId="77777777" w:rsidR="004D4A74" w:rsidRDefault="00AF1749">
            <w:pPr>
              <w:spacing w:after="0"/>
            </w:pPr>
            <w:r>
              <w:rPr>
                <w:sz w:val="16"/>
              </w:rPr>
              <w:t>2 u 00 min</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4AC7ABC7" w14:textId="77777777" w:rsidR="004D4A74" w:rsidRDefault="00AF1749">
            <w:pPr>
              <w:spacing w:after="0"/>
            </w:pPr>
            <w:r>
              <w:rPr>
                <w:sz w:val="16"/>
              </w:rPr>
              <w:t>2 u 00 min</w:t>
            </w:r>
          </w:p>
        </w:tc>
      </w:tr>
      <w:tr w:rsidR="004D4A74" w14:paraId="7A3E9499" w14:textId="77777777">
        <w:trPr>
          <w:jc w:val="center"/>
        </w:trPr>
        <w:tc>
          <w:tcPr>
            <w:tcW w:w="4082" w:type="dxa"/>
            <w:tcBorders>
              <w:top w:val="single" w:sz="4" w:space="0" w:color="DCE8E6"/>
              <w:left w:val="single" w:sz="4" w:space="0" w:color="DCE8E6"/>
              <w:bottom w:val="single" w:sz="4" w:space="0" w:color="DCE8E6"/>
              <w:right w:val="single" w:sz="4" w:space="0" w:color="DCE8E6"/>
            </w:tcBorders>
          </w:tcPr>
          <w:p w14:paraId="0605E325" w14:textId="77777777" w:rsidR="004D4A74" w:rsidRDefault="00AF1749">
            <w:pPr>
              <w:spacing w:after="0"/>
            </w:pPr>
            <w:r>
              <w:rPr>
                <w:sz w:val="16"/>
              </w:rPr>
              <w:t>Engels</w:t>
            </w:r>
          </w:p>
        </w:tc>
        <w:tc>
          <w:tcPr>
            <w:tcW w:w="2608" w:type="dxa"/>
            <w:tcBorders>
              <w:top w:val="single" w:sz="4" w:space="0" w:color="DCE8E6"/>
              <w:left w:val="single" w:sz="4" w:space="0" w:color="DCE8E6"/>
              <w:bottom w:val="single" w:sz="4" w:space="0" w:color="DCE8E6"/>
              <w:right w:val="single" w:sz="4" w:space="0" w:color="DCE8E6"/>
            </w:tcBorders>
          </w:tcPr>
          <w:p w14:paraId="2AE7B0F9" w14:textId="77777777" w:rsidR="004D4A74" w:rsidRDefault="00AF1749">
            <w:pPr>
              <w:spacing w:after="0"/>
            </w:pPr>
            <w:r>
              <w:rPr>
                <w:sz w:val="16"/>
              </w:rPr>
              <w:t>1 u 00 min</w:t>
            </w:r>
          </w:p>
        </w:tc>
        <w:tc>
          <w:tcPr>
            <w:tcW w:w="2608" w:type="dxa"/>
            <w:tcBorders>
              <w:top w:val="single" w:sz="4" w:space="0" w:color="DCE8E6"/>
              <w:left w:val="single" w:sz="4" w:space="0" w:color="DCE8E6"/>
              <w:bottom w:val="single" w:sz="4" w:space="0" w:color="DCE8E6"/>
              <w:right w:val="single" w:sz="4" w:space="0" w:color="DCE8E6"/>
            </w:tcBorders>
          </w:tcPr>
          <w:p w14:paraId="157D1295" w14:textId="77777777" w:rsidR="004D4A74" w:rsidRDefault="00AF1749">
            <w:pPr>
              <w:spacing w:after="0"/>
            </w:pPr>
            <w:r>
              <w:rPr>
                <w:sz w:val="16"/>
              </w:rPr>
              <w:t>1 u 00 min</w:t>
            </w:r>
          </w:p>
        </w:tc>
      </w:tr>
      <w:tr w:rsidR="004D4A74" w14:paraId="088D05C9" w14:textId="77777777">
        <w:trPr>
          <w:jc w:val="center"/>
        </w:trPr>
        <w:tc>
          <w:tcPr>
            <w:tcW w:w="4082" w:type="dxa"/>
            <w:tcBorders>
              <w:top w:val="single" w:sz="4" w:space="0" w:color="DCE8E6"/>
              <w:left w:val="single" w:sz="4" w:space="0" w:color="DCE8E6"/>
              <w:bottom w:val="single" w:sz="4" w:space="0" w:color="DCE8E6"/>
              <w:right w:val="single" w:sz="4" w:space="0" w:color="DCE8E6"/>
            </w:tcBorders>
            <w:shd w:val="clear" w:color="auto" w:fill="FAFCFB"/>
          </w:tcPr>
          <w:p w14:paraId="4DD7B3CF" w14:textId="77777777" w:rsidR="004D4A74" w:rsidRDefault="00AF1749">
            <w:pPr>
              <w:spacing w:after="0"/>
            </w:pPr>
            <w:r>
              <w:rPr>
                <w:sz w:val="16"/>
              </w:rPr>
              <w:t>Taal</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6719DA59" w14:textId="77777777" w:rsidR="004D4A74" w:rsidRDefault="00AF1749">
            <w:pPr>
              <w:spacing w:after="0"/>
            </w:pPr>
            <w:r>
              <w:rPr>
                <w:sz w:val="16"/>
              </w:rPr>
              <w:t>2 u 00 min</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65DA737A" w14:textId="77777777" w:rsidR="004D4A74" w:rsidRDefault="00AF1749">
            <w:pPr>
              <w:spacing w:after="0"/>
            </w:pPr>
            <w:r>
              <w:rPr>
                <w:sz w:val="16"/>
              </w:rPr>
              <w:t>2 u 00 min</w:t>
            </w:r>
          </w:p>
        </w:tc>
      </w:tr>
    </w:tbl>
    <w:p w14:paraId="2523AA2A" w14:textId="77777777" w:rsidR="004D4A74" w:rsidRDefault="004D4A74">
      <w:pPr>
        <w:spacing w:after="40"/>
      </w:pPr>
    </w:p>
    <w:p w14:paraId="6443E54C" w14:textId="77777777" w:rsidR="004D4A74" w:rsidRDefault="00AF1749">
      <w:pPr>
        <w:pStyle w:val="Kop3"/>
      </w:pPr>
      <w:r>
        <w:t>Leerjaar 3 t/m 8</w:t>
      </w:r>
    </w:p>
    <w:tbl>
      <w:tblPr>
        <w:tblW w:w="0" w:type="auto"/>
        <w:jc w:val="center"/>
        <w:tblLook w:val="04A0" w:firstRow="1" w:lastRow="0" w:firstColumn="1" w:lastColumn="0" w:noHBand="0" w:noVBand="1"/>
      </w:tblPr>
      <w:tblGrid>
        <w:gridCol w:w="2835"/>
        <w:gridCol w:w="1049"/>
        <w:gridCol w:w="1049"/>
        <w:gridCol w:w="1049"/>
        <w:gridCol w:w="1049"/>
        <w:gridCol w:w="1049"/>
        <w:gridCol w:w="1049"/>
      </w:tblGrid>
      <w:tr w:rsidR="004D4A74" w14:paraId="3A447BC8" w14:textId="77777777">
        <w:trPr>
          <w:tblHeade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00665C"/>
          </w:tcPr>
          <w:p w14:paraId="1BC07EDC" w14:textId="77777777" w:rsidR="004D4A74" w:rsidRDefault="00AF1749">
            <w:pPr>
              <w:spacing w:after="0"/>
            </w:pPr>
            <w:r>
              <w:rPr>
                <w:b/>
                <w:color w:val="FFFFFF"/>
                <w:sz w:val="13"/>
              </w:rPr>
              <w:t>Vak</w:t>
            </w:r>
          </w:p>
        </w:tc>
        <w:tc>
          <w:tcPr>
            <w:tcW w:w="1049" w:type="dxa"/>
            <w:tcBorders>
              <w:top w:val="single" w:sz="4" w:space="0" w:color="DCE8E6"/>
              <w:left w:val="single" w:sz="4" w:space="0" w:color="DCE8E6"/>
              <w:bottom w:val="single" w:sz="4" w:space="0" w:color="DCE8E6"/>
              <w:right w:val="single" w:sz="4" w:space="0" w:color="DCE8E6"/>
            </w:tcBorders>
            <w:shd w:val="clear" w:color="auto" w:fill="00665C"/>
          </w:tcPr>
          <w:p w14:paraId="42CF8721" w14:textId="77777777" w:rsidR="004D4A74" w:rsidRDefault="00AF1749">
            <w:pPr>
              <w:spacing w:after="0"/>
            </w:pPr>
            <w:r>
              <w:rPr>
                <w:b/>
                <w:color w:val="FFFFFF"/>
                <w:sz w:val="13"/>
              </w:rPr>
              <w:t>LJ 3</w:t>
            </w:r>
          </w:p>
        </w:tc>
        <w:tc>
          <w:tcPr>
            <w:tcW w:w="1049" w:type="dxa"/>
            <w:tcBorders>
              <w:top w:val="single" w:sz="4" w:space="0" w:color="DCE8E6"/>
              <w:left w:val="single" w:sz="4" w:space="0" w:color="DCE8E6"/>
              <w:bottom w:val="single" w:sz="4" w:space="0" w:color="DCE8E6"/>
              <w:right w:val="single" w:sz="4" w:space="0" w:color="DCE8E6"/>
            </w:tcBorders>
            <w:shd w:val="clear" w:color="auto" w:fill="00665C"/>
          </w:tcPr>
          <w:p w14:paraId="2E7FC239" w14:textId="77777777" w:rsidR="004D4A74" w:rsidRDefault="00AF1749">
            <w:pPr>
              <w:spacing w:after="0"/>
            </w:pPr>
            <w:r>
              <w:rPr>
                <w:b/>
                <w:color w:val="FFFFFF"/>
                <w:sz w:val="13"/>
              </w:rPr>
              <w:t>LJ 4</w:t>
            </w:r>
          </w:p>
        </w:tc>
        <w:tc>
          <w:tcPr>
            <w:tcW w:w="1049" w:type="dxa"/>
            <w:tcBorders>
              <w:top w:val="single" w:sz="4" w:space="0" w:color="DCE8E6"/>
              <w:left w:val="single" w:sz="4" w:space="0" w:color="DCE8E6"/>
              <w:bottom w:val="single" w:sz="4" w:space="0" w:color="DCE8E6"/>
              <w:right w:val="single" w:sz="4" w:space="0" w:color="DCE8E6"/>
            </w:tcBorders>
            <w:shd w:val="clear" w:color="auto" w:fill="00665C"/>
          </w:tcPr>
          <w:p w14:paraId="764AD840" w14:textId="77777777" w:rsidR="004D4A74" w:rsidRDefault="00AF1749">
            <w:pPr>
              <w:spacing w:after="0"/>
            </w:pPr>
            <w:r>
              <w:rPr>
                <w:b/>
                <w:color w:val="FFFFFF"/>
                <w:sz w:val="13"/>
              </w:rPr>
              <w:t>LJ 5</w:t>
            </w:r>
          </w:p>
        </w:tc>
        <w:tc>
          <w:tcPr>
            <w:tcW w:w="1049" w:type="dxa"/>
            <w:tcBorders>
              <w:top w:val="single" w:sz="4" w:space="0" w:color="DCE8E6"/>
              <w:left w:val="single" w:sz="4" w:space="0" w:color="DCE8E6"/>
              <w:bottom w:val="single" w:sz="4" w:space="0" w:color="DCE8E6"/>
              <w:right w:val="single" w:sz="4" w:space="0" w:color="DCE8E6"/>
            </w:tcBorders>
            <w:shd w:val="clear" w:color="auto" w:fill="00665C"/>
          </w:tcPr>
          <w:p w14:paraId="3056FD65" w14:textId="77777777" w:rsidR="004D4A74" w:rsidRDefault="00AF1749">
            <w:pPr>
              <w:spacing w:after="0"/>
            </w:pPr>
            <w:r>
              <w:rPr>
                <w:b/>
                <w:color w:val="FFFFFF"/>
                <w:sz w:val="13"/>
              </w:rPr>
              <w:t>LJ 6</w:t>
            </w:r>
          </w:p>
        </w:tc>
        <w:tc>
          <w:tcPr>
            <w:tcW w:w="1049" w:type="dxa"/>
            <w:tcBorders>
              <w:top w:val="single" w:sz="4" w:space="0" w:color="DCE8E6"/>
              <w:left w:val="single" w:sz="4" w:space="0" w:color="DCE8E6"/>
              <w:bottom w:val="single" w:sz="4" w:space="0" w:color="DCE8E6"/>
              <w:right w:val="single" w:sz="4" w:space="0" w:color="DCE8E6"/>
            </w:tcBorders>
            <w:shd w:val="clear" w:color="auto" w:fill="00665C"/>
          </w:tcPr>
          <w:p w14:paraId="1443E622" w14:textId="77777777" w:rsidR="004D4A74" w:rsidRDefault="00AF1749">
            <w:pPr>
              <w:spacing w:after="0"/>
            </w:pPr>
            <w:r>
              <w:rPr>
                <w:b/>
                <w:color w:val="FFFFFF"/>
                <w:sz w:val="13"/>
              </w:rPr>
              <w:t>LJ 7</w:t>
            </w:r>
          </w:p>
        </w:tc>
        <w:tc>
          <w:tcPr>
            <w:tcW w:w="1049" w:type="dxa"/>
            <w:tcBorders>
              <w:top w:val="single" w:sz="4" w:space="0" w:color="DCE8E6"/>
              <w:left w:val="single" w:sz="4" w:space="0" w:color="DCE8E6"/>
              <w:bottom w:val="single" w:sz="4" w:space="0" w:color="DCE8E6"/>
              <w:right w:val="single" w:sz="4" w:space="0" w:color="DCE8E6"/>
            </w:tcBorders>
            <w:shd w:val="clear" w:color="auto" w:fill="00665C"/>
          </w:tcPr>
          <w:p w14:paraId="0BE0630C" w14:textId="77777777" w:rsidR="004D4A74" w:rsidRDefault="00AF1749">
            <w:pPr>
              <w:spacing w:after="0"/>
            </w:pPr>
            <w:r>
              <w:rPr>
                <w:b/>
                <w:color w:val="FFFFFF"/>
                <w:sz w:val="13"/>
              </w:rPr>
              <w:t>LJ 8</w:t>
            </w:r>
          </w:p>
        </w:tc>
      </w:tr>
      <w:tr w:rsidR="004D4A74" w14:paraId="221D9294"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704D78E0" w14:textId="77777777" w:rsidR="004D4A74" w:rsidRDefault="00AF1749">
            <w:pPr>
              <w:spacing w:after="0"/>
            </w:pPr>
            <w:r>
              <w:rPr>
                <w:sz w:val="13"/>
              </w:rPr>
              <w:t>Lezen</w:t>
            </w:r>
          </w:p>
        </w:tc>
        <w:tc>
          <w:tcPr>
            <w:tcW w:w="1049" w:type="dxa"/>
            <w:tcBorders>
              <w:top w:val="single" w:sz="4" w:space="0" w:color="DCE8E6"/>
              <w:left w:val="single" w:sz="4" w:space="0" w:color="DCE8E6"/>
              <w:bottom w:val="single" w:sz="4" w:space="0" w:color="DCE8E6"/>
              <w:right w:val="single" w:sz="4" w:space="0" w:color="DCE8E6"/>
            </w:tcBorders>
          </w:tcPr>
          <w:p w14:paraId="672325AE"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tcPr>
          <w:p w14:paraId="4A696B3D"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tcPr>
          <w:p w14:paraId="4943D3A2"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tcPr>
          <w:p w14:paraId="4A1ACAD6"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tcPr>
          <w:p w14:paraId="00E45D8C"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tcPr>
          <w:p w14:paraId="53E56341" w14:textId="77777777" w:rsidR="004D4A74" w:rsidRDefault="00AF1749">
            <w:pPr>
              <w:spacing w:after="0"/>
            </w:pPr>
            <w:r>
              <w:rPr>
                <w:sz w:val="13"/>
              </w:rPr>
              <w:t>2:30</w:t>
            </w:r>
          </w:p>
        </w:tc>
      </w:tr>
      <w:tr w:rsidR="004D4A74" w14:paraId="7D7DD35C" w14:textId="77777777">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638CEE29" w14:textId="77777777" w:rsidR="004D4A74" w:rsidRDefault="00AF1749">
            <w:pPr>
              <w:spacing w:after="0"/>
            </w:pPr>
            <w:r>
              <w:rPr>
                <w:sz w:val="13"/>
              </w:rPr>
              <w:t>Taal</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30999627" w14:textId="77777777" w:rsidR="004D4A74" w:rsidRDefault="00AF1749">
            <w:pPr>
              <w:spacing w:after="0"/>
            </w:pPr>
            <w:r>
              <w:rPr>
                <w:sz w:val="13"/>
              </w:rPr>
              <w:t>6:00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0F22284B" w14:textId="77777777" w:rsidR="004D4A74" w:rsidRDefault="00AF1749">
            <w:pPr>
              <w:spacing w:after="0"/>
            </w:pPr>
            <w:r>
              <w:rPr>
                <w:sz w:val="13"/>
              </w:rPr>
              <w:t>3:40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2C707BB8" w14:textId="77777777" w:rsidR="004D4A74" w:rsidRDefault="00AF1749">
            <w:pPr>
              <w:spacing w:after="0"/>
            </w:pPr>
            <w:r>
              <w:rPr>
                <w:sz w:val="13"/>
              </w:rPr>
              <w:t>3:40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72471DB4" w14:textId="77777777" w:rsidR="004D4A74" w:rsidRDefault="00AF1749">
            <w:pPr>
              <w:spacing w:after="0"/>
            </w:pPr>
            <w:r>
              <w:rPr>
                <w:sz w:val="13"/>
              </w:rPr>
              <w:t>3:40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2D4B76C1" w14:textId="77777777" w:rsidR="004D4A74" w:rsidRDefault="00AF1749">
            <w:pPr>
              <w:spacing w:after="0"/>
            </w:pPr>
            <w:r>
              <w:rPr>
                <w:sz w:val="13"/>
              </w:rPr>
              <w:t>3:40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4317A766" w14:textId="77777777" w:rsidR="004D4A74" w:rsidRDefault="00AF1749">
            <w:pPr>
              <w:spacing w:after="0"/>
            </w:pPr>
            <w:r>
              <w:rPr>
                <w:sz w:val="13"/>
              </w:rPr>
              <w:t>3:40</w:t>
            </w:r>
          </w:p>
        </w:tc>
      </w:tr>
      <w:tr w:rsidR="004D4A74" w14:paraId="405E110B"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5F22726C" w14:textId="77777777" w:rsidR="004D4A74" w:rsidRDefault="00AF1749">
            <w:pPr>
              <w:spacing w:after="0"/>
            </w:pPr>
            <w:r>
              <w:rPr>
                <w:sz w:val="13"/>
              </w:rPr>
              <w:t>Rekenen/wiskunde</w:t>
            </w:r>
          </w:p>
        </w:tc>
        <w:tc>
          <w:tcPr>
            <w:tcW w:w="1049" w:type="dxa"/>
            <w:tcBorders>
              <w:top w:val="single" w:sz="4" w:space="0" w:color="DCE8E6"/>
              <w:left w:val="single" w:sz="4" w:space="0" w:color="DCE8E6"/>
              <w:bottom w:val="single" w:sz="4" w:space="0" w:color="DCE8E6"/>
              <w:right w:val="single" w:sz="4" w:space="0" w:color="DCE8E6"/>
            </w:tcBorders>
          </w:tcPr>
          <w:p w14:paraId="478C78C5" w14:textId="77777777" w:rsidR="004D4A74" w:rsidRDefault="00AF1749">
            <w:pPr>
              <w:spacing w:after="0"/>
            </w:pPr>
            <w:r>
              <w:rPr>
                <w:sz w:val="13"/>
              </w:rPr>
              <w:t>6:15</w:t>
            </w:r>
          </w:p>
        </w:tc>
        <w:tc>
          <w:tcPr>
            <w:tcW w:w="1049" w:type="dxa"/>
            <w:tcBorders>
              <w:top w:val="single" w:sz="4" w:space="0" w:color="DCE8E6"/>
              <w:left w:val="single" w:sz="4" w:space="0" w:color="DCE8E6"/>
              <w:bottom w:val="single" w:sz="4" w:space="0" w:color="DCE8E6"/>
              <w:right w:val="single" w:sz="4" w:space="0" w:color="DCE8E6"/>
            </w:tcBorders>
          </w:tcPr>
          <w:p w14:paraId="7301E7BE" w14:textId="77777777" w:rsidR="004D4A74" w:rsidRDefault="00AF1749">
            <w:pPr>
              <w:spacing w:after="0"/>
            </w:pPr>
            <w:r>
              <w:rPr>
                <w:sz w:val="13"/>
              </w:rPr>
              <w:t>6:15</w:t>
            </w:r>
          </w:p>
        </w:tc>
        <w:tc>
          <w:tcPr>
            <w:tcW w:w="1049" w:type="dxa"/>
            <w:tcBorders>
              <w:top w:val="single" w:sz="4" w:space="0" w:color="DCE8E6"/>
              <w:left w:val="single" w:sz="4" w:space="0" w:color="DCE8E6"/>
              <w:bottom w:val="single" w:sz="4" w:space="0" w:color="DCE8E6"/>
              <w:right w:val="single" w:sz="4" w:space="0" w:color="DCE8E6"/>
            </w:tcBorders>
          </w:tcPr>
          <w:p w14:paraId="2B245D7C" w14:textId="77777777" w:rsidR="004D4A74" w:rsidRDefault="00AF1749">
            <w:pPr>
              <w:spacing w:after="0"/>
            </w:pPr>
            <w:r>
              <w:rPr>
                <w:sz w:val="13"/>
              </w:rPr>
              <w:t>6:15</w:t>
            </w:r>
          </w:p>
        </w:tc>
        <w:tc>
          <w:tcPr>
            <w:tcW w:w="1049" w:type="dxa"/>
            <w:tcBorders>
              <w:top w:val="single" w:sz="4" w:space="0" w:color="DCE8E6"/>
              <w:left w:val="single" w:sz="4" w:space="0" w:color="DCE8E6"/>
              <w:bottom w:val="single" w:sz="4" w:space="0" w:color="DCE8E6"/>
              <w:right w:val="single" w:sz="4" w:space="0" w:color="DCE8E6"/>
            </w:tcBorders>
          </w:tcPr>
          <w:p w14:paraId="2D232275" w14:textId="77777777" w:rsidR="004D4A74" w:rsidRDefault="00AF1749">
            <w:pPr>
              <w:spacing w:after="0"/>
            </w:pPr>
            <w:r>
              <w:rPr>
                <w:sz w:val="13"/>
              </w:rPr>
              <w:t>6:15</w:t>
            </w:r>
          </w:p>
        </w:tc>
        <w:tc>
          <w:tcPr>
            <w:tcW w:w="1049" w:type="dxa"/>
            <w:tcBorders>
              <w:top w:val="single" w:sz="4" w:space="0" w:color="DCE8E6"/>
              <w:left w:val="single" w:sz="4" w:space="0" w:color="DCE8E6"/>
              <w:bottom w:val="single" w:sz="4" w:space="0" w:color="DCE8E6"/>
              <w:right w:val="single" w:sz="4" w:space="0" w:color="DCE8E6"/>
            </w:tcBorders>
          </w:tcPr>
          <w:p w14:paraId="37EDB620" w14:textId="77777777" w:rsidR="004D4A74" w:rsidRDefault="00AF1749">
            <w:pPr>
              <w:spacing w:after="0"/>
            </w:pPr>
            <w:r>
              <w:rPr>
                <w:sz w:val="13"/>
              </w:rPr>
              <w:t>6:15</w:t>
            </w:r>
          </w:p>
        </w:tc>
        <w:tc>
          <w:tcPr>
            <w:tcW w:w="1049" w:type="dxa"/>
            <w:tcBorders>
              <w:top w:val="single" w:sz="4" w:space="0" w:color="DCE8E6"/>
              <w:left w:val="single" w:sz="4" w:space="0" w:color="DCE8E6"/>
              <w:bottom w:val="single" w:sz="4" w:space="0" w:color="DCE8E6"/>
              <w:right w:val="single" w:sz="4" w:space="0" w:color="DCE8E6"/>
            </w:tcBorders>
          </w:tcPr>
          <w:p w14:paraId="3570B860" w14:textId="77777777" w:rsidR="004D4A74" w:rsidRDefault="00AF1749">
            <w:pPr>
              <w:spacing w:after="0"/>
            </w:pPr>
            <w:r>
              <w:rPr>
                <w:sz w:val="13"/>
              </w:rPr>
              <w:t>6:15</w:t>
            </w:r>
          </w:p>
        </w:tc>
      </w:tr>
      <w:tr w:rsidR="004D4A74" w14:paraId="7D87377E" w14:textId="77777777">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73C0A87D" w14:textId="77777777" w:rsidR="004D4A74" w:rsidRDefault="00AF1749">
            <w:pPr>
              <w:spacing w:after="0"/>
            </w:pPr>
            <w:r>
              <w:rPr>
                <w:sz w:val="13"/>
              </w:rPr>
              <w:t>Wereldoriëntatie</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410CA6EA" w14:textId="77777777" w:rsidR="004D4A74" w:rsidRDefault="00AF1749">
            <w:pPr>
              <w:spacing w:after="0"/>
            </w:pPr>
            <w:r>
              <w:rPr>
                <w:sz w:val="13"/>
              </w:rPr>
              <w:t>3:00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1D6C413E" w14:textId="77777777" w:rsidR="004D4A74" w:rsidRDefault="00AF1749">
            <w:pPr>
              <w:spacing w:after="0"/>
            </w:pPr>
            <w:r>
              <w:rPr>
                <w:sz w:val="13"/>
              </w:rPr>
              <w:t>3:30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D0FA005" w14:textId="77777777" w:rsidR="004D4A74" w:rsidRDefault="00AF1749">
            <w:pPr>
              <w:spacing w:after="0"/>
            </w:pPr>
            <w:r>
              <w:rPr>
                <w:sz w:val="13"/>
              </w:rPr>
              <w:t>4:00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3B7AB802" w14:textId="77777777" w:rsidR="004D4A74" w:rsidRDefault="00AF1749">
            <w:pPr>
              <w:spacing w:after="0"/>
            </w:pPr>
            <w:r>
              <w:rPr>
                <w:sz w:val="13"/>
              </w:rPr>
              <w:t>4:00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6DF1F68C" w14:textId="77777777" w:rsidR="004D4A74" w:rsidRDefault="00AF1749">
            <w:pPr>
              <w:spacing w:after="0"/>
            </w:pPr>
            <w:r>
              <w:rPr>
                <w:sz w:val="13"/>
              </w:rPr>
              <w:t>4:00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768C402F" w14:textId="77777777" w:rsidR="004D4A74" w:rsidRDefault="00AF1749">
            <w:pPr>
              <w:spacing w:after="0"/>
            </w:pPr>
            <w:r>
              <w:rPr>
                <w:sz w:val="13"/>
              </w:rPr>
              <w:t>4:00</w:t>
            </w:r>
          </w:p>
        </w:tc>
      </w:tr>
      <w:tr w:rsidR="004D4A74" w14:paraId="72AB8210"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4768D6AF" w14:textId="77777777" w:rsidR="004D4A74" w:rsidRDefault="00AF1749">
            <w:pPr>
              <w:spacing w:after="0"/>
            </w:pPr>
            <w:r>
              <w:rPr>
                <w:sz w:val="13"/>
              </w:rPr>
              <w:t>Kunstzinnige en creatieve vorming</w:t>
            </w:r>
          </w:p>
        </w:tc>
        <w:tc>
          <w:tcPr>
            <w:tcW w:w="1049" w:type="dxa"/>
            <w:tcBorders>
              <w:top w:val="single" w:sz="4" w:space="0" w:color="DCE8E6"/>
              <w:left w:val="single" w:sz="4" w:space="0" w:color="DCE8E6"/>
              <w:bottom w:val="single" w:sz="4" w:space="0" w:color="DCE8E6"/>
              <w:right w:val="single" w:sz="4" w:space="0" w:color="DCE8E6"/>
            </w:tcBorders>
          </w:tcPr>
          <w:p w14:paraId="1C00BF6F" w14:textId="77777777" w:rsidR="004D4A74" w:rsidRDefault="00AF1749">
            <w:pPr>
              <w:spacing w:after="0"/>
            </w:pPr>
            <w:r>
              <w:rPr>
                <w:sz w:val="13"/>
              </w:rPr>
              <w:t>1:30</w:t>
            </w:r>
          </w:p>
        </w:tc>
        <w:tc>
          <w:tcPr>
            <w:tcW w:w="1049" w:type="dxa"/>
            <w:tcBorders>
              <w:top w:val="single" w:sz="4" w:space="0" w:color="DCE8E6"/>
              <w:left w:val="single" w:sz="4" w:space="0" w:color="DCE8E6"/>
              <w:bottom w:val="single" w:sz="4" w:space="0" w:color="DCE8E6"/>
              <w:right w:val="single" w:sz="4" w:space="0" w:color="DCE8E6"/>
            </w:tcBorders>
          </w:tcPr>
          <w:p w14:paraId="63BCC037" w14:textId="77777777" w:rsidR="004D4A74" w:rsidRDefault="00AF1749">
            <w:pPr>
              <w:spacing w:after="0"/>
            </w:pPr>
            <w:r>
              <w:rPr>
                <w:sz w:val="13"/>
              </w:rPr>
              <w:t>1:30</w:t>
            </w:r>
          </w:p>
        </w:tc>
        <w:tc>
          <w:tcPr>
            <w:tcW w:w="1049" w:type="dxa"/>
            <w:tcBorders>
              <w:top w:val="single" w:sz="4" w:space="0" w:color="DCE8E6"/>
              <w:left w:val="single" w:sz="4" w:space="0" w:color="DCE8E6"/>
              <w:bottom w:val="single" w:sz="4" w:space="0" w:color="DCE8E6"/>
              <w:right w:val="single" w:sz="4" w:space="0" w:color="DCE8E6"/>
            </w:tcBorders>
          </w:tcPr>
          <w:p w14:paraId="5B26F557" w14:textId="77777777" w:rsidR="004D4A74" w:rsidRDefault="00AF1749">
            <w:pPr>
              <w:spacing w:after="0"/>
            </w:pPr>
            <w:r>
              <w:rPr>
                <w:sz w:val="13"/>
              </w:rPr>
              <w:t>1:30</w:t>
            </w:r>
          </w:p>
        </w:tc>
        <w:tc>
          <w:tcPr>
            <w:tcW w:w="1049" w:type="dxa"/>
            <w:tcBorders>
              <w:top w:val="single" w:sz="4" w:space="0" w:color="DCE8E6"/>
              <w:left w:val="single" w:sz="4" w:space="0" w:color="DCE8E6"/>
              <w:bottom w:val="single" w:sz="4" w:space="0" w:color="DCE8E6"/>
              <w:right w:val="single" w:sz="4" w:space="0" w:color="DCE8E6"/>
            </w:tcBorders>
          </w:tcPr>
          <w:p w14:paraId="009EF203" w14:textId="77777777" w:rsidR="004D4A74" w:rsidRDefault="00AF1749">
            <w:pPr>
              <w:spacing w:after="0"/>
            </w:pPr>
            <w:r>
              <w:rPr>
                <w:sz w:val="13"/>
              </w:rPr>
              <w:t>1:30</w:t>
            </w:r>
          </w:p>
        </w:tc>
        <w:tc>
          <w:tcPr>
            <w:tcW w:w="1049" w:type="dxa"/>
            <w:tcBorders>
              <w:top w:val="single" w:sz="4" w:space="0" w:color="DCE8E6"/>
              <w:left w:val="single" w:sz="4" w:space="0" w:color="DCE8E6"/>
              <w:bottom w:val="single" w:sz="4" w:space="0" w:color="DCE8E6"/>
              <w:right w:val="single" w:sz="4" w:space="0" w:color="DCE8E6"/>
            </w:tcBorders>
          </w:tcPr>
          <w:p w14:paraId="6CB703AD" w14:textId="77777777" w:rsidR="004D4A74" w:rsidRDefault="00AF1749">
            <w:pPr>
              <w:spacing w:after="0"/>
            </w:pPr>
            <w:r>
              <w:rPr>
                <w:sz w:val="13"/>
              </w:rPr>
              <w:t>1:30</w:t>
            </w:r>
          </w:p>
        </w:tc>
        <w:tc>
          <w:tcPr>
            <w:tcW w:w="1049" w:type="dxa"/>
            <w:tcBorders>
              <w:top w:val="single" w:sz="4" w:space="0" w:color="DCE8E6"/>
              <w:left w:val="single" w:sz="4" w:space="0" w:color="DCE8E6"/>
              <w:bottom w:val="single" w:sz="4" w:space="0" w:color="DCE8E6"/>
              <w:right w:val="single" w:sz="4" w:space="0" w:color="DCE8E6"/>
            </w:tcBorders>
          </w:tcPr>
          <w:p w14:paraId="4414F298" w14:textId="77777777" w:rsidR="004D4A74" w:rsidRDefault="00AF1749">
            <w:pPr>
              <w:spacing w:after="0"/>
            </w:pPr>
            <w:r>
              <w:rPr>
                <w:sz w:val="13"/>
              </w:rPr>
              <w:t>1:30</w:t>
            </w:r>
          </w:p>
        </w:tc>
      </w:tr>
      <w:tr w:rsidR="004D4A74" w14:paraId="7D16A96D" w14:textId="77777777">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38A99FA4" w14:textId="77777777" w:rsidR="004D4A74" w:rsidRDefault="00AF1749">
            <w:pPr>
              <w:spacing w:after="0"/>
            </w:pPr>
            <w:r>
              <w:rPr>
                <w:sz w:val="13"/>
              </w:rPr>
              <w:t>Bewegingsonderwijs</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E5E2BEC"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DC7D24D"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5DBBE72"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6A25F986"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4DE268EA"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01DFADAE" w14:textId="77777777" w:rsidR="004D4A74" w:rsidRDefault="00AF1749">
            <w:pPr>
              <w:spacing w:after="0"/>
            </w:pPr>
            <w:r>
              <w:rPr>
                <w:sz w:val="13"/>
              </w:rPr>
              <w:t>2:30</w:t>
            </w:r>
          </w:p>
        </w:tc>
      </w:tr>
      <w:tr w:rsidR="004D4A74" w14:paraId="36C68FE9"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696EA3CC" w14:textId="77777777" w:rsidR="004D4A74" w:rsidRDefault="00AF1749">
            <w:pPr>
              <w:spacing w:after="0"/>
            </w:pPr>
            <w:r>
              <w:rPr>
                <w:sz w:val="13"/>
              </w:rPr>
              <w:t>Engelse taal</w:t>
            </w:r>
          </w:p>
        </w:tc>
        <w:tc>
          <w:tcPr>
            <w:tcW w:w="1049" w:type="dxa"/>
            <w:tcBorders>
              <w:top w:val="single" w:sz="4" w:space="0" w:color="DCE8E6"/>
              <w:left w:val="single" w:sz="4" w:space="0" w:color="DCE8E6"/>
              <w:bottom w:val="single" w:sz="4" w:space="0" w:color="DCE8E6"/>
              <w:right w:val="single" w:sz="4" w:space="0" w:color="DCE8E6"/>
            </w:tcBorders>
          </w:tcPr>
          <w:p w14:paraId="548EBAED"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tcPr>
          <w:p w14:paraId="02A5EC92"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327141AE"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3DF1833C"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7544692A"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5C835E53" w14:textId="77777777" w:rsidR="004D4A74" w:rsidRDefault="00AF1749">
            <w:pPr>
              <w:spacing w:after="0"/>
            </w:pPr>
            <w:r>
              <w:rPr>
                <w:sz w:val="13"/>
              </w:rPr>
              <w:t>1:00</w:t>
            </w:r>
          </w:p>
        </w:tc>
      </w:tr>
      <w:tr w:rsidR="004D4A74" w14:paraId="53A02BF2" w14:textId="77777777">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7A8BBDD9" w14:textId="77777777" w:rsidR="004D4A74" w:rsidRDefault="00AF1749">
            <w:pPr>
              <w:spacing w:after="0"/>
            </w:pPr>
            <w:r>
              <w:rPr>
                <w:sz w:val="13"/>
              </w:rPr>
              <w:t>Verkeer</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DFF36B9" w14:textId="77777777" w:rsidR="004D4A74" w:rsidRDefault="00AF1749">
            <w:pPr>
              <w:spacing w:after="0"/>
            </w:pPr>
            <w:r>
              <w:rPr>
                <w:sz w:val="13"/>
              </w:rPr>
              <w:t>0:15</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22E35204" w14:textId="77777777" w:rsidR="004D4A74" w:rsidRDefault="00AF1749">
            <w:pPr>
              <w:spacing w:after="0"/>
            </w:pPr>
            <w:r>
              <w:rPr>
                <w:sz w:val="13"/>
              </w:rPr>
              <w:t>0:15</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05CE3222" w14:textId="77777777" w:rsidR="004D4A74" w:rsidRDefault="00AF1749">
            <w:pPr>
              <w:spacing w:after="0"/>
            </w:pPr>
            <w:r>
              <w:rPr>
                <w:sz w:val="13"/>
              </w:rPr>
              <w:t>0:15</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265EB30" w14:textId="77777777" w:rsidR="004D4A74" w:rsidRDefault="00AF1749">
            <w:pPr>
              <w:spacing w:after="0"/>
            </w:pPr>
            <w:r>
              <w:rPr>
                <w:sz w:val="13"/>
              </w:rPr>
              <w:t>0:15</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2AFC6A0E"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307D57DB" w14:textId="77777777" w:rsidR="004D4A74" w:rsidRDefault="00AF1749">
            <w:pPr>
              <w:spacing w:after="0"/>
            </w:pPr>
            <w:r>
              <w:rPr>
                <w:sz w:val="13"/>
              </w:rPr>
              <w:t>0:30</w:t>
            </w:r>
          </w:p>
        </w:tc>
      </w:tr>
      <w:tr w:rsidR="004D4A74" w14:paraId="0332DC59"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42C2D661" w14:textId="77777777" w:rsidR="004D4A74" w:rsidRDefault="00AF1749">
            <w:pPr>
              <w:spacing w:after="0"/>
            </w:pPr>
            <w:r>
              <w:rPr>
                <w:sz w:val="13"/>
              </w:rPr>
              <w:t>Gelukskoffer/SEL/Burgerschap</w:t>
            </w:r>
          </w:p>
        </w:tc>
        <w:tc>
          <w:tcPr>
            <w:tcW w:w="1049" w:type="dxa"/>
            <w:tcBorders>
              <w:top w:val="single" w:sz="4" w:space="0" w:color="DCE8E6"/>
              <w:left w:val="single" w:sz="4" w:space="0" w:color="DCE8E6"/>
              <w:bottom w:val="single" w:sz="4" w:space="0" w:color="DCE8E6"/>
              <w:right w:val="single" w:sz="4" w:space="0" w:color="DCE8E6"/>
            </w:tcBorders>
          </w:tcPr>
          <w:p w14:paraId="47A71D8E"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tcPr>
          <w:p w14:paraId="7125B403"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tcPr>
          <w:p w14:paraId="4E77D8B7"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tcPr>
          <w:p w14:paraId="66C1C79C"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tcPr>
          <w:p w14:paraId="3313916D"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tcPr>
          <w:p w14:paraId="10BECFB4" w14:textId="77777777" w:rsidR="004D4A74" w:rsidRDefault="00AF1749">
            <w:pPr>
              <w:spacing w:after="0"/>
            </w:pPr>
            <w:r>
              <w:rPr>
                <w:sz w:val="13"/>
              </w:rPr>
              <w:t>0:30</w:t>
            </w:r>
          </w:p>
        </w:tc>
      </w:tr>
      <w:tr w:rsidR="004D4A74" w14:paraId="70FB3B05" w14:textId="77777777">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513BFF66" w14:textId="77777777" w:rsidR="004D4A74" w:rsidRDefault="00AF1749">
            <w:pPr>
              <w:spacing w:after="0"/>
            </w:pPr>
            <w:r>
              <w:rPr>
                <w:sz w:val="13"/>
              </w:rPr>
              <w:t>Eigen leerdoelen</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05C1C753"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76086868"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3B9A52E5"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2A6AF16F"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63BD0BC9"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6679FD67" w14:textId="77777777" w:rsidR="004D4A74" w:rsidRDefault="00AF1749">
            <w:pPr>
              <w:spacing w:after="0"/>
            </w:pPr>
            <w:r>
              <w:rPr>
                <w:sz w:val="13"/>
              </w:rPr>
              <w:t>1:00</w:t>
            </w:r>
          </w:p>
        </w:tc>
      </w:tr>
      <w:tr w:rsidR="004D4A74" w14:paraId="3995833B"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71143084" w14:textId="77777777" w:rsidR="004D4A74" w:rsidRDefault="00AF1749">
            <w:pPr>
              <w:spacing w:after="0"/>
            </w:pPr>
            <w:r>
              <w:rPr>
                <w:sz w:val="13"/>
              </w:rPr>
              <w:t>Begrijpend lezen</w:t>
            </w:r>
          </w:p>
        </w:tc>
        <w:tc>
          <w:tcPr>
            <w:tcW w:w="1049" w:type="dxa"/>
            <w:tcBorders>
              <w:top w:val="single" w:sz="4" w:space="0" w:color="DCE8E6"/>
              <w:left w:val="single" w:sz="4" w:space="0" w:color="DCE8E6"/>
              <w:bottom w:val="single" w:sz="4" w:space="0" w:color="DCE8E6"/>
              <w:right w:val="single" w:sz="4" w:space="0" w:color="DCE8E6"/>
            </w:tcBorders>
          </w:tcPr>
          <w:p w14:paraId="2E9621FA" w14:textId="77777777" w:rsidR="004D4A74" w:rsidRDefault="00AF1749">
            <w:pPr>
              <w:spacing w:after="0"/>
            </w:pPr>
            <w:r>
              <w:rPr>
                <w:sz w:val="13"/>
              </w:rPr>
              <w:t>-</w:t>
            </w:r>
          </w:p>
        </w:tc>
        <w:tc>
          <w:tcPr>
            <w:tcW w:w="1049" w:type="dxa"/>
            <w:tcBorders>
              <w:top w:val="single" w:sz="4" w:space="0" w:color="DCE8E6"/>
              <w:left w:val="single" w:sz="4" w:space="0" w:color="DCE8E6"/>
              <w:bottom w:val="single" w:sz="4" w:space="0" w:color="DCE8E6"/>
              <w:right w:val="single" w:sz="4" w:space="0" w:color="DCE8E6"/>
            </w:tcBorders>
          </w:tcPr>
          <w:p w14:paraId="50A24E8F"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7DAC9C83"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61FD4240"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4BE38A69"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tcPr>
          <w:p w14:paraId="7341ACF7" w14:textId="77777777" w:rsidR="004D4A74" w:rsidRDefault="00AF1749">
            <w:pPr>
              <w:spacing w:after="0"/>
            </w:pPr>
            <w:r>
              <w:rPr>
                <w:sz w:val="13"/>
              </w:rPr>
              <w:t>1:00</w:t>
            </w:r>
          </w:p>
        </w:tc>
      </w:tr>
      <w:tr w:rsidR="004D4A74" w14:paraId="35C0E521" w14:textId="77777777">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37D83FE2" w14:textId="77777777" w:rsidR="004D4A74" w:rsidRDefault="00AF1749">
            <w:pPr>
              <w:spacing w:after="0"/>
            </w:pPr>
            <w:r>
              <w:rPr>
                <w:sz w:val="13"/>
              </w:rPr>
              <w:t>Schrijven</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7E178595" w14:textId="77777777" w:rsidR="004D4A74" w:rsidRDefault="00AF1749">
            <w:pPr>
              <w:spacing w:after="0"/>
            </w:pPr>
            <w:r>
              <w:rPr>
                <w:sz w:val="13"/>
              </w:rPr>
              <w:t>2:30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676CA614" w14:textId="77777777" w:rsidR="004D4A74" w:rsidRDefault="00AF1749">
            <w:pPr>
              <w:spacing w:after="0"/>
            </w:pPr>
            <w:r>
              <w:rPr>
                <w:sz w:val="13"/>
              </w:rPr>
              <w:t>1:30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4E2C3E55" w14:textId="77777777" w:rsidR="004D4A74" w:rsidRDefault="00AF1749">
            <w:pPr>
              <w:spacing w:after="0"/>
            </w:pPr>
            <w:r>
              <w:rPr>
                <w:sz w:val="13"/>
              </w:rPr>
              <w:t>1:00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12602064" w14:textId="77777777" w:rsidR="004D4A74" w:rsidRDefault="00AF1749">
            <w:pPr>
              <w:spacing w:after="0"/>
            </w:pPr>
            <w:r>
              <w:rPr>
                <w:sz w:val="13"/>
              </w:rPr>
              <w:t>0:30</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0CC76A2F" w14:textId="77777777" w:rsidR="004D4A74" w:rsidRDefault="00AF1749">
            <w:pPr>
              <w:spacing w:after="0"/>
            </w:pPr>
            <w:r>
              <w:rPr>
                <w:sz w:val="13"/>
              </w:rPr>
              <w:t>0:15</w:t>
            </w:r>
          </w:p>
        </w:tc>
        <w:tc>
          <w:tcPr>
            <w:tcW w:w="1049" w:type="dxa"/>
            <w:tcBorders>
              <w:top w:val="single" w:sz="4" w:space="0" w:color="DCE8E6"/>
              <w:left w:val="single" w:sz="4" w:space="0" w:color="DCE8E6"/>
              <w:bottom w:val="single" w:sz="4" w:space="0" w:color="DCE8E6"/>
              <w:right w:val="single" w:sz="4" w:space="0" w:color="DCE8E6"/>
            </w:tcBorders>
            <w:shd w:val="clear" w:color="auto" w:fill="FAFCFB"/>
          </w:tcPr>
          <w:p w14:paraId="594135FC" w14:textId="77777777" w:rsidR="004D4A74" w:rsidRDefault="00AF1749">
            <w:pPr>
              <w:spacing w:after="0"/>
            </w:pPr>
            <w:r>
              <w:rPr>
                <w:sz w:val="13"/>
              </w:rPr>
              <w:t>0:15</w:t>
            </w:r>
          </w:p>
        </w:tc>
      </w:tr>
      <w:tr w:rsidR="004D4A74" w14:paraId="560E097E" w14:textId="77777777">
        <w:trPr>
          <w:jc w:val="center"/>
        </w:trPr>
        <w:tc>
          <w:tcPr>
            <w:tcW w:w="2835" w:type="dxa"/>
            <w:tcBorders>
              <w:top w:val="single" w:sz="4" w:space="0" w:color="DCE8E6"/>
              <w:left w:val="single" w:sz="4" w:space="0" w:color="DCE8E6"/>
              <w:bottom w:val="single" w:sz="4" w:space="0" w:color="DCE8E6"/>
              <w:right w:val="single" w:sz="4" w:space="0" w:color="DCE8E6"/>
            </w:tcBorders>
          </w:tcPr>
          <w:p w14:paraId="442301FF" w14:textId="77777777" w:rsidR="004D4A74" w:rsidRDefault="00AF1749">
            <w:pPr>
              <w:spacing w:after="0"/>
            </w:pPr>
            <w:r>
              <w:rPr>
                <w:sz w:val="13"/>
              </w:rPr>
              <w:t>Spelling</w:t>
            </w:r>
          </w:p>
        </w:tc>
        <w:tc>
          <w:tcPr>
            <w:tcW w:w="1049" w:type="dxa"/>
            <w:tcBorders>
              <w:top w:val="single" w:sz="4" w:space="0" w:color="DCE8E6"/>
              <w:left w:val="single" w:sz="4" w:space="0" w:color="DCE8E6"/>
              <w:bottom w:val="single" w:sz="4" w:space="0" w:color="DCE8E6"/>
              <w:right w:val="single" w:sz="4" w:space="0" w:color="DCE8E6"/>
            </w:tcBorders>
          </w:tcPr>
          <w:p w14:paraId="0E1079C4" w14:textId="77777777" w:rsidR="004D4A74" w:rsidRDefault="00AF1749">
            <w:pPr>
              <w:spacing w:after="0"/>
            </w:pPr>
            <w:r>
              <w:rPr>
                <w:sz w:val="13"/>
              </w:rPr>
              <w:t>-</w:t>
            </w:r>
          </w:p>
        </w:tc>
        <w:tc>
          <w:tcPr>
            <w:tcW w:w="1049" w:type="dxa"/>
            <w:tcBorders>
              <w:top w:val="single" w:sz="4" w:space="0" w:color="DCE8E6"/>
              <w:left w:val="single" w:sz="4" w:space="0" w:color="DCE8E6"/>
              <w:bottom w:val="single" w:sz="4" w:space="0" w:color="DCE8E6"/>
              <w:right w:val="single" w:sz="4" w:space="0" w:color="DCE8E6"/>
            </w:tcBorders>
          </w:tcPr>
          <w:p w14:paraId="291C1DC9" w14:textId="77777777" w:rsidR="004D4A74" w:rsidRDefault="00AF1749">
            <w:pPr>
              <w:spacing w:after="0"/>
            </w:pPr>
            <w:r>
              <w:rPr>
                <w:sz w:val="13"/>
              </w:rPr>
              <w:t>1:20</w:t>
            </w:r>
          </w:p>
        </w:tc>
        <w:tc>
          <w:tcPr>
            <w:tcW w:w="1049" w:type="dxa"/>
            <w:tcBorders>
              <w:top w:val="single" w:sz="4" w:space="0" w:color="DCE8E6"/>
              <w:left w:val="single" w:sz="4" w:space="0" w:color="DCE8E6"/>
              <w:bottom w:val="single" w:sz="4" w:space="0" w:color="DCE8E6"/>
              <w:right w:val="single" w:sz="4" w:space="0" w:color="DCE8E6"/>
            </w:tcBorders>
          </w:tcPr>
          <w:p w14:paraId="36AF69BC" w14:textId="77777777" w:rsidR="004D4A74" w:rsidRDefault="00AF1749">
            <w:pPr>
              <w:spacing w:after="0"/>
            </w:pPr>
            <w:r>
              <w:rPr>
                <w:sz w:val="13"/>
              </w:rPr>
              <w:t>1:20</w:t>
            </w:r>
          </w:p>
        </w:tc>
        <w:tc>
          <w:tcPr>
            <w:tcW w:w="1049" w:type="dxa"/>
            <w:tcBorders>
              <w:top w:val="single" w:sz="4" w:space="0" w:color="DCE8E6"/>
              <w:left w:val="single" w:sz="4" w:space="0" w:color="DCE8E6"/>
              <w:bottom w:val="single" w:sz="4" w:space="0" w:color="DCE8E6"/>
              <w:right w:val="single" w:sz="4" w:space="0" w:color="DCE8E6"/>
            </w:tcBorders>
          </w:tcPr>
          <w:p w14:paraId="0278103E" w14:textId="77777777" w:rsidR="004D4A74" w:rsidRDefault="00AF1749">
            <w:pPr>
              <w:spacing w:after="0"/>
            </w:pPr>
            <w:r>
              <w:rPr>
                <w:sz w:val="13"/>
              </w:rPr>
              <w:t>1:20</w:t>
            </w:r>
          </w:p>
        </w:tc>
        <w:tc>
          <w:tcPr>
            <w:tcW w:w="1049" w:type="dxa"/>
            <w:tcBorders>
              <w:top w:val="single" w:sz="4" w:space="0" w:color="DCE8E6"/>
              <w:left w:val="single" w:sz="4" w:space="0" w:color="DCE8E6"/>
              <w:bottom w:val="single" w:sz="4" w:space="0" w:color="DCE8E6"/>
              <w:right w:val="single" w:sz="4" w:space="0" w:color="DCE8E6"/>
            </w:tcBorders>
          </w:tcPr>
          <w:p w14:paraId="5313BDD0" w14:textId="77777777" w:rsidR="004D4A74" w:rsidRDefault="00AF1749">
            <w:pPr>
              <w:spacing w:after="0"/>
            </w:pPr>
            <w:r>
              <w:rPr>
                <w:sz w:val="13"/>
              </w:rPr>
              <w:t>1:20</w:t>
            </w:r>
          </w:p>
        </w:tc>
        <w:tc>
          <w:tcPr>
            <w:tcW w:w="1049" w:type="dxa"/>
            <w:tcBorders>
              <w:top w:val="single" w:sz="4" w:space="0" w:color="DCE8E6"/>
              <w:left w:val="single" w:sz="4" w:space="0" w:color="DCE8E6"/>
              <w:bottom w:val="single" w:sz="4" w:space="0" w:color="DCE8E6"/>
              <w:right w:val="single" w:sz="4" w:space="0" w:color="DCE8E6"/>
            </w:tcBorders>
          </w:tcPr>
          <w:p w14:paraId="3765C39C" w14:textId="77777777" w:rsidR="004D4A74" w:rsidRDefault="00AF1749">
            <w:pPr>
              <w:spacing w:after="0"/>
            </w:pPr>
            <w:r>
              <w:rPr>
                <w:sz w:val="13"/>
              </w:rPr>
              <w:t>1:20</w:t>
            </w:r>
          </w:p>
        </w:tc>
      </w:tr>
    </w:tbl>
    <w:p w14:paraId="738F0E19" w14:textId="77777777" w:rsidR="004D4A74" w:rsidRDefault="004D4A74">
      <w:pPr>
        <w:spacing w:after="40"/>
      </w:pPr>
    </w:p>
    <w:tbl>
      <w:tblPr>
        <w:tblW w:w="0" w:type="auto"/>
        <w:jc w:val="center"/>
        <w:tblLook w:val="04A0" w:firstRow="1" w:lastRow="0" w:firstColumn="1" w:lastColumn="0" w:noHBand="0" w:noVBand="1"/>
      </w:tblPr>
      <w:tblGrid>
        <w:gridCol w:w="8787"/>
      </w:tblGrid>
      <w:tr w:rsidR="003202D9" w:rsidRPr="001E442B" w14:paraId="3435659D" w14:textId="77777777">
        <w:trPr>
          <w:jc w:val="center"/>
        </w:trPr>
        <w:tc>
          <w:tcPr>
            <w:tcW w:w="8787"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521CC16D" w14:textId="77777777" w:rsidR="003202D9" w:rsidRPr="003202D9" w:rsidRDefault="003202D9">
            <w:pPr>
              <w:spacing w:after="0"/>
              <w:rPr>
                <w:lang w:val="nl-NL"/>
              </w:rPr>
            </w:pPr>
            <w:r w:rsidRPr="003202D9">
              <w:rPr>
                <w:b/>
                <w:color w:val="00665C"/>
                <w:lang w:val="nl-NL"/>
              </w:rPr>
              <w:t>Extra faciliteiten</w:t>
            </w:r>
            <w:r w:rsidRPr="003202D9">
              <w:rPr>
                <w:b/>
                <w:color w:val="00665C"/>
                <w:lang w:val="nl-NL"/>
              </w:rPr>
              <w:br/>
            </w:r>
            <w:r w:rsidRPr="003202D9">
              <w:rPr>
                <w:sz w:val="17"/>
                <w:lang w:val="nl-NL"/>
              </w:rPr>
              <w:t>IKC De Singel beschikt over een bibliotheek, gymlokaal, peuteropvang en buitenschoolse opvang.</w:t>
            </w:r>
          </w:p>
        </w:tc>
      </w:tr>
    </w:tbl>
    <w:p w14:paraId="7F880AE7" w14:textId="77777777" w:rsidR="004D4A74" w:rsidRPr="003202D9" w:rsidRDefault="004D4A74">
      <w:pPr>
        <w:spacing w:after="40"/>
        <w:rPr>
          <w:lang w:val="nl-NL"/>
        </w:rPr>
      </w:pPr>
    </w:p>
    <w:p w14:paraId="21173C14" w14:textId="77777777" w:rsidR="004D4A74" w:rsidRPr="003202D9" w:rsidRDefault="00AF1749">
      <w:pPr>
        <w:rPr>
          <w:lang w:val="nl-NL"/>
        </w:rPr>
      </w:pPr>
      <w:r w:rsidRPr="003202D9">
        <w:rPr>
          <w:lang w:val="nl-NL"/>
        </w:rPr>
        <w:br w:type="page"/>
      </w:r>
    </w:p>
    <w:p w14:paraId="13687DFF" w14:textId="77777777" w:rsidR="004D4A74" w:rsidRDefault="00AF1749">
      <w:pPr>
        <w:pStyle w:val="Kop1"/>
      </w:pPr>
      <w:r>
        <w:rPr>
          <w:noProof/>
        </w:rPr>
        <w:lastRenderedPageBreak/>
        <w:drawing>
          <wp:inline distT="0" distB="0" distL="0" distR="0" wp14:anchorId="69C37EE9" wp14:editId="10342183">
            <wp:extent cx="222250" cy="281963"/>
            <wp:effectExtent l="0" t="0" r="635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a:stretch>
                      <a:fillRect/>
                    </a:stretch>
                  </pic:blipFill>
                  <pic:spPr>
                    <a:xfrm>
                      <a:off x="0" y="0"/>
                      <a:ext cx="227655" cy="288820"/>
                    </a:xfrm>
                    <a:prstGeom prst="rect">
                      <a:avLst/>
                    </a:prstGeom>
                  </pic:spPr>
                </pic:pic>
              </a:graphicData>
            </a:graphic>
          </wp:inline>
        </w:drawing>
      </w:r>
      <w:r>
        <w:t xml:space="preserve">  4. Team en organisatie</w:t>
      </w:r>
    </w:p>
    <w:p w14:paraId="2AB651FD" w14:textId="77777777" w:rsidR="004D4A74" w:rsidRDefault="00AF1749">
      <w:pPr>
        <w:jc w:val="center"/>
      </w:pPr>
      <w:r>
        <w:rPr>
          <w:noProof/>
        </w:rPr>
        <w:drawing>
          <wp:inline distT="0" distB="0" distL="0" distR="0" wp14:anchorId="7590CC22" wp14:editId="4EF43E12">
            <wp:extent cx="5940000" cy="33412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jpg"/>
                    <pic:cNvPicPr/>
                  </pic:nvPicPr>
                  <pic:blipFill>
                    <a:blip r:embed="rId18"/>
                    <a:stretch>
                      <a:fillRect/>
                    </a:stretch>
                  </pic:blipFill>
                  <pic:spPr>
                    <a:xfrm>
                      <a:off x="0" y="0"/>
                      <a:ext cx="5940000" cy="3341250"/>
                    </a:xfrm>
                    <a:prstGeom prst="rect">
                      <a:avLst/>
                    </a:prstGeom>
                  </pic:spPr>
                </pic:pic>
              </a:graphicData>
            </a:graphic>
          </wp:inline>
        </w:drawing>
      </w:r>
    </w:p>
    <w:p w14:paraId="2F743326" w14:textId="77777777" w:rsidR="004D4A74" w:rsidRDefault="00AF1749">
      <w:r w:rsidRPr="003202D9">
        <w:rPr>
          <w:lang w:val="nl-NL"/>
        </w:rPr>
        <w:t xml:space="preserve">Het team van IKC De Singel bestaat uit leerkrachten, pedagogisch medewerkers, specialisten, ondersteuners, vakleerkrachten en directie. </w:t>
      </w:r>
      <w:proofErr w:type="spellStart"/>
      <w:r>
        <w:t>Hieronder</w:t>
      </w:r>
      <w:proofErr w:type="spellEnd"/>
      <w:r>
        <w:t xml:space="preserve"> </w:t>
      </w:r>
      <w:proofErr w:type="spellStart"/>
      <w:r>
        <w:t>staat</w:t>
      </w:r>
      <w:proofErr w:type="spellEnd"/>
      <w:r>
        <w:t xml:space="preserve"> de </w:t>
      </w:r>
      <w:proofErr w:type="spellStart"/>
      <w:r>
        <w:t>groepsverdeling</w:t>
      </w:r>
      <w:proofErr w:type="spellEnd"/>
      <w:r>
        <w:t xml:space="preserve"> voor schooljaar 2026-2027.</w:t>
      </w:r>
    </w:p>
    <w:tbl>
      <w:tblPr>
        <w:tblW w:w="0" w:type="auto"/>
        <w:jc w:val="center"/>
        <w:tblLook w:val="04A0" w:firstRow="1" w:lastRow="0" w:firstColumn="1" w:lastColumn="0" w:noHBand="0" w:noVBand="1"/>
      </w:tblPr>
      <w:tblGrid>
        <w:gridCol w:w="3118"/>
        <w:gridCol w:w="6236"/>
      </w:tblGrid>
      <w:tr w:rsidR="004D4A74" w14:paraId="215235D7" w14:textId="77777777" w:rsidTr="4A780B1C">
        <w:trPr>
          <w:tblHeade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00665C"/>
          </w:tcPr>
          <w:p w14:paraId="17DB0349" w14:textId="77777777" w:rsidR="004D4A74" w:rsidRDefault="00AF1749">
            <w:pPr>
              <w:spacing w:after="0"/>
            </w:pPr>
            <w:r>
              <w:rPr>
                <w:b/>
                <w:color w:val="FFFFFF"/>
                <w:sz w:val="16"/>
              </w:rPr>
              <w:t>Groep / functie</w:t>
            </w:r>
          </w:p>
        </w:tc>
        <w:tc>
          <w:tcPr>
            <w:tcW w:w="6236" w:type="dxa"/>
            <w:tcBorders>
              <w:top w:val="single" w:sz="4" w:space="0" w:color="DCE8E6"/>
              <w:left w:val="single" w:sz="4" w:space="0" w:color="DCE8E6"/>
              <w:bottom w:val="single" w:sz="4" w:space="0" w:color="DCE8E6"/>
              <w:right w:val="single" w:sz="4" w:space="0" w:color="DCE8E6"/>
            </w:tcBorders>
            <w:shd w:val="clear" w:color="auto" w:fill="00665C"/>
          </w:tcPr>
          <w:p w14:paraId="4819D020" w14:textId="77777777" w:rsidR="004D4A74" w:rsidRDefault="00AF1749">
            <w:pPr>
              <w:spacing w:after="0"/>
            </w:pPr>
            <w:r>
              <w:rPr>
                <w:b/>
                <w:color w:val="FFFFFF"/>
                <w:sz w:val="16"/>
              </w:rPr>
              <w:t>Medewerkers</w:t>
            </w:r>
          </w:p>
        </w:tc>
      </w:tr>
      <w:tr w:rsidR="004D4A74" w14:paraId="6C1FCFF0"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69E84741" w14:textId="77777777" w:rsidR="004D4A74" w:rsidRDefault="00AF1749">
            <w:pPr>
              <w:spacing w:after="0"/>
            </w:pPr>
            <w:r>
              <w:rPr>
                <w:b/>
                <w:sz w:val="16"/>
              </w:rPr>
              <w:t>Peuters - Vlinders</w:t>
            </w:r>
          </w:p>
        </w:tc>
        <w:tc>
          <w:tcPr>
            <w:tcW w:w="6236" w:type="dxa"/>
            <w:tcBorders>
              <w:top w:val="single" w:sz="4" w:space="0" w:color="DCE8E6"/>
              <w:left w:val="single" w:sz="4" w:space="0" w:color="DCE8E6"/>
              <w:bottom w:val="single" w:sz="4" w:space="0" w:color="DCE8E6"/>
              <w:right w:val="single" w:sz="4" w:space="0" w:color="DCE8E6"/>
            </w:tcBorders>
          </w:tcPr>
          <w:p w14:paraId="0F0273C4" w14:textId="77777777" w:rsidR="004D4A74" w:rsidRDefault="643C3792">
            <w:pPr>
              <w:spacing w:after="0"/>
            </w:pPr>
            <w:r w:rsidRPr="4A780B1C">
              <w:rPr>
                <w:sz w:val="16"/>
                <w:szCs w:val="16"/>
              </w:rPr>
              <w:t>J</w:t>
            </w:r>
            <w:r w:rsidR="2AD83BDF" w:rsidRPr="4A780B1C">
              <w:rPr>
                <w:sz w:val="16"/>
                <w:szCs w:val="16"/>
              </w:rPr>
              <w:t xml:space="preserve">uf Denise en </w:t>
            </w:r>
            <w:r w:rsidR="70DD123C" w:rsidRPr="4A780B1C">
              <w:rPr>
                <w:sz w:val="16"/>
                <w:szCs w:val="16"/>
              </w:rPr>
              <w:t>J</w:t>
            </w:r>
            <w:r w:rsidR="2AD83BDF" w:rsidRPr="4A780B1C">
              <w:rPr>
                <w:sz w:val="16"/>
                <w:szCs w:val="16"/>
              </w:rPr>
              <w:t>uf Tatjana</w:t>
            </w:r>
          </w:p>
        </w:tc>
      </w:tr>
      <w:tr w:rsidR="004D4A74" w:rsidRPr="002C3CAA" w14:paraId="3A85B1A4"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1B790AB3" w14:textId="77777777" w:rsidR="004D4A74" w:rsidRDefault="00AF1749">
            <w:pPr>
              <w:spacing w:after="0"/>
            </w:pPr>
            <w:r>
              <w:rPr>
                <w:b/>
                <w:sz w:val="16"/>
              </w:rPr>
              <w:t>Groep 1/2A - Kikkers</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0D9C26B5" w14:textId="1250BDB9" w:rsidR="004D4A74" w:rsidRPr="002C3CAA" w:rsidRDefault="2D1D283B">
            <w:pPr>
              <w:spacing w:after="0"/>
              <w:rPr>
                <w:lang w:val="nl-NL"/>
              </w:rPr>
            </w:pPr>
            <w:r w:rsidRPr="4A780B1C">
              <w:rPr>
                <w:sz w:val="16"/>
                <w:szCs w:val="16"/>
                <w:lang w:val="nl-NL"/>
              </w:rPr>
              <w:t>J</w:t>
            </w:r>
            <w:r w:rsidR="2AD83BDF" w:rsidRPr="4A780B1C">
              <w:rPr>
                <w:sz w:val="16"/>
                <w:szCs w:val="16"/>
                <w:lang w:val="nl-NL"/>
              </w:rPr>
              <w:t xml:space="preserve">uf Rianne </w:t>
            </w:r>
          </w:p>
        </w:tc>
      </w:tr>
      <w:tr w:rsidR="004D4A74" w:rsidRPr="001E442B" w14:paraId="5AA91628"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35FCA9C9" w14:textId="77777777" w:rsidR="004D4A74" w:rsidRDefault="00AF1749">
            <w:pPr>
              <w:spacing w:after="0"/>
            </w:pPr>
            <w:r>
              <w:rPr>
                <w:b/>
                <w:sz w:val="16"/>
              </w:rPr>
              <w:t xml:space="preserve">Groep 1/2B - </w:t>
            </w:r>
            <w:proofErr w:type="spellStart"/>
            <w:r>
              <w:rPr>
                <w:b/>
                <w:sz w:val="16"/>
              </w:rPr>
              <w:t>Vissen</w:t>
            </w:r>
            <w:proofErr w:type="spellEnd"/>
          </w:p>
        </w:tc>
        <w:tc>
          <w:tcPr>
            <w:tcW w:w="6236" w:type="dxa"/>
            <w:tcBorders>
              <w:top w:val="single" w:sz="4" w:space="0" w:color="DCE8E6"/>
              <w:left w:val="single" w:sz="4" w:space="0" w:color="DCE8E6"/>
              <w:bottom w:val="single" w:sz="4" w:space="0" w:color="DCE8E6"/>
              <w:right w:val="single" w:sz="4" w:space="0" w:color="DCE8E6"/>
            </w:tcBorders>
          </w:tcPr>
          <w:p w14:paraId="390A4941" w14:textId="7D233D08" w:rsidR="004D4A74" w:rsidRPr="003202D9" w:rsidRDefault="31FB08B2">
            <w:pPr>
              <w:spacing w:after="0"/>
              <w:rPr>
                <w:lang w:val="nl-NL"/>
              </w:rPr>
            </w:pPr>
            <w:r w:rsidRPr="4A780B1C">
              <w:rPr>
                <w:sz w:val="16"/>
                <w:szCs w:val="16"/>
                <w:lang w:val="nl-NL"/>
              </w:rPr>
              <w:t>M</w:t>
            </w:r>
            <w:r w:rsidR="13952E79" w:rsidRPr="4A780B1C">
              <w:rPr>
                <w:sz w:val="16"/>
                <w:szCs w:val="16"/>
                <w:lang w:val="nl-NL"/>
              </w:rPr>
              <w:t xml:space="preserve">eester Rens </w:t>
            </w:r>
          </w:p>
        </w:tc>
      </w:tr>
      <w:tr w:rsidR="004D4A74" w:rsidRPr="001E442B" w14:paraId="084718D6"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23C3EAAE" w14:textId="77777777" w:rsidR="004D4A74" w:rsidRDefault="00AF1749">
            <w:pPr>
              <w:spacing w:after="0"/>
            </w:pPr>
            <w:r>
              <w:rPr>
                <w:b/>
                <w:sz w:val="16"/>
              </w:rPr>
              <w:t>Groep 3</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2E0EC923" w14:textId="30E3C66D" w:rsidR="004D4A74" w:rsidRPr="001E442B" w:rsidRDefault="001E442B">
            <w:pPr>
              <w:spacing w:after="0"/>
              <w:rPr>
                <w:lang w:val="nl-NL"/>
              </w:rPr>
            </w:pPr>
            <w:r>
              <w:rPr>
                <w:sz w:val="16"/>
                <w:szCs w:val="16"/>
                <w:lang w:val="nl-NL"/>
              </w:rPr>
              <w:t>J</w:t>
            </w:r>
            <w:r w:rsidR="4E821B3E" w:rsidRPr="001E442B">
              <w:rPr>
                <w:sz w:val="16"/>
                <w:szCs w:val="16"/>
                <w:lang w:val="nl-NL"/>
              </w:rPr>
              <w:t>uf Bianca</w:t>
            </w:r>
            <w:r>
              <w:rPr>
                <w:sz w:val="16"/>
                <w:szCs w:val="16"/>
                <w:lang w:val="nl-NL"/>
              </w:rPr>
              <w:t xml:space="preserve"> en Juf Suzanne </w:t>
            </w:r>
          </w:p>
        </w:tc>
      </w:tr>
      <w:tr w:rsidR="004D4A74" w14:paraId="42EA0299"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2A908A68" w14:textId="77777777" w:rsidR="004D4A74" w:rsidRDefault="00AF1749">
            <w:pPr>
              <w:spacing w:after="0"/>
            </w:pPr>
            <w:r>
              <w:rPr>
                <w:b/>
                <w:sz w:val="16"/>
              </w:rPr>
              <w:t>Groep 4</w:t>
            </w:r>
          </w:p>
        </w:tc>
        <w:tc>
          <w:tcPr>
            <w:tcW w:w="6236" w:type="dxa"/>
            <w:tcBorders>
              <w:top w:val="single" w:sz="4" w:space="0" w:color="DCE8E6"/>
              <w:left w:val="single" w:sz="4" w:space="0" w:color="DCE8E6"/>
              <w:bottom w:val="single" w:sz="4" w:space="0" w:color="DCE8E6"/>
              <w:right w:val="single" w:sz="4" w:space="0" w:color="DCE8E6"/>
            </w:tcBorders>
          </w:tcPr>
          <w:p w14:paraId="061A8842" w14:textId="77777777" w:rsidR="004D4A74" w:rsidRDefault="13FDCE3D">
            <w:pPr>
              <w:spacing w:after="0"/>
            </w:pPr>
            <w:r w:rsidRPr="4A780B1C">
              <w:rPr>
                <w:sz w:val="16"/>
                <w:szCs w:val="16"/>
              </w:rPr>
              <w:t>M</w:t>
            </w:r>
            <w:r w:rsidR="2AD83BDF" w:rsidRPr="4A780B1C">
              <w:rPr>
                <w:sz w:val="16"/>
                <w:szCs w:val="16"/>
              </w:rPr>
              <w:t>eester Richard</w:t>
            </w:r>
          </w:p>
        </w:tc>
      </w:tr>
      <w:tr w:rsidR="004D4A74" w:rsidRPr="001E442B" w14:paraId="7B730161"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26729162" w14:textId="77777777" w:rsidR="004D4A74" w:rsidRDefault="00AF1749">
            <w:pPr>
              <w:spacing w:after="0"/>
            </w:pPr>
            <w:r>
              <w:rPr>
                <w:b/>
                <w:sz w:val="16"/>
              </w:rPr>
              <w:t>Groep 5</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1440225D" w14:textId="5BF57D98" w:rsidR="004D4A74" w:rsidRPr="001E442B" w:rsidRDefault="01F53D2C">
            <w:pPr>
              <w:spacing w:after="0"/>
              <w:rPr>
                <w:lang w:val="nl-NL"/>
              </w:rPr>
            </w:pPr>
            <w:r w:rsidRPr="001E442B">
              <w:rPr>
                <w:sz w:val="16"/>
                <w:szCs w:val="16"/>
                <w:lang w:val="nl-NL"/>
              </w:rPr>
              <w:t>J</w:t>
            </w:r>
            <w:r w:rsidR="2AD83BDF" w:rsidRPr="001E442B">
              <w:rPr>
                <w:sz w:val="16"/>
                <w:szCs w:val="16"/>
                <w:lang w:val="nl-NL"/>
              </w:rPr>
              <w:t>uf</w:t>
            </w:r>
            <w:r w:rsidR="001E442B">
              <w:rPr>
                <w:sz w:val="16"/>
                <w:szCs w:val="16"/>
                <w:lang w:val="nl-NL"/>
              </w:rPr>
              <w:t xml:space="preserve"> Marlies </w:t>
            </w:r>
          </w:p>
        </w:tc>
      </w:tr>
      <w:tr w:rsidR="004D4A74" w:rsidRPr="001E442B" w14:paraId="2CE9A0EF"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0608DDE7" w14:textId="77777777" w:rsidR="004D4A74" w:rsidRDefault="00AF1749">
            <w:pPr>
              <w:spacing w:after="0"/>
            </w:pPr>
            <w:r>
              <w:rPr>
                <w:b/>
                <w:sz w:val="16"/>
              </w:rPr>
              <w:t>Groep 6</w:t>
            </w:r>
          </w:p>
        </w:tc>
        <w:tc>
          <w:tcPr>
            <w:tcW w:w="6236" w:type="dxa"/>
            <w:tcBorders>
              <w:top w:val="single" w:sz="4" w:space="0" w:color="DCE8E6"/>
              <w:left w:val="single" w:sz="4" w:space="0" w:color="DCE8E6"/>
              <w:bottom w:val="single" w:sz="4" w:space="0" w:color="DCE8E6"/>
              <w:right w:val="single" w:sz="4" w:space="0" w:color="DCE8E6"/>
            </w:tcBorders>
          </w:tcPr>
          <w:p w14:paraId="1D359D8B" w14:textId="77777777" w:rsidR="004D4A74" w:rsidRPr="001E442B" w:rsidRDefault="45BFF60A">
            <w:pPr>
              <w:spacing w:after="0"/>
              <w:rPr>
                <w:lang w:val="nl-NL"/>
              </w:rPr>
            </w:pPr>
            <w:r w:rsidRPr="001E442B">
              <w:rPr>
                <w:sz w:val="16"/>
                <w:szCs w:val="16"/>
                <w:lang w:val="nl-NL"/>
              </w:rPr>
              <w:t>J</w:t>
            </w:r>
            <w:r w:rsidR="2AD83BDF" w:rsidRPr="001E442B">
              <w:rPr>
                <w:sz w:val="16"/>
                <w:szCs w:val="16"/>
                <w:lang w:val="nl-NL"/>
              </w:rPr>
              <w:t xml:space="preserve">uf </w:t>
            </w:r>
            <w:proofErr w:type="spellStart"/>
            <w:r w:rsidR="22435DAE" w:rsidRPr="001E442B">
              <w:rPr>
                <w:sz w:val="16"/>
                <w:szCs w:val="16"/>
                <w:lang w:val="nl-NL"/>
              </w:rPr>
              <w:t>Phae</w:t>
            </w:r>
            <w:proofErr w:type="spellEnd"/>
            <w:r w:rsidR="2AD83BDF" w:rsidRPr="001E442B">
              <w:rPr>
                <w:sz w:val="16"/>
                <w:szCs w:val="16"/>
                <w:lang w:val="nl-NL"/>
              </w:rPr>
              <w:t xml:space="preserve"> en </w:t>
            </w:r>
            <w:r w:rsidR="098139B9" w:rsidRPr="001E442B">
              <w:rPr>
                <w:sz w:val="16"/>
                <w:szCs w:val="16"/>
                <w:lang w:val="nl-NL"/>
              </w:rPr>
              <w:t>J</w:t>
            </w:r>
            <w:r w:rsidR="2AD83BDF" w:rsidRPr="001E442B">
              <w:rPr>
                <w:sz w:val="16"/>
                <w:szCs w:val="16"/>
                <w:lang w:val="nl-NL"/>
              </w:rPr>
              <w:t>uf Marja</w:t>
            </w:r>
          </w:p>
        </w:tc>
      </w:tr>
      <w:tr w:rsidR="004D4A74" w14:paraId="17B953A8"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19CFB696" w14:textId="77777777" w:rsidR="004D4A74" w:rsidRDefault="00AF1749">
            <w:pPr>
              <w:spacing w:after="0"/>
            </w:pPr>
            <w:r>
              <w:rPr>
                <w:b/>
                <w:sz w:val="16"/>
              </w:rPr>
              <w:t>Groep 7</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509C5017" w14:textId="77777777" w:rsidR="004D4A74" w:rsidRDefault="1D32524D">
            <w:pPr>
              <w:spacing w:after="0"/>
            </w:pPr>
            <w:r w:rsidRPr="4A780B1C">
              <w:rPr>
                <w:sz w:val="16"/>
                <w:szCs w:val="16"/>
              </w:rPr>
              <w:t>M</w:t>
            </w:r>
            <w:r w:rsidR="2AD83BDF" w:rsidRPr="4A780B1C">
              <w:rPr>
                <w:sz w:val="16"/>
                <w:szCs w:val="16"/>
              </w:rPr>
              <w:t>eester Merijn</w:t>
            </w:r>
          </w:p>
        </w:tc>
      </w:tr>
      <w:tr w:rsidR="004D4A74" w:rsidRPr="001E442B" w14:paraId="7A0D6175"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3BCB0A94" w14:textId="77777777" w:rsidR="004D4A74" w:rsidRDefault="00AF1749">
            <w:pPr>
              <w:spacing w:after="0"/>
            </w:pPr>
            <w:r>
              <w:rPr>
                <w:b/>
                <w:sz w:val="16"/>
              </w:rPr>
              <w:t>Groep 8</w:t>
            </w:r>
          </w:p>
        </w:tc>
        <w:tc>
          <w:tcPr>
            <w:tcW w:w="6236" w:type="dxa"/>
            <w:tcBorders>
              <w:top w:val="single" w:sz="4" w:space="0" w:color="DCE8E6"/>
              <w:left w:val="single" w:sz="4" w:space="0" w:color="DCE8E6"/>
              <w:bottom w:val="single" w:sz="4" w:space="0" w:color="DCE8E6"/>
              <w:right w:val="single" w:sz="4" w:space="0" w:color="DCE8E6"/>
            </w:tcBorders>
          </w:tcPr>
          <w:p w14:paraId="7761B298" w14:textId="33091AB1" w:rsidR="004D4A74" w:rsidRPr="001E442B" w:rsidRDefault="0848B258">
            <w:pPr>
              <w:spacing w:after="0"/>
              <w:rPr>
                <w:lang w:val="nl-NL"/>
              </w:rPr>
            </w:pPr>
            <w:r w:rsidRPr="001E442B">
              <w:rPr>
                <w:sz w:val="16"/>
                <w:szCs w:val="16"/>
                <w:lang w:val="nl-NL"/>
              </w:rPr>
              <w:t>J</w:t>
            </w:r>
            <w:r w:rsidR="2AD83BDF" w:rsidRPr="001E442B">
              <w:rPr>
                <w:sz w:val="16"/>
                <w:szCs w:val="16"/>
                <w:lang w:val="nl-NL"/>
              </w:rPr>
              <w:t>u</w:t>
            </w:r>
            <w:r w:rsidR="001E442B">
              <w:rPr>
                <w:sz w:val="16"/>
                <w:szCs w:val="16"/>
                <w:lang w:val="nl-NL"/>
              </w:rPr>
              <w:t xml:space="preserve">f Natasja </w:t>
            </w:r>
          </w:p>
        </w:tc>
      </w:tr>
      <w:tr w:rsidR="004D4A74" w:rsidRPr="001E442B" w14:paraId="6321CB3F"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6E60C99A" w14:textId="77777777" w:rsidR="004D4A74" w:rsidRDefault="00AF1749">
            <w:pPr>
              <w:spacing w:after="0"/>
            </w:pPr>
            <w:r>
              <w:rPr>
                <w:b/>
                <w:sz w:val="16"/>
              </w:rPr>
              <w:t>BSO</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1222FBC7" w14:textId="64A3A9B8" w:rsidR="004D4A74" w:rsidRPr="001E442B" w:rsidRDefault="49B947F0">
            <w:pPr>
              <w:spacing w:after="0"/>
            </w:pPr>
            <w:proofErr w:type="spellStart"/>
            <w:r w:rsidRPr="001E442B">
              <w:rPr>
                <w:sz w:val="16"/>
                <w:szCs w:val="16"/>
              </w:rPr>
              <w:t>J</w:t>
            </w:r>
            <w:r w:rsidR="2AD83BDF" w:rsidRPr="001E442B">
              <w:rPr>
                <w:sz w:val="16"/>
                <w:szCs w:val="16"/>
              </w:rPr>
              <w:t>uf</w:t>
            </w:r>
            <w:proofErr w:type="spellEnd"/>
            <w:r w:rsidRPr="001E442B">
              <w:rPr>
                <w:sz w:val="16"/>
                <w:szCs w:val="16"/>
              </w:rPr>
              <w:t xml:space="preserve"> J</w:t>
            </w:r>
            <w:r w:rsidR="2AD83BDF" w:rsidRPr="001E442B">
              <w:rPr>
                <w:sz w:val="16"/>
                <w:szCs w:val="16"/>
              </w:rPr>
              <w:t>ermaine</w:t>
            </w:r>
            <w:r w:rsidR="0379DCC9" w:rsidRPr="001E442B">
              <w:rPr>
                <w:sz w:val="16"/>
                <w:szCs w:val="16"/>
              </w:rPr>
              <w:t xml:space="preserve">, </w:t>
            </w:r>
            <w:proofErr w:type="spellStart"/>
            <w:r w:rsidR="001E442B" w:rsidRPr="001E442B">
              <w:rPr>
                <w:sz w:val="16"/>
                <w:szCs w:val="16"/>
              </w:rPr>
              <w:t>J</w:t>
            </w:r>
            <w:r w:rsidR="0379DCC9" w:rsidRPr="001E442B">
              <w:rPr>
                <w:sz w:val="16"/>
                <w:szCs w:val="16"/>
              </w:rPr>
              <w:t>uf</w:t>
            </w:r>
            <w:proofErr w:type="spellEnd"/>
            <w:r w:rsidR="0379DCC9" w:rsidRPr="001E442B">
              <w:rPr>
                <w:sz w:val="16"/>
                <w:szCs w:val="16"/>
              </w:rPr>
              <w:t xml:space="preserve"> Denise</w:t>
            </w:r>
            <w:r w:rsidR="001E442B" w:rsidRPr="001E442B">
              <w:rPr>
                <w:sz w:val="16"/>
                <w:szCs w:val="16"/>
              </w:rPr>
              <w:t xml:space="preserve">, </w:t>
            </w:r>
            <w:proofErr w:type="spellStart"/>
            <w:r w:rsidR="001E442B" w:rsidRPr="001E442B">
              <w:rPr>
                <w:sz w:val="16"/>
                <w:szCs w:val="16"/>
              </w:rPr>
              <w:t>J</w:t>
            </w:r>
            <w:r w:rsidR="0379DCC9" w:rsidRPr="001E442B">
              <w:rPr>
                <w:sz w:val="16"/>
                <w:szCs w:val="16"/>
              </w:rPr>
              <w:t>uf</w:t>
            </w:r>
            <w:proofErr w:type="spellEnd"/>
            <w:r w:rsidR="0379DCC9" w:rsidRPr="001E442B">
              <w:rPr>
                <w:sz w:val="16"/>
                <w:szCs w:val="16"/>
              </w:rPr>
              <w:t xml:space="preserve"> Tessa</w:t>
            </w:r>
          </w:p>
        </w:tc>
      </w:tr>
      <w:tr w:rsidR="004D4A74" w14:paraId="32DCA847"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227F1471" w14:textId="77777777" w:rsidR="004D4A74" w:rsidRDefault="00AF1749">
            <w:pPr>
              <w:spacing w:after="0"/>
            </w:pPr>
            <w:proofErr w:type="spellStart"/>
            <w:r>
              <w:rPr>
                <w:b/>
                <w:sz w:val="16"/>
              </w:rPr>
              <w:t>Talentontwikkeling</w:t>
            </w:r>
            <w:proofErr w:type="spellEnd"/>
          </w:p>
        </w:tc>
        <w:tc>
          <w:tcPr>
            <w:tcW w:w="6236" w:type="dxa"/>
            <w:tcBorders>
              <w:top w:val="single" w:sz="4" w:space="0" w:color="DCE8E6"/>
              <w:left w:val="single" w:sz="4" w:space="0" w:color="DCE8E6"/>
              <w:bottom w:val="single" w:sz="4" w:space="0" w:color="DCE8E6"/>
              <w:right w:val="single" w:sz="4" w:space="0" w:color="DCE8E6"/>
            </w:tcBorders>
          </w:tcPr>
          <w:p w14:paraId="004003C1" w14:textId="77777777" w:rsidR="004D4A74" w:rsidRDefault="7EE9BDFB">
            <w:pPr>
              <w:spacing w:after="0"/>
            </w:pPr>
            <w:r w:rsidRPr="4A780B1C">
              <w:rPr>
                <w:sz w:val="16"/>
                <w:szCs w:val="16"/>
              </w:rPr>
              <w:t>M</w:t>
            </w:r>
            <w:r w:rsidR="2AD83BDF" w:rsidRPr="4A780B1C">
              <w:rPr>
                <w:sz w:val="16"/>
                <w:szCs w:val="16"/>
              </w:rPr>
              <w:t xml:space="preserve">eester Raymond </w:t>
            </w:r>
          </w:p>
        </w:tc>
      </w:tr>
      <w:tr w:rsidR="004D4A74" w14:paraId="61CFD4FD"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5630893B" w14:textId="77777777" w:rsidR="004D4A74" w:rsidRDefault="00AF1749">
            <w:pPr>
              <w:spacing w:after="0"/>
            </w:pPr>
            <w:r>
              <w:rPr>
                <w:b/>
                <w:sz w:val="16"/>
              </w:rPr>
              <w:t>Remedial teaching</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1F0D71B4" w14:textId="77777777" w:rsidR="004D4A74" w:rsidRDefault="0DA94E0A">
            <w:pPr>
              <w:spacing w:after="0"/>
            </w:pPr>
            <w:r w:rsidRPr="4A780B1C">
              <w:rPr>
                <w:sz w:val="16"/>
                <w:szCs w:val="16"/>
              </w:rPr>
              <w:t>J</w:t>
            </w:r>
            <w:r w:rsidR="2AD83BDF" w:rsidRPr="4A780B1C">
              <w:rPr>
                <w:sz w:val="16"/>
                <w:szCs w:val="16"/>
              </w:rPr>
              <w:t>uf Connie</w:t>
            </w:r>
          </w:p>
        </w:tc>
      </w:tr>
      <w:tr w:rsidR="004D4A74" w14:paraId="4C54B669"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7D2ADC80" w14:textId="77777777" w:rsidR="004D4A74" w:rsidRDefault="2AD83BDF" w:rsidP="4A780B1C">
            <w:pPr>
              <w:spacing w:after="0"/>
              <w:rPr>
                <w:b/>
                <w:bCs/>
                <w:sz w:val="16"/>
                <w:szCs w:val="16"/>
              </w:rPr>
            </w:pPr>
            <w:r w:rsidRPr="4A780B1C">
              <w:rPr>
                <w:b/>
                <w:bCs/>
                <w:sz w:val="16"/>
                <w:szCs w:val="16"/>
              </w:rPr>
              <w:t xml:space="preserve">Schoolopleider </w:t>
            </w:r>
          </w:p>
        </w:tc>
        <w:tc>
          <w:tcPr>
            <w:tcW w:w="6236" w:type="dxa"/>
            <w:tcBorders>
              <w:top w:val="single" w:sz="4" w:space="0" w:color="DCE8E6"/>
              <w:left w:val="single" w:sz="4" w:space="0" w:color="DCE8E6"/>
              <w:bottom w:val="single" w:sz="4" w:space="0" w:color="DCE8E6"/>
              <w:right w:val="single" w:sz="4" w:space="0" w:color="DCE8E6"/>
            </w:tcBorders>
          </w:tcPr>
          <w:p w14:paraId="705A1E99" w14:textId="77777777" w:rsidR="004D4A74" w:rsidRDefault="2DD04803">
            <w:pPr>
              <w:spacing w:after="0"/>
            </w:pPr>
            <w:r w:rsidRPr="4A780B1C">
              <w:rPr>
                <w:sz w:val="16"/>
                <w:szCs w:val="16"/>
              </w:rPr>
              <w:t>J</w:t>
            </w:r>
            <w:r w:rsidR="2AD83BDF" w:rsidRPr="4A780B1C">
              <w:rPr>
                <w:sz w:val="16"/>
                <w:szCs w:val="16"/>
              </w:rPr>
              <w:t xml:space="preserve">uf </w:t>
            </w:r>
            <w:r w:rsidR="05C80459" w:rsidRPr="4A780B1C">
              <w:rPr>
                <w:sz w:val="16"/>
                <w:szCs w:val="16"/>
              </w:rPr>
              <w:t xml:space="preserve"> Yeliz</w:t>
            </w:r>
          </w:p>
        </w:tc>
      </w:tr>
      <w:tr w:rsidR="4A780B1C" w14:paraId="756100EE" w14:textId="77777777" w:rsidTr="4A780B1C">
        <w:trPr>
          <w:trHeight w:val="300"/>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68E6CA76" w14:textId="77777777" w:rsidR="05C80459" w:rsidRDefault="05C80459" w:rsidP="4A780B1C">
            <w:r w:rsidRPr="4A780B1C">
              <w:rPr>
                <w:b/>
                <w:bCs/>
                <w:sz w:val="16"/>
                <w:szCs w:val="16"/>
              </w:rPr>
              <w:t>Coachmaatje</w:t>
            </w:r>
          </w:p>
        </w:tc>
        <w:tc>
          <w:tcPr>
            <w:tcW w:w="6236" w:type="dxa"/>
            <w:tcBorders>
              <w:top w:val="single" w:sz="4" w:space="0" w:color="DCE8E6"/>
              <w:left w:val="single" w:sz="4" w:space="0" w:color="DCE8E6"/>
              <w:bottom w:val="single" w:sz="4" w:space="0" w:color="DCE8E6"/>
              <w:right w:val="single" w:sz="4" w:space="0" w:color="DCE8E6"/>
            </w:tcBorders>
          </w:tcPr>
          <w:p w14:paraId="78F1F56B" w14:textId="77777777" w:rsidR="05C80459" w:rsidRDefault="05C80459" w:rsidP="4A780B1C">
            <w:r w:rsidRPr="4A780B1C">
              <w:rPr>
                <w:sz w:val="16"/>
                <w:szCs w:val="16"/>
              </w:rPr>
              <w:t>Juf Jemaine</w:t>
            </w:r>
          </w:p>
        </w:tc>
      </w:tr>
      <w:tr w:rsidR="004D4A74" w:rsidRPr="001E442B" w14:paraId="7E8556FE"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256D9C6E" w14:textId="77777777" w:rsidR="004D4A74" w:rsidRDefault="00AF1749">
            <w:pPr>
              <w:spacing w:after="0"/>
            </w:pPr>
            <w:r>
              <w:rPr>
                <w:b/>
                <w:sz w:val="16"/>
              </w:rPr>
              <w:t>Conciërge</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7916E613" w14:textId="77777777" w:rsidR="004D4A74" w:rsidRPr="001E442B" w:rsidRDefault="5F2E4B6F">
            <w:pPr>
              <w:spacing w:after="0"/>
              <w:rPr>
                <w:lang w:val="nl-NL"/>
              </w:rPr>
            </w:pPr>
            <w:r w:rsidRPr="001E442B">
              <w:rPr>
                <w:sz w:val="16"/>
                <w:szCs w:val="16"/>
                <w:lang w:val="nl-NL"/>
              </w:rPr>
              <w:t>J</w:t>
            </w:r>
            <w:r w:rsidR="2AD83BDF" w:rsidRPr="001E442B">
              <w:rPr>
                <w:sz w:val="16"/>
                <w:szCs w:val="16"/>
                <w:lang w:val="nl-NL"/>
              </w:rPr>
              <w:t xml:space="preserve">uf Tessa en </w:t>
            </w:r>
            <w:r w:rsidR="3F893E31" w:rsidRPr="001E442B">
              <w:rPr>
                <w:sz w:val="16"/>
                <w:szCs w:val="16"/>
                <w:lang w:val="nl-NL"/>
              </w:rPr>
              <w:t>M</w:t>
            </w:r>
            <w:r w:rsidR="2AD83BDF" w:rsidRPr="001E442B">
              <w:rPr>
                <w:sz w:val="16"/>
                <w:szCs w:val="16"/>
                <w:lang w:val="nl-NL"/>
              </w:rPr>
              <w:t>eester Ricardo</w:t>
            </w:r>
          </w:p>
        </w:tc>
      </w:tr>
      <w:tr w:rsidR="004D4A74" w14:paraId="0181DB68"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5C674449" w14:textId="77777777" w:rsidR="004D4A74" w:rsidRDefault="2AD83BDF" w:rsidP="4A780B1C">
            <w:pPr>
              <w:spacing w:after="0"/>
              <w:rPr>
                <w:b/>
                <w:bCs/>
                <w:sz w:val="16"/>
                <w:szCs w:val="16"/>
              </w:rPr>
            </w:pPr>
            <w:proofErr w:type="spellStart"/>
            <w:r w:rsidRPr="4A780B1C">
              <w:rPr>
                <w:b/>
                <w:bCs/>
                <w:sz w:val="16"/>
                <w:szCs w:val="16"/>
              </w:rPr>
              <w:t>Kwaliteitscoördinator</w:t>
            </w:r>
            <w:proofErr w:type="spellEnd"/>
            <w:r w:rsidRPr="4A780B1C">
              <w:rPr>
                <w:b/>
                <w:bCs/>
                <w:sz w:val="16"/>
                <w:szCs w:val="16"/>
              </w:rPr>
              <w:t xml:space="preserve"> </w:t>
            </w:r>
          </w:p>
        </w:tc>
        <w:tc>
          <w:tcPr>
            <w:tcW w:w="6236" w:type="dxa"/>
            <w:tcBorders>
              <w:top w:val="single" w:sz="4" w:space="0" w:color="DCE8E6"/>
              <w:left w:val="single" w:sz="4" w:space="0" w:color="DCE8E6"/>
              <w:bottom w:val="single" w:sz="4" w:space="0" w:color="DCE8E6"/>
              <w:right w:val="single" w:sz="4" w:space="0" w:color="DCE8E6"/>
            </w:tcBorders>
          </w:tcPr>
          <w:p w14:paraId="00B381A9" w14:textId="77777777" w:rsidR="004D4A74" w:rsidRDefault="76F58A5C">
            <w:pPr>
              <w:spacing w:after="0"/>
            </w:pPr>
            <w:r w:rsidRPr="4A780B1C">
              <w:rPr>
                <w:sz w:val="16"/>
                <w:szCs w:val="16"/>
              </w:rPr>
              <w:t>J</w:t>
            </w:r>
            <w:r w:rsidR="2AD83BDF" w:rsidRPr="4A780B1C">
              <w:rPr>
                <w:sz w:val="16"/>
                <w:szCs w:val="16"/>
              </w:rPr>
              <w:t>uf Marjan</w:t>
            </w:r>
          </w:p>
        </w:tc>
      </w:tr>
      <w:tr w:rsidR="004D4A74" w14:paraId="2993A54D"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6DCAE24C" w14:textId="77777777" w:rsidR="004D4A74" w:rsidRDefault="00AF1749">
            <w:pPr>
              <w:spacing w:after="0"/>
            </w:pPr>
            <w:r>
              <w:rPr>
                <w:b/>
                <w:sz w:val="16"/>
              </w:rPr>
              <w:t>Directeur</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1B5867D2" w14:textId="77777777" w:rsidR="004D4A74" w:rsidRDefault="2AD83BDF">
            <w:pPr>
              <w:spacing w:after="0"/>
            </w:pPr>
            <w:r w:rsidRPr="4A780B1C">
              <w:rPr>
                <w:sz w:val="16"/>
                <w:szCs w:val="16"/>
              </w:rPr>
              <w:t>Jolande Verkaik</w:t>
            </w:r>
          </w:p>
        </w:tc>
      </w:tr>
    </w:tbl>
    <w:p w14:paraId="203955CA" w14:textId="77777777" w:rsidR="004D4A74" w:rsidRDefault="004D4A74">
      <w:pPr>
        <w:spacing w:after="40"/>
      </w:pPr>
    </w:p>
    <w:p w14:paraId="529CDF8D" w14:textId="77777777" w:rsidR="004D4A74" w:rsidRDefault="00AF1749">
      <w:pPr>
        <w:pStyle w:val="Kop2"/>
      </w:pPr>
      <w:r>
        <w:t>4.1 Vakleerkrachten en partners</w:t>
      </w:r>
    </w:p>
    <w:tbl>
      <w:tblPr>
        <w:tblW w:w="0" w:type="auto"/>
        <w:jc w:val="center"/>
        <w:tblLook w:val="04A0" w:firstRow="1" w:lastRow="0" w:firstColumn="1" w:lastColumn="0" w:noHBand="0" w:noVBand="1"/>
      </w:tblPr>
      <w:tblGrid>
        <w:gridCol w:w="3118"/>
        <w:gridCol w:w="6236"/>
      </w:tblGrid>
      <w:tr w:rsidR="004D4A74" w14:paraId="586D2C4E" w14:textId="77777777" w:rsidTr="4A780B1C">
        <w:trPr>
          <w:tblHeade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00665C"/>
          </w:tcPr>
          <w:p w14:paraId="673914C3" w14:textId="77777777" w:rsidR="004D4A74" w:rsidRDefault="00AF1749">
            <w:pPr>
              <w:spacing w:after="0"/>
            </w:pPr>
            <w:r>
              <w:rPr>
                <w:b/>
                <w:color w:val="FFFFFF"/>
                <w:sz w:val="16"/>
              </w:rPr>
              <w:t>Onderdeel</w:t>
            </w:r>
          </w:p>
        </w:tc>
        <w:tc>
          <w:tcPr>
            <w:tcW w:w="6236" w:type="dxa"/>
            <w:tcBorders>
              <w:top w:val="single" w:sz="4" w:space="0" w:color="DCE8E6"/>
              <w:left w:val="single" w:sz="4" w:space="0" w:color="DCE8E6"/>
              <w:bottom w:val="single" w:sz="4" w:space="0" w:color="DCE8E6"/>
              <w:right w:val="single" w:sz="4" w:space="0" w:color="DCE8E6"/>
            </w:tcBorders>
            <w:shd w:val="clear" w:color="auto" w:fill="00665C"/>
          </w:tcPr>
          <w:p w14:paraId="13DE764D" w14:textId="77777777" w:rsidR="004D4A74" w:rsidRDefault="00AF1749">
            <w:pPr>
              <w:spacing w:after="0"/>
            </w:pPr>
            <w:r>
              <w:rPr>
                <w:b/>
                <w:color w:val="FFFFFF"/>
                <w:sz w:val="16"/>
              </w:rPr>
              <w:t>Medewerkers / partners</w:t>
            </w:r>
          </w:p>
        </w:tc>
      </w:tr>
      <w:tr w:rsidR="004D4A74" w:rsidRPr="001E442B" w14:paraId="379C1A9F"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6F499F59" w14:textId="77777777" w:rsidR="004D4A74" w:rsidRDefault="00AF1749">
            <w:pPr>
              <w:spacing w:after="0"/>
            </w:pPr>
            <w:r>
              <w:rPr>
                <w:b/>
                <w:sz w:val="16"/>
              </w:rPr>
              <w:t>Bewegingsonderwijs</w:t>
            </w:r>
          </w:p>
        </w:tc>
        <w:tc>
          <w:tcPr>
            <w:tcW w:w="6236" w:type="dxa"/>
            <w:tcBorders>
              <w:top w:val="single" w:sz="4" w:space="0" w:color="DCE8E6"/>
              <w:left w:val="single" w:sz="4" w:space="0" w:color="DCE8E6"/>
              <w:bottom w:val="single" w:sz="4" w:space="0" w:color="DCE8E6"/>
              <w:right w:val="single" w:sz="4" w:space="0" w:color="DCE8E6"/>
            </w:tcBorders>
          </w:tcPr>
          <w:p w14:paraId="76731290" w14:textId="77777777" w:rsidR="004D4A74" w:rsidRPr="003202D9" w:rsidRDefault="4CB38ADA">
            <w:pPr>
              <w:spacing w:after="0"/>
              <w:rPr>
                <w:lang w:val="nl-NL"/>
              </w:rPr>
            </w:pPr>
            <w:r w:rsidRPr="4A780B1C">
              <w:rPr>
                <w:sz w:val="16"/>
                <w:szCs w:val="16"/>
                <w:lang w:val="nl-NL"/>
              </w:rPr>
              <w:t>M</w:t>
            </w:r>
            <w:r w:rsidR="2AD83BDF" w:rsidRPr="4A780B1C">
              <w:rPr>
                <w:sz w:val="16"/>
                <w:szCs w:val="16"/>
                <w:lang w:val="nl-NL"/>
              </w:rPr>
              <w:t>eester Twan - Vlaardingen in Beweging</w:t>
            </w:r>
          </w:p>
        </w:tc>
      </w:tr>
      <w:tr w:rsidR="004D4A74" w:rsidRPr="001E442B" w14:paraId="7DA313AC"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7AB6066C" w14:textId="77777777" w:rsidR="004D4A74" w:rsidRDefault="401996E1">
            <w:pPr>
              <w:spacing w:after="0"/>
            </w:pPr>
            <w:proofErr w:type="spellStart"/>
            <w:r w:rsidRPr="4A780B1C">
              <w:rPr>
                <w:b/>
                <w:bCs/>
                <w:sz w:val="16"/>
                <w:szCs w:val="16"/>
              </w:rPr>
              <w:t>Pauzegym</w:t>
            </w:r>
            <w:proofErr w:type="spellEnd"/>
          </w:p>
        </w:tc>
        <w:tc>
          <w:tcPr>
            <w:tcW w:w="6236" w:type="dxa"/>
            <w:tcBorders>
              <w:top w:val="single" w:sz="4" w:space="0" w:color="DCE8E6"/>
              <w:left w:val="single" w:sz="4" w:space="0" w:color="DCE8E6"/>
              <w:bottom w:val="single" w:sz="4" w:space="0" w:color="DCE8E6"/>
              <w:right w:val="single" w:sz="4" w:space="0" w:color="DCE8E6"/>
            </w:tcBorders>
          </w:tcPr>
          <w:p w14:paraId="34215412" w14:textId="77777777" w:rsidR="004D4A74" w:rsidRPr="003202D9" w:rsidRDefault="167A29EC">
            <w:pPr>
              <w:spacing w:after="0"/>
              <w:rPr>
                <w:lang w:val="nl-NL"/>
              </w:rPr>
            </w:pPr>
            <w:r w:rsidRPr="4A780B1C">
              <w:rPr>
                <w:sz w:val="16"/>
                <w:szCs w:val="16"/>
                <w:lang w:val="nl-NL"/>
              </w:rPr>
              <w:t>M</w:t>
            </w:r>
            <w:r w:rsidR="2AD83BDF" w:rsidRPr="4A780B1C">
              <w:rPr>
                <w:sz w:val="16"/>
                <w:szCs w:val="16"/>
                <w:lang w:val="nl-NL"/>
              </w:rPr>
              <w:t xml:space="preserve">eester Ruben en </w:t>
            </w:r>
            <w:r w:rsidR="7DEFE7DE" w:rsidRPr="4A780B1C">
              <w:rPr>
                <w:sz w:val="16"/>
                <w:szCs w:val="16"/>
                <w:lang w:val="nl-NL"/>
              </w:rPr>
              <w:t>M</w:t>
            </w:r>
            <w:r w:rsidR="2AD83BDF" w:rsidRPr="4A780B1C">
              <w:rPr>
                <w:sz w:val="16"/>
                <w:szCs w:val="16"/>
                <w:lang w:val="nl-NL"/>
              </w:rPr>
              <w:t>eester Chris - Vlaardingen in Beweging</w:t>
            </w:r>
          </w:p>
        </w:tc>
      </w:tr>
      <w:tr w:rsidR="004D4A74" w:rsidRPr="001E442B" w14:paraId="4C3EDE3B"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7436A538" w14:textId="77777777" w:rsidR="004D4A74" w:rsidRDefault="00AF1749">
            <w:pPr>
              <w:spacing w:after="0"/>
            </w:pPr>
            <w:r>
              <w:rPr>
                <w:b/>
                <w:sz w:val="16"/>
              </w:rPr>
              <w:t>HVO/GVO</w:t>
            </w:r>
          </w:p>
        </w:tc>
        <w:tc>
          <w:tcPr>
            <w:tcW w:w="6236" w:type="dxa"/>
            <w:tcBorders>
              <w:top w:val="single" w:sz="4" w:space="0" w:color="DCE8E6"/>
              <w:left w:val="single" w:sz="4" w:space="0" w:color="DCE8E6"/>
              <w:bottom w:val="single" w:sz="4" w:space="0" w:color="DCE8E6"/>
              <w:right w:val="single" w:sz="4" w:space="0" w:color="DCE8E6"/>
            </w:tcBorders>
            <w:shd w:val="clear" w:color="auto" w:fill="FAFCFB"/>
          </w:tcPr>
          <w:p w14:paraId="6F6D395F" w14:textId="77777777" w:rsidR="004D4A74" w:rsidRPr="003202D9" w:rsidRDefault="00AF1749">
            <w:pPr>
              <w:spacing w:after="0"/>
              <w:rPr>
                <w:lang w:val="nl-NL"/>
              </w:rPr>
            </w:pPr>
            <w:r w:rsidRPr="003202D9">
              <w:rPr>
                <w:sz w:val="16"/>
                <w:lang w:val="nl-NL"/>
              </w:rPr>
              <w:t>vakleerkrachten humanistisch en godsdienstig vormingsonderwijs</w:t>
            </w:r>
          </w:p>
        </w:tc>
      </w:tr>
      <w:tr w:rsidR="004D4A74" w:rsidRPr="001E442B" w14:paraId="62D8E158" w14:textId="77777777" w:rsidTr="4A780B1C">
        <w:trPr>
          <w:jc w:val="center"/>
        </w:trPr>
        <w:tc>
          <w:tcPr>
            <w:tcW w:w="3118" w:type="dxa"/>
            <w:tcBorders>
              <w:top w:val="single" w:sz="4" w:space="0" w:color="DCE8E6"/>
              <w:left w:val="single" w:sz="4" w:space="0" w:color="DCE8E6"/>
              <w:bottom w:val="single" w:sz="4" w:space="0" w:color="DCE8E6"/>
              <w:right w:val="single" w:sz="4" w:space="0" w:color="DCE8E6"/>
            </w:tcBorders>
            <w:shd w:val="clear" w:color="auto" w:fill="EAF6DF"/>
          </w:tcPr>
          <w:p w14:paraId="22E06CDB" w14:textId="77777777" w:rsidR="004D4A74" w:rsidRDefault="00AF1749">
            <w:pPr>
              <w:spacing w:after="0"/>
            </w:pPr>
            <w:proofErr w:type="spellStart"/>
            <w:r>
              <w:rPr>
                <w:b/>
                <w:sz w:val="16"/>
              </w:rPr>
              <w:t>Logopedie</w:t>
            </w:r>
            <w:proofErr w:type="spellEnd"/>
          </w:p>
        </w:tc>
        <w:tc>
          <w:tcPr>
            <w:tcW w:w="6236" w:type="dxa"/>
            <w:tcBorders>
              <w:top w:val="single" w:sz="4" w:space="0" w:color="DCE8E6"/>
              <w:left w:val="single" w:sz="4" w:space="0" w:color="DCE8E6"/>
              <w:bottom w:val="single" w:sz="4" w:space="0" w:color="DCE8E6"/>
              <w:right w:val="single" w:sz="4" w:space="0" w:color="DCE8E6"/>
            </w:tcBorders>
          </w:tcPr>
          <w:p w14:paraId="16BCC4DC" w14:textId="77777777" w:rsidR="004D4A74" w:rsidRPr="003202D9" w:rsidRDefault="00AF1749">
            <w:pPr>
              <w:spacing w:after="0"/>
              <w:rPr>
                <w:lang w:val="nl-NL"/>
              </w:rPr>
            </w:pPr>
            <w:r w:rsidRPr="003202D9">
              <w:rPr>
                <w:sz w:val="16"/>
                <w:lang w:val="nl-NL"/>
              </w:rPr>
              <w:t xml:space="preserve">Myrthe de Koster - Logopediepraktijk Peter </w:t>
            </w:r>
            <w:proofErr w:type="spellStart"/>
            <w:r w:rsidRPr="003202D9">
              <w:rPr>
                <w:sz w:val="16"/>
                <w:lang w:val="nl-NL"/>
              </w:rPr>
              <w:t>Helderop</w:t>
            </w:r>
            <w:proofErr w:type="spellEnd"/>
          </w:p>
        </w:tc>
      </w:tr>
    </w:tbl>
    <w:p w14:paraId="3549DA5D" w14:textId="77777777" w:rsidR="004D4A74" w:rsidRPr="003202D9" w:rsidRDefault="004D4A74">
      <w:pPr>
        <w:spacing w:after="40"/>
        <w:rPr>
          <w:lang w:val="nl-NL"/>
        </w:rPr>
      </w:pPr>
    </w:p>
    <w:p w14:paraId="6D4B031D" w14:textId="77777777" w:rsidR="004D4A74" w:rsidRPr="003202D9" w:rsidRDefault="00AF1749">
      <w:pPr>
        <w:pStyle w:val="Kop2"/>
        <w:rPr>
          <w:lang w:val="nl-NL"/>
        </w:rPr>
      </w:pPr>
      <w:r w:rsidRPr="003202D9">
        <w:rPr>
          <w:lang w:val="nl-NL"/>
        </w:rPr>
        <w:lastRenderedPageBreak/>
        <w:t>4.2 Verlof en vervanging</w:t>
      </w:r>
    </w:p>
    <w:p w14:paraId="71C36DDD" w14:textId="77777777" w:rsidR="004D4A74" w:rsidRPr="003202D9" w:rsidRDefault="00AF1749">
      <w:pPr>
        <w:rPr>
          <w:lang w:val="nl-NL"/>
        </w:rPr>
      </w:pPr>
      <w:r w:rsidRPr="003202D9">
        <w:rPr>
          <w:lang w:val="nl-NL"/>
        </w:rPr>
        <w:t xml:space="preserve">Als een leerkracht afwezig is, proberen wij dit eerst intern op te lossen. Als dat niet mogelijk is, doen wij een beroep op invalkrachten vanuit de stichting. Indien vervanging niet beschikbaar is, kan een groep tijdelijk worden verdeeld over andere groepen. Als uiterste maatregel kan een groep thuisblijven. Ouders worden hierover via </w:t>
      </w:r>
      <w:proofErr w:type="spellStart"/>
      <w:r w:rsidRPr="003202D9">
        <w:rPr>
          <w:lang w:val="nl-NL"/>
        </w:rPr>
        <w:t>Parro</w:t>
      </w:r>
      <w:proofErr w:type="spellEnd"/>
      <w:r w:rsidRPr="003202D9">
        <w:rPr>
          <w:lang w:val="nl-NL"/>
        </w:rPr>
        <w:t xml:space="preserve"> geïnformeerd.</w:t>
      </w:r>
    </w:p>
    <w:p w14:paraId="715A9AB6" w14:textId="77777777" w:rsidR="004D4A74" w:rsidRPr="003202D9" w:rsidRDefault="00AF1749">
      <w:pPr>
        <w:rPr>
          <w:lang w:val="nl-NL"/>
        </w:rPr>
      </w:pPr>
      <w:r w:rsidRPr="003202D9">
        <w:rPr>
          <w:lang w:val="nl-NL"/>
        </w:rPr>
        <w:br w:type="page"/>
      </w:r>
    </w:p>
    <w:p w14:paraId="3BEE39D2" w14:textId="77777777" w:rsidR="004D4A74" w:rsidRPr="003202D9" w:rsidRDefault="00AF1749">
      <w:pPr>
        <w:pStyle w:val="Kop1"/>
        <w:rPr>
          <w:lang w:val="nl-NL"/>
        </w:rPr>
      </w:pPr>
      <w:r>
        <w:rPr>
          <w:noProof/>
        </w:rPr>
        <w:lastRenderedPageBreak/>
        <w:drawing>
          <wp:inline distT="0" distB="0" distL="0" distR="0" wp14:anchorId="0AFE0CFD" wp14:editId="5233C9AA">
            <wp:extent cx="301181" cy="32385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302131" cy="324871"/>
                    </a:xfrm>
                    <a:prstGeom prst="rect">
                      <a:avLst/>
                    </a:prstGeom>
                  </pic:spPr>
                </pic:pic>
              </a:graphicData>
            </a:graphic>
          </wp:inline>
        </w:drawing>
      </w:r>
      <w:r w:rsidRPr="003202D9">
        <w:rPr>
          <w:lang w:val="nl-NL"/>
        </w:rPr>
        <w:t xml:space="preserve">  5. Jonge kind, peuteropvang en BSO</w:t>
      </w:r>
    </w:p>
    <w:p w14:paraId="3D2CF0F3" w14:textId="77777777" w:rsidR="004D4A74" w:rsidRPr="003202D9" w:rsidRDefault="00AF1749">
      <w:pPr>
        <w:pStyle w:val="Kop2"/>
        <w:rPr>
          <w:lang w:val="nl-NL"/>
        </w:rPr>
      </w:pPr>
      <w:r w:rsidRPr="003202D9">
        <w:rPr>
          <w:lang w:val="nl-NL"/>
        </w:rPr>
        <w:t>5.1 Aanbod jonge kind</w:t>
      </w:r>
    </w:p>
    <w:p w14:paraId="002474F2" w14:textId="77777777" w:rsidR="004D4A74" w:rsidRPr="003202D9" w:rsidRDefault="00AF1749">
      <w:pPr>
        <w:rPr>
          <w:lang w:val="nl-NL"/>
        </w:rPr>
      </w:pPr>
      <w:r w:rsidRPr="003202D9">
        <w:rPr>
          <w:lang w:val="nl-NL"/>
        </w:rPr>
        <w:t>IKC De Singel heeft een aanbod voor het jonge kind waarin peuteropvang, VVE, groep 1-2 en opvang op elkaar aansluiten. In de onderbouw werken leerkrachten en pedagogisch medewerkers vanuit gezamenlijke thema’s, observaties en een doorgaande lijn.</w:t>
      </w:r>
    </w:p>
    <w:p w14:paraId="11A71327" w14:textId="77777777" w:rsidR="004D4A74" w:rsidRPr="003202D9" w:rsidRDefault="00AF1749">
      <w:pPr>
        <w:rPr>
          <w:lang w:val="nl-NL"/>
        </w:rPr>
      </w:pPr>
      <w:r w:rsidRPr="003202D9">
        <w:rPr>
          <w:lang w:val="nl-NL"/>
        </w:rPr>
        <w:t>Bij jonge kinderen is spel een belangrijke vorm van leren. De rijke leeromgeving, de hoeken, materialen en gesprekken nodigen uit tot taal, rekenen, motoriek, samenspel, verbeelding en onderzoekend leren.</w:t>
      </w:r>
    </w:p>
    <w:p w14:paraId="51966B3A" w14:textId="77777777" w:rsidR="004D4A74" w:rsidRPr="003202D9" w:rsidRDefault="00AF1749">
      <w:pPr>
        <w:pStyle w:val="Kop2"/>
        <w:rPr>
          <w:lang w:val="nl-NL"/>
        </w:rPr>
      </w:pPr>
      <w:r w:rsidRPr="003202D9">
        <w:rPr>
          <w:lang w:val="nl-NL"/>
        </w:rPr>
        <w:t>5.2 Peuteropvang</w:t>
      </w:r>
    </w:p>
    <w:p w14:paraId="129C70C9" w14:textId="77777777" w:rsidR="004D4A74" w:rsidRPr="003202D9" w:rsidRDefault="00AF1749">
      <w:pPr>
        <w:rPr>
          <w:lang w:val="nl-NL"/>
        </w:rPr>
      </w:pPr>
      <w:r w:rsidRPr="003202D9">
        <w:rPr>
          <w:lang w:val="nl-NL"/>
        </w:rPr>
        <w:t>Kinderen vanaf 2 jaar kunnen in het eigen gebouw naar de peuteropvang. In schoolweken is de peuteropvang vier dagdelen geopend, niet op woensdag. In schoolvakanties en op nationale feestdagen is de peuteropvang gesloten.</w:t>
      </w:r>
    </w:p>
    <w:tbl>
      <w:tblPr>
        <w:tblW w:w="0" w:type="auto"/>
        <w:jc w:val="center"/>
        <w:tblLook w:val="04A0" w:firstRow="1" w:lastRow="0" w:firstColumn="1" w:lastColumn="0" w:noHBand="0" w:noVBand="1"/>
      </w:tblPr>
      <w:tblGrid>
        <w:gridCol w:w="2948"/>
        <w:gridCol w:w="6406"/>
      </w:tblGrid>
      <w:tr w:rsidR="004D4A74" w14:paraId="0B3BC914" w14:textId="77777777" w:rsidTr="4A780B1C">
        <w:trPr>
          <w:tblHeade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00665C"/>
          </w:tcPr>
          <w:p w14:paraId="169F9D79" w14:textId="77777777" w:rsidR="004D4A74" w:rsidRDefault="2AD83BDF">
            <w:pPr>
              <w:spacing w:after="0"/>
            </w:pPr>
            <w:r w:rsidRPr="4A780B1C">
              <w:rPr>
                <w:b/>
                <w:bCs/>
                <w:color w:val="FFFFFF" w:themeColor="background1"/>
                <w:sz w:val="17"/>
                <w:szCs w:val="17"/>
              </w:rPr>
              <w:t>Kinderen</w:t>
            </w:r>
          </w:p>
        </w:tc>
        <w:tc>
          <w:tcPr>
            <w:tcW w:w="6406" w:type="dxa"/>
            <w:tcBorders>
              <w:top w:val="single" w:sz="4" w:space="0" w:color="DCE8E6"/>
              <w:left w:val="single" w:sz="4" w:space="0" w:color="DCE8E6"/>
              <w:bottom w:val="single" w:sz="4" w:space="0" w:color="DCE8E6"/>
              <w:right w:val="single" w:sz="4" w:space="0" w:color="DCE8E6"/>
            </w:tcBorders>
            <w:shd w:val="clear" w:color="auto" w:fill="00665C"/>
          </w:tcPr>
          <w:p w14:paraId="0468E541" w14:textId="77777777" w:rsidR="004D4A74" w:rsidRDefault="2AD83BDF">
            <w:pPr>
              <w:spacing w:after="0"/>
            </w:pPr>
            <w:r w:rsidRPr="4A780B1C">
              <w:rPr>
                <w:b/>
                <w:bCs/>
                <w:color w:val="FFFFFF" w:themeColor="background1"/>
                <w:sz w:val="17"/>
                <w:szCs w:val="17"/>
              </w:rPr>
              <w:t>Aanbod</w:t>
            </w:r>
          </w:p>
          <w:p w14:paraId="472FAE3A" w14:textId="77777777" w:rsidR="004D4A74" w:rsidRDefault="004D4A74" w:rsidP="4A780B1C">
            <w:pPr>
              <w:spacing w:after="0"/>
              <w:rPr>
                <w:b/>
                <w:bCs/>
                <w:color w:val="FFFFFF" w:themeColor="background1"/>
                <w:sz w:val="17"/>
                <w:szCs w:val="17"/>
              </w:rPr>
            </w:pPr>
          </w:p>
        </w:tc>
      </w:tr>
      <w:tr w:rsidR="004D4A74" w:rsidRPr="001E442B" w14:paraId="10972E41"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0F9DCE39" w14:textId="77777777" w:rsidR="004D4A74" w:rsidRDefault="00AF1749">
            <w:pPr>
              <w:spacing w:after="0"/>
            </w:pPr>
            <w:r>
              <w:rPr>
                <w:b/>
                <w:sz w:val="17"/>
              </w:rPr>
              <w:t>Met VE-indicatie</w:t>
            </w:r>
          </w:p>
        </w:tc>
        <w:tc>
          <w:tcPr>
            <w:tcW w:w="6406" w:type="dxa"/>
            <w:tcBorders>
              <w:top w:val="single" w:sz="4" w:space="0" w:color="DCE8E6"/>
              <w:left w:val="single" w:sz="4" w:space="0" w:color="DCE8E6"/>
              <w:bottom w:val="single" w:sz="4" w:space="0" w:color="DCE8E6"/>
              <w:right w:val="single" w:sz="4" w:space="0" w:color="DCE8E6"/>
            </w:tcBorders>
          </w:tcPr>
          <w:p w14:paraId="33FD1EE6" w14:textId="77777777" w:rsidR="004D4A74" w:rsidRPr="003202D9" w:rsidRDefault="00AF1749">
            <w:pPr>
              <w:spacing w:after="0"/>
              <w:rPr>
                <w:lang w:val="nl-NL"/>
              </w:rPr>
            </w:pPr>
            <w:r w:rsidRPr="003202D9">
              <w:rPr>
                <w:sz w:val="17"/>
                <w:lang w:val="nl-NL"/>
              </w:rPr>
              <w:t>4 dagdelen per week van 08.30 tot 12.30 uur</w:t>
            </w:r>
          </w:p>
        </w:tc>
      </w:tr>
      <w:tr w:rsidR="004D4A74" w:rsidRPr="001E442B" w14:paraId="1E48FFD6"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12D63F25" w14:textId="77777777" w:rsidR="004D4A74" w:rsidRDefault="00AF1749">
            <w:pPr>
              <w:spacing w:after="0"/>
            </w:pPr>
            <w:r>
              <w:rPr>
                <w:b/>
                <w:sz w:val="17"/>
              </w:rPr>
              <w:t>Zonder VE-</w:t>
            </w:r>
            <w:proofErr w:type="spellStart"/>
            <w:r>
              <w:rPr>
                <w:b/>
                <w:sz w:val="17"/>
              </w:rPr>
              <w:t>indicatie</w:t>
            </w:r>
            <w:proofErr w:type="spellEnd"/>
          </w:p>
        </w:tc>
        <w:tc>
          <w:tcPr>
            <w:tcW w:w="6406" w:type="dxa"/>
            <w:tcBorders>
              <w:top w:val="single" w:sz="4" w:space="0" w:color="DCE8E6"/>
              <w:left w:val="single" w:sz="4" w:space="0" w:color="DCE8E6"/>
              <w:bottom w:val="single" w:sz="4" w:space="0" w:color="DCE8E6"/>
              <w:right w:val="single" w:sz="4" w:space="0" w:color="DCE8E6"/>
            </w:tcBorders>
            <w:shd w:val="clear" w:color="auto" w:fill="FAFCFB"/>
          </w:tcPr>
          <w:p w14:paraId="40412584" w14:textId="77777777" w:rsidR="004D4A74" w:rsidRPr="003202D9" w:rsidRDefault="00AF1749">
            <w:pPr>
              <w:spacing w:after="0"/>
              <w:rPr>
                <w:lang w:val="nl-NL"/>
              </w:rPr>
            </w:pPr>
            <w:r w:rsidRPr="003202D9">
              <w:rPr>
                <w:sz w:val="17"/>
                <w:lang w:val="nl-NL"/>
              </w:rPr>
              <w:t>2 dagdelen per week van 08.30 tot 12.30 uur</w:t>
            </w:r>
          </w:p>
        </w:tc>
      </w:tr>
      <w:tr w:rsidR="004D4A74" w:rsidRPr="001E442B" w14:paraId="432EEE44"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718B8822" w14:textId="77777777" w:rsidR="004D4A74" w:rsidRDefault="00AF1749">
            <w:pPr>
              <w:spacing w:after="0"/>
            </w:pPr>
            <w:proofErr w:type="spellStart"/>
            <w:r>
              <w:rPr>
                <w:b/>
                <w:sz w:val="17"/>
              </w:rPr>
              <w:t>Groepsgrootte</w:t>
            </w:r>
            <w:proofErr w:type="spellEnd"/>
          </w:p>
        </w:tc>
        <w:tc>
          <w:tcPr>
            <w:tcW w:w="6406" w:type="dxa"/>
            <w:tcBorders>
              <w:top w:val="single" w:sz="4" w:space="0" w:color="DCE8E6"/>
              <w:left w:val="single" w:sz="4" w:space="0" w:color="DCE8E6"/>
              <w:bottom w:val="single" w:sz="4" w:space="0" w:color="DCE8E6"/>
              <w:right w:val="single" w:sz="4" w:space="0" w:color="DCE8E6"/>
            </w:tcBorders>
          </w:tcPr>
          <w:p w14:paraId="10F286ED" w14:textId="77777777" w:rsidR="004D4A74" w:rsidRPr="003202D9" w:rsidRDefault="00AF1749">
            <w:pPr>
              <w:spacing w:after="0"/>
              <w:rPr>
                <w:lang w:val="nl-NL"/>
              </w:rPr>
            </w:pPr>
            <w:r w:rsidRPr="003202D9">
              <w:rPr>
                <w:sz w:val="17"/>
                <w:lang w:val="nl-NL"/>
              </w:rPr>
              <w:t>Maximaal 16 geplaatste kinderen per groep</w:t>
            </w:r>
          </w:p>
        </w:tc>
      </w:tr>
      <w:tr w:rsidR="004D4A74" w:rsidRPr="001E442B" w14:paraId="642FE711"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7A777B12" w14:textId="77777777" w:rsidR="004D4A74" w:rsidRDefault="00AF1749">
            <w:pPr>
              <w:spacing w:after="0"/>
            </w:pPr>
            <w:proofErr w:type="spellStart"/>
            <w:r>
              <w:rPr>
                <w:b/>
                <w:sz w:val="17"/>
              </w:rPr>
              <w:t>Pedagogisch</w:t>
            </w:r>
            <w:proofErr w:type="spellEnd"/>
            <w:r>
              <w:rPr>
                <w:b/>
                <w:sz w:val="17"/>
              </w:rPr>
              <w:t xml:space="preserve"> </w:t>
            </w:r>
            <w:proofErr w:type="spellStart"/>
            <w:r>
              <w:rPr>
                <w:b/>
                <w:sz w:val="17"/>
              </w:rPr>
              <w:t>medewerkers</w:t>
            </w:r>
            <w:proofErr w:type="spellEnd"/>
          </w:p>
        </w:tc>
        <w:tc>
          <w:tcPr>
            <w:tcW w:w="6406" w:type="dxa"/>
            <w:tcBorders>
              <w:top w:val="single" w:sz="4" w:space="0" w:color="DCE8E6"/>
              <w:left w:val="single" w:sz="4" w:space="0" w:color="DCE8E6"/>
              <w:bottom w:val="single" w:sz="4" w:space="0" w:color="DCE8E6"/>
              <w:right w:val="single" w:sz="4" w:space="0" w:color="DCE8E6"/>
            </w:tcBorders>
            <w:shd w:val="clear" w:color="auto" w:fill="FAFCFB"/>
          </w:tcPr>
          <w:p w14:paraId="54B94F9C" w14:textId="77777777" w:rsidR="004D4A74" w:rsidRPr="003202D9" w:rsidRDefault="00AF1749">
            <w:pPr>
              <w:spacing w:after="0"/>
              <w:rPr>
                <w:lang w:val="nl-NL"/>
              </w:rPr>
            </w:pPr>
            <w:r w:rsidRPr="003202D9">
              <w:rPr>
                <w:sz w:val="17"/>
                <w:lang w:val="nl-NL"/>
              </w:rPr>
              <w:t>In principe 2 medewerkers; tot 8 kinderen kan 1 medewerker worden ingezet</w:t>
            </w:r>
          </w:p>
        </w:tc>
      </w:tr>
    </w:tbl>
    <w:p w14:paraId="1CC05763" w14:textId="77777777" w:rsidR="004D4A74" w:rsidRPr="003202D9" w:rsidRDefault="004D4A74">
      <w:pPr>
        <w:spacing w:after="40"/>
        <w:rPr>
          <w:lang w:val="nl-NL"/>
        </w:rPr>
      </w:pPr>
    </w:p>
    <w:p w14:paraId="19E52D23" w14:textId="77777777" w:rsidR="004D4A74" w:rsidRDefault="00AF1749">
      <w:pPr>
        <w:pStyle w:val="Kop2"/>
      </w:pPr>
      <w:r>
        <w:t xml:space="preserve">5.3 </w:t>
      </w:r>
      <w:proofErr w:type="spellStart"/>
      <w:r>
        <w:t>Pedagogische</w:t>
      </w:r>
      <w:proofErr w:type="spellEnd"/>
      <w:r>
        <w:t xml:space="preserve"> </w:t>
      </w:r>
      <w:proofErr w:type="spellStart"/>
      <w:r>
        <w:t>basisdoelen</w:t>
      </w:r>
      <w:proofErr w:type="spellEnd"/>
      <w:r>
        <w:t xml:space="preserve"> </w:t>
      </w:r>
      <w:proofErr w:type="spellStart"/>
      <w:r>
        <w:t>opvang</w:t>
      </w:r>
      <w:proofErr w:type="spellEnd"/>
    </w:p>
    <w:p w14:paraId="080145B9" w14:textId="77777777" w:rsidR="004D4A74" w:rsidRPr="003202D9" w:rsidRDefault="00AF1749">
      <w:pPr>
        <w:pStyle w:val="Lijstopsomteken"/>
        <w:spacing w:after="20"/>
        <w:rPr>
          <w:lang w:val="nl-NL"/>
        </w:rPr>
      </w:pPr>
      <w:r w:rsidRPr="003202D9">
        <w:rPr>
          <w:lang w:val="nl-NL"/>
        </w:rPr>
        <w:t>Het bieden van emotionele en fysieke veiligheid.</w:t>
      </w:r>
    </w:p>
    <w:p w14:paraId="33DC91EA" w14:textId="77777777" w:rsidR="004D4A74" w:rsidRPr="003202D9" w:rsidRDefault="00AF1749">
      <w:pPr>
        <w:pStyle w:val="Lijstopsomteken"/>
        <w:spacing w:after="20"/>
        <w:rPr>
          <w:lang w:val="nl-NL"/>
        </w:rPr>
      </w:pPr>
      <w:r w:rsidRPr="003202D9">
        <w:rPr>
          <w:lang w:val="nl-NL"/>
        </w:rPr>
        <w:t>Gelegenheid bieden tot het ontwikkelen van persoonlijke competenties.</w:t>
      </w:r>
    </w:p>
    <w:p w14:paraId="2FD69154" w14:textId="77777777" w:rsidR="004D4A74" w:rsidRPr="003202D9" w:rsidRDefault="00AF1749">
      <w:pPr>
        <w:pStyle w:val="Lijstopsomteken"/>
        <w:spacing w:after="20"/>
        <w:rPr>
          <w:lang w:val="nl-NL"/>
        </w:rPr>
      </w:pPr>
      <w:r w:rsidRPr="003202D9">
        <w:rPr>
          <w:lang w:val="nl-NL"/>
        </w:rPr>
        <w:t>Gelegenheid bieden tot het ontwikkelen van sociale competenties.</w:t>
      </w:r>
    </w:p>
    <w:p w14:paraId="55921CC1" w14:textId="77777777" w:rsidR="004D4A74" w:rsidRPr="003202D9" w:rsidRDefault="00AF1749">
      <w:pPr>
        <w:pStyle w:val="Lijstopsomteken"/>
        <w:spacing w:after="20"/>
        <w:rPr>
          <w:lang w:val="nl-NL"/>
        </w:rPr>
      </w:pPr>
      <w:r w:rsidRPr="003202D9">
        <w:rPr>
          <w:lang w:val="nl-NL"/>
        </w:rPr>
        <w:t>Overdracht van normen en waarden.</w:t>
      </w:r>
    </w:p>
    <w:p w14:paraId="6165FEC3" w14:textId="77777777" w:rsidR="004D4A74" w:rsidRPr="003202D9" w:rsidRDefault="00AF1749">
      <w:pPr>
        <w:pStyle w:val="Kop2"/>
        <w:rPr>
          <w:lang w:val="nl-NL"/>
        </w:rPr>
      </w:pPr>
      <w:r w:rsidRPr="003202D9">
        <w:rPr>
          <w:lang w:val="nl-NL"/>
        </w:rPr>
        <w:t>5.4 Buitenschoolse opvang</w:t>
      </w:r>
    </w:p>
    <w:p w14:paraId="20EB7933" w14:textId="77777777" w:rsidR="004D4A74" w:rsidRPr="003202D9" w:rsidRDefault="2AD83BDF">
      <w:pPr>
        <w:rPr>
          <w:lang w:val="nl-NL"/>
        </w:rPr>
      </w:pPr>
      <w:r w:rsidRPr="4A780B1C">
        <w:rPr>
          <w:lang w:val="nl-NL"/>
        </w:rPr>
        <w:t>De BSO biedt opvang in een vertrouwde omgeving met vaste pedagogisch medewerkers. Na schooltijd kunnen kinderen ontspannen en deelnemen aan activiteiten die passen bij de visie van het IKC. Voor kinderen van IKC De Singel is er tijdens schoolvakanties vakantieopvang bij De Groene Draad in Vlaardingen.</w:t>
      </w:r>
      <w:r w:rsidR="2A52BB5F" w:rsidRPr="4A780B1C">
        <w:rPr>
          <w:lang w:val="nl-NL"/>
        </w:rPr>
        <w:t xml:space="preserve"> </w:t>
      </w:r>
      <w:r w:rsidRPr="4A780B1C">
        <w:rPr>
          <w:lang w:val="nl-NL"/>
        </w:rPr>
        <w:t>Inschrijven voor BSO en peuteropvang kan via www.wijzer.nu. De opvang streeft naar een oudercommissie op locatie; ouders worden hiervoor meerdere keren per jaar benaderd.</w:t>
      </w:r>
    </w:p>
    <w:p w14:paraId="049564C2" w14:textId="77777777" w:rsidR="004D4A74" w:rsidRPr="003202D9" w:rsidRDefault="00AF1749">
      <w:pPr>
        <w:rPr>
          <w:lang w:val="nl-NL"/>
        </w:rPr>
      </w:pPr>
      <w:r w:rsidRPr="003202D9">
        <w:rPr>
          <w:lang w:val="nl-NL"/>
        </w:rPr>
        <w:br w:type="page"/>
      </w:r>
    </w:p>
    <w:p w14:paraId="72472809" w14:textId="77777777" w:rsidR="004D4A74" w:rsidRPr="003202D9" w:rsidRDefault="00AF1749">
      <w:pPr>
        <w:pStyle w:val="Kop1"/>
        <w:rPr>
          <w:lang w:val="nl-NL"/>
        </w:rPr>
      </w:pPr>
      <w:r>
        <w:rPr>
          <w:noProof/>
        </w:rPr>
        <w:lastRenderedPageBreak/>
        <w:drawing>
          <wp:inline distT="0" distB="0" distL="0" distR="0" wp14:anchorId="2273CFE9" wp14:editId="04E72617">
            <wp:extent cx="254000" cy="2731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4"/>
                    <a:stretch>
                      <a:fillRect/>
                    </a:stretch>
                  </pic:blipFill>
                  <pic:spPr>
                    <a:xfrm>
                      <a:off x="0" y="0"/>
                      <a:ext cx="258170" cy="277604"/>
                    </a:xfrm>
                    <a:prstGeom prst="rect">
                      <a:avLst/>
                    </a:prstGeom>
                  </pic:spPr>
                </pic:pic>
              </a:graphicData>
            </a:graphic>
          </wp:inline>
        </w:drawing>
      </w:r>
      <w:r w:rsidRPr="003202D9">
        <w:rPr>
          <w:lang w:val="nl-NL"/>
        </w:rPr>
        <w:t xml:space="preserve">  6. Kwaliteitszorg en ambities</w:t>
      </w:r>
    </w:p>
    <w:p w14:paraId="2ED7DF00" w14:textId="77777777" w:rsidR="004D4A74" w:rsidRPr="003202D9" w:rsidRDefault="00AF1749">
      <w:pPr>
        <w:pStyle w:val="Kop2"/>
        <w:rPr>
          <w:lang w:val="nl-NL"/>
        </w:rPr>
      </w:pPr>
      <w:r w:rsidRPr="003202D9">
        <w:rPr>
          <w:lang w:val="nl-NL"/>
        </w:rPr>
        <w:t>6.1 Kwaliteitszorg</w:t>
      </w:r>
    </w:p>
    <w:p w14:paraId="2A92D50C" w14:textId="77777777" w:rsidR="004D4A74" w:rsidRPr="003202D9" w:rsidRDefault="00AF1749">
      <w:pPr>
        <w:rPr>
          <w:lang w:val="nl-NL"/>
        </w:rPr>
      </w:pPr>
      <w:r w:rsidRPr="003202D9">
        <w:rPr>
          <w:lang w:val="nl-NL"/>
        </w:rPr>
        <w:t>Kwaliteitszorg betekent dat de school planmatig werkt aan goed onderwijs. IKC De Singel werkt met een schoolplan voor de periode 2024-2028 en met jaarplannen waarin doelen, acties, verantwoordelijkheden en evaluatiemomenten worden beschreven.</w:t>
      </w:r>
    </w:p>
    <w:p w14:paraId="5E04033A" w14:textId="77777777" w:rsidR="004D4A74" w:rsidRPr="003202D9" w:rsidRDefault="00AF1749">
      <w:pPr>
        <w:rPr>
          <w:lang w:val="nl-NL"/>
        </w:rPr>
      </w:pPr>
      <w:r w:rsidRPr="003202D9">
        <w:rPr>
          <w:lang w:val="nl-NL"/>
        </w:rPr>
        <w:t>De directie is eindverantwoordelijk voor de planning en afronding van de doelen. De school gebruikt eigen evaluaties, opbrengsten, groepsbesprekingen, tevredenheidspeilingen, doorloopdagen en externe informatie om te beoordelen of doelen zijn bereikt.</w:t>
      </w:r>
    </w:p>
    <w:p w14:paraId="5AFCA80D" w14:textId="77777777" w:rsidR="004D4A74" w:rsidRDefault="00AF1749">
      <w:pPr>
        <w:pStyle w:val="Kop2"/>
      </w:pPr>
      <w:r>
        <w:t xml:space="preserve">6.2 </w:t>
      </w:r>
      <w:proofErr w:type="spellStart"/>
      <w:r>
        <w:t>Ambities</w:t>
      </w:r>
      <w:proofErr w:type="spellEnd"/>
      <w:r>
        <w:t xml:space="preserve"> 2026-2027</w:t>
      </w:r>
    </w:p>
    <w:tbl>
      <w:tblPr>
        <w:tblW w:w="0" w:type="auto"/>
        <w:jc w:val="center"/>
        <w:tblLook w:val="04A0" w:firstRow="1" w:lastRow="0" w:firstColumn="1" w:lastColumn="0" w:noHBand="0" w:noVBand="1"/>
      </w:tblPr>
      <w:tblGrid>
        <w:gridCol w:w="2381"/>
        <w:gridCol w:w="6973"/>
      </w:tblGrid>
      <w:tr w:rsidR="004D4A74" w14:paraId="064A23C9" w14:textId="77777777" w:rsidTr="4A780B1C">
        <w:trPr>
          <w:tblHeade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00665C"/>
          </w:tcPr>
          <w:p w14:paraId="29C7EEB7" w14:textId="77777777" w:rsidR="004D4A74" w:rsidRDefault="2AD83BDF">
            <w:pPr>
              <w:spacing w:after="0"/>
            </w:pPr>
            <w:r w:rsidRPr="4A780B1C">
              <w:rPr>
                <w:b/>
                <w:bCs/>
                <w:color w:val="FFFFFF" w:themeColor="background1"/>
                <w:sz w:val="16"/>
                <w:szCs w:val="16"/>
              </w:rPr>
              <w:t>Ambitie</w:t>
            </w:r>
          </w:p>
          <w:p w14:paraId="761D9CD9" w14:textId="77777777" w:rsidR="004D4A74" w:rsidRDefault="004D4A74" w:rsidP="4A780B1C">
            <w:pPr>
              <w:spacing w:after="0"/>
              <w:rPr>
                <w:b/>
                <w:bCs/>
                <w:color w:val="FFFFFF" w:themeColor="background1"/>
                <w:sz w:val="16"/>
                <w:szCs w:val="16"/>
              </w:rPr>
            </w:pPr>
          </w:p>
        </w:tc>
        <w:tc>
          <w:tcPr>
            <w:tcW w:w="6973" w:type="dxa"/>
            <w:tcBorders>
              <w:top w:val="single" w:sz="4" w:space="0" w:color="DCE8E6"/>
              <w:left w:val="single" w:sz="4" w:space="0" w:color="DCE8E6"/>
              <w:bottom w:val="single" w:sz="4" w:space="0" w:color="DCE8E6"/>
              <w:right w:val="single" w:sz="4" w:space="0" w:color="DCE8E6"/>
            </w:tcBorders>
            <w:shd w:val="clear" w:color="auto" w:fill="00665C"/>
          </w:tcPr>
          <w:p w14:paraId="69171DC7" w14:textId="77777777" w:rsidR="004D4A74" w:rsidRDefault="2AD83BDF">
            <w:pPr>
              <w:spacing w:after="0"/>
            </w:pPr>
            <w:r w:rsidRPr="4A780B1C">
              <w:rPr>
                <w:b/>
                <w:bCs/>
                <w:color w:val="FFFFFF" w:themeColor="background1"/>
                <w:sz w:val="16"/>
                <w:szCs w:val="16"/>
              </w:rPr>
              <w:t>Uitwerking</w:t>
            </w:r>
          </w:p>
          <w:p w14:paraId="36DE3954" w14:textId="77777777" w:rsidR="004D4A74" w:rsidRDefault="004D4A74" w:rsidP="4A780B1C">
            <w:pPr>
              <w:spacing w:after="0"/>
              <w:rPr>
                <w:b/>
                <w:bCs/>
                <w:color w:val="FFFFFF" w:themeColor="background1"/>
                <w:sz w:val="16"/>
                <w:szCs w:val="16"/>
              </w:rPr>
            </w:pPr>
          </w:p>
        </w:tc>
      </w:tr>
      <w:tr w:rsidR="004D4A74" w:rsidRPr="001E442B" w14:paraId="2B8D7A1F"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654B8872" w14:textId="77777777" w:rsidR="004D4A74" w:rsidRDefault="3551F9BC">
            <w:pPr>
              <w:spacing w:after="0"/>
            </w:pPr>
            <w:r w:rsidRPr="4A780B1C">
              <w:rPr>
                <w:b/>
                <w:bCs/>
                <w:sz w:val="16"/>
                <w:szCs w:val="16"/>
              </w:rPr>
              <w:t xml:space="preserve">Professionele cultuur </w:t>
            </w:r>
            <w:r w:rsidR="4C1FF9E0" w:rsidRPr="4A780B1C">
              <w:rPr>
                <w:b/>
                <w:bCs/>
                <w:sz w:val="16"/>
                <w:szCs w:val="16"/>
              </w:rPr>
              <w:t>/ PLG</w:t>
            </w:r>
          </w:p>
        </w:tc>
        <w:tc>
          <w:tcPr>
            <w:tcW w:w="6973" w:type="dxa"/>
            <w:tcBorders>
              <w:top w:val="single" w:sz="4" w:space="0" w:color="DCE8E6"/>
              <w:left w:val="single" w:sz="4" w:space="0" w:color="DCE8E6"/>
              <w:bottom w:val="single" w:sz="4" w:space="0" w:color="DCE8E6"/>
              <w:right w:val="single" w:sz="4" w:space="0" w:color="DCE8E6"/>
            </w:tcBorders>
          </w:tcPr>
          <w:p w14:paraId="1DBE609F" w14:textId="77777777" w:rsidR="004D4A74" w:rsidRDefault="076258E1" w:rsidP="4A780B1C">
            <w:pPr>
              <w:spacing w:after="0"/>
              <w:rPr>
                <w:rFonts w:cs="Aptos"/>
                <w:sz w:val="16"/>
                <w:szCs w:val="16"/>
                <w:lang w:val="nl-NL"/>
              </w:rPr>
            </w:pPr>
            <w:r w:rsidRPr="4A780B1C">
              <w:rPr>
                <w:rFonts w:cs="Aptos"/>
                <w:sz w:val="16"/>
                <w:szCs w:val="16"/>
                <w:lang w:val="nl-NL"/>
              </w:rPr>
              <w:t xml:space="preserve">Binnen iedere PLG is een LC-leerkracht kartrekker. Deze stemt de voortgang regelmatig af met het MT. Daarnaast werken we toe naar een vaste jaarcyclus </w:t>
            </w:r>
            <w:r w:rsidR="2E083D55" w:rsidRPr="4A780B1C">
              <w:rPr>
                <w:rFonts w:cs="Aptos"/>
                <w:sz w:val="16"/>
                <w:szCs w:val="16"/>
                <w:lang w:val="nl-NL"/>
              </w:rPr>
              <w:t>en vergadermomenten, waarbij doelen en voortgang zichtbaar worden bijgehouden. Zo is er meer duidelijkheid over gezamenlij</w:t>
            </w:r>
            <w:r w:rsidR="53859C3F" w:rsidRPr="4A780B1C">
              <w:rPr>
                <w:rFonts w:cs="Aptos"/>
                <w:sz w:val="16"/>
                <w:szCs w:val="16"/>
                <w:lang w:val="nl-NL"/>
              </w:rPr>
              <w:t>ke doelen en ieders bijdrage</w:t>
            </w:r>
            <w:r w:rsidR="4BB1D560" w:rsidRPr="4A780B1C">
              <w:rPr>
                <w:rFonts w:cs="Aptos"/>
                <w:sz w:val="16"/>
                <w:szCs w:val="16"/>
                <w:lang w:val="nl-NL"/>
              </w:rPr>
              <w:t>. Op deze manier</w:t>
            </w:r>
            <w:r w:rsidR="53859C3F" w:rsidRPr="4A780B1C">
              <w:rPr>
                <w:rFonts w:cs="Aptos"/>
                <w:sz w:val="16"/>
                <w:szCs w:val="16"/>
                <w:lang w:val="nl-NL"/>
              </w:rPr>
              <w:t xml:space="preserve"> dragen PLG's bij aan de ontwikkeling van onderwijs, opvang en de professionele cultuur binnen onze school. </w:t>
            </w:r>
          </w:p>
        </w:tc>
      </w:tr>
      <w:tr w:rsidR="004D4A74" w:rsidRPr="001E442B" w14:paraId="5AFDDAF6" w14:textId="77777777" w:rsidTr="4A780B1C">
        <w:trPr>
          <w:trHeight w:val="877"/>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6D92C03D" w14:textId="77777777" w:rsidR="004D4A74" w:rsidRDefault="784AB879">
            <w:pPr>
              <w:spacing w:after="0"/>
            </w:pPr>
            <w:proofErr w:type="spellStart"/>
            <w:r w:rsidRPr="4A780B1C">
              <w:rPr>
                <w:b/>
                <w:bCs/>
                <w:sz w:val="16"/>
                <w:szCs w:val="16"/>
              </w:rPr>
              <w:t>Gezonde</w:t>
            </w:r>
            <w:proofErr w:type="spellEnd"/>
            <w:r w:rsidRPr="4A780B1C">
              <w:rPr>
                <w:b/>
                <w:bCs/>
                <w:sz w:val="16"/>
                <w:szCs w:val="16"/>
              </w:rPr>
              <w:t xml:space="preserve"> school </w:t>
            </w:r>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31E5E137" w14:textId="77777777" w:rsidR="004D4A74" w:rsidRPr="001E442B" w:rsidRDefault="2CA86717" w:rsidP="4A780B1C">
            <w:pPr>
              <w:spacing w:after="0"/>
              <w:rPr>
                <w:lang w:val="nl-NL"/>
              </w:rPr>
            </w:pPr>
            <w:r w:rsidRPr="4A780B1C">
              <w:rPr>
                <w:rFonts w:ascii="Calibri" w:eastAsia="Calibri" w:hAnsi="Calibri" w:cs="Calibri"/>
                <w:sz w:val="16"/>
                <w:szCs w:val="16"/>
                <w:lang w:val="nl-NL"/>
              </w:rPr>
              <w:t xml:space="preserve">Wij streven naar een schoolomgeving waarin gezondheid, beweging en welbevinden vanzelfsprekend zijn. We stimuleren een gezonde, actieve leefstijl en brede ontwikkeling van kinderen. Gezondheid zien wij breed: naast voeding en beweging gaat het ook om welbevinden, duurzaamheid en sociaal gedrag. Dit is geborgd in het beleid en de dagelijkse praktijk </w:t>
            </w:r>
            <w:r w:rsidR="1B59535A" w:rsidRPr="4A780B1C">
              <w:rPr>
                <w:rFonts w:ascii="Calibri" w:eastAsia="Calibri" w:hAnsi="Calibri" w:cs="Calibri"/>
                <w:sz w:val="16"/>
                <w:szCs w:val="16"/>
                <w:lang w:val="nl-NL"/>
              </w:rPr>
              <w:t xml:space="preserve">van onze school. </w:t>
            </w:r>
          </w:p>
        </w:tc>
      </w:tr>
      <w:tr w:rsidR="004D4A74" w:rsidRPr="001E442B" w14:paraId="3AEE2454"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57C6035B" w14:textId="77777777" w:rsidR="004D4A74" w:rsidRDefault="2CA86717">
            <w:pPr>
              <w:spacing w:after="0"/>
            </w:pPr>
            <w:proofErr w:type="spellStart"/>
            <w:r w:rsidRPr="4A780B1C">
              <w:rPr>
                <w:b/>
                <w:bCs/>
                <w:sz w:val="16"/>
                <w:szCs w:val="16"/>
              </w:rPr>
              <w:t>Rekenen</w:t>
            </w:r>
            <w:proofErr w:type="spellEnd"/>
            <w:r w:rsidRPr="4A780B1C">
              <w:rPr>
                <w:b/>
                <w:bCs/>
                <w:sz w:val="16"/>
                <w:szCs w:val="16"/>
              </w:rPr>
              <w:t xml:space="preserve"> </w:t>
            </w:r>
          </w:p>
        </w:tc>
        <w:tc>
          <w:tcPr>
            <w:tcW w:w="6973" w:type="dxa"/>
            <w:tcBorders>
              <w:top w:val="single" w:sz="4" w:space="0" w:color="DCE8E6"/>
              <w:left w:val="single" w:sz="4" w:space="0" w:color="DCE8E6"/>
              <w:bottom w:val="single" w:sz="4" w:space="0" w:color="DCE8E6"/>
              <w:right w:val="single" w:sz="4" w:space="0" w:color="DCE8E6"/>
            </w:tcBorders>
          </w:tcPr>
          <w:p w14:paraId="627B9ACA" w14:textId="77777777" w:rsidR="004D4A74" w:rsidRPr="001E442B" w:rsidRDefault="2CA86717" w:rsidP="4A780B1C">
            <w:pPr>
              <w:spacing w:after="0"/>
              <w:rPr>
                <w:lang w:val="nl-NL"/>
              </w:rPr>
            </w:pPr>
            <w:r w:rsidRPr="4A780B1C">
              <w:rPr>
                <w:rFonts w:cs="Aptos"/>
                <w:sz w:val="16"/>
                <w:szCs w:val="16"/>
                <w:lang w:val="nl-NL"/>
              </w:rPr>
              <w:t xml:space="preserve">Onze ambitie is hoog. We streven naar rekenresultaten op minimaal landelijk gemiddelde, met 92% van de </w:t>
            </w:r>
            <w:r w:rsidR="6DFFEAAD" w:rsidRPr="4A780B1C">
              <w:rPr>
                <w:rFonts w:cs="Aptos"/>
                <w:sz w:val="16"/>
                <w:szCs w:val="16"/>
                <w:lang w:val="nl-NL"/>
              </w:rPr>
              <w:t>kinderen</w:t>
            </w:r>
            <w:r w:rsidRPr="4A780B1C">
              <w:rPr>
                <w:rFonts w:cs="Aptos"/>
                <w:sz w:val="16"/>
                <w:szCs w:val="16"/>
                <w:lang w:val="nl-NL"/>
              </w:rPr>
              <w:t xml:space="preserve"> op 1F en 42% op 1S. Met de cyclus Data, Duiden, Doelen en Doen verbeteren we ons rekenonderwijs continu, zodat ieder</w:t>
            </w:r>
            <w:r w:rsidR="4A981209" w:rsidRPr="4A780B1C">
              <w:rPr>
                <w:rFonts w:cs="Aptos"/>
                <w:sz w:val="16"/>
                <w:szCs w:val="16"/>
                <w:lang w:val="nl-NL"/>
              </w:rPr>
              <w:t xml:space="preserve"> kind </w:t>
            </w:r>
            <w:r w:rsidRPr="4A780B1C">
              <w:rPr>
                <w:rFonts w:cs="Aptos"/>
                <w:sz w:val="16"/>
                <w:szCs w:val="16"/>
                <w:lang w:val="nl-NL"/>
              </w:rPr>
              <w:t>zich optimaal kan ontwikkelen.</w:t>
            </w:r>
          </w:p>
        </w:tc>
      </w:tr>
      <w:tr w:rsidR="004D4A74" w:rsidRPr="001E442B" w14:paraId="2146FD6C"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5CF48866" w14:textId="77777777" w:rsidR="004D4A74" w:rsidRDefault="2CA86717">
            <w:pPr>
              <w:spacing w:after="0"/>
            </w:pPr>
            <w:proofErr w:type="spellStart"/>
            <w:r w:rsidRPr="4A780B1C">
              <w:rPr>
                <w:b/>
                <w:bCs/>
                <w:sz w:val="16"/>
                <w:szCs w:val="16"/>
              </w:rPr>
              <w:t>Burgerschap</w:t>
            </w:r>
            <w:proofErr w:type="spellEnd"/>
            <w:r w:rsidRPr="4A780B1C">
              <w:rPr>
                <w:b/>
                <w:bCs/>
                <w:sz w:val="16"/>
                <w:szCs w:val="16"/>
              </w:rPr>
              <w:t xml:space="preserve">/ SEL </w:t>
            </w:r>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2C21A1C0" w14:textId="77777777" w:rsidR="004D4A74" w:rsidRPr="001E442B" w:rsidRDefault="2CA86717" w:rsidP="4A780B1C">
            <w:pPr>
              <w:spacing w:after="0"/>
              <w:rPr>
                <w:lang w:val="nl-NL"/>
              </w:rPr>
            </w:pPr>
            <w:r w:rsidRPr="4A780B1C">
              <w:rPr>
                <w:rFonts w:cs="Aptos"/>
                <w:sz w:val="16"/>
                <w:szCs w:val="16"/>
                <w:lang w:val="nl-NL"/>
              </w:rPr>
              <w:t>Onze ambitie is om kinderen op te leiden tot zelfbewuste, betrokken en verantwoordelijke burgers. In 2026-2027 versterken we het aanbod van Kleine Grote Denkers en De Gelukskoffer, zodat burgerschap en sociaal-emotioneel leren zichtbaar en betekenisvol blijven binnen het IKC.</w:t>
            </w:r>
          </w:p>
        </w:tc>
      </w:tr>
      <w:tr w:rsidR="004D4A74" w:rsidRPr="001E442B" w14:paraId="53596E33"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3B74D454" w14:textId="77777777" w:rsidR="004D4A74" w:rsidRDefault="2CA86717">
            <w:pPr>
              <w:spacing w:after="0"/>
            </w:pPr>
            <w:proofErr w:type="spellStart"/>
            <w:r w:rsidRPr="4A780B1C">
              <w:rPr>
                <w:b/>
                <w:bCs/>
                <w:sz w:val="16"/>
                <w:szCs w:val="16"/>
              </w:rPr>
              <w:t>Digitale</w:t>
            </w:r>
            <w:proofErr w:type="spellEnd"/>
            <w:r w:rsidRPr="4A780B1C">
              <w:rPr>
                <w:b/>
                <w:bCs/>
                <w:sz w:val="16"/>
                <w:szCs w:val="16"/>
              </w:rPr>
              <w:t xml:space="preserve"> </w:t>
            </w:r>
            <w:proofErr w:type="spellStart"/>
            <w:r w:rsidRPr="4A780B1C">
              <w:rPr>
                <w:b/>
                <w:bCs/>
                <w:sz w:val="16"/>
                <w:szCs w:val="16"/>
              </w:rPr>
              <w:t>geletterdheid</w:t>
            </w:r>
            <w:proofErr w:type="spellEnd"/>
            <w:r w:rsidRPr="4A780B1C">
              <w:rPr>
                <w:b/>
                <w:bCs/>
                <w:sz w:val="16"/>
                <w:szCs w:val="16"/>
              </w:rPr>
              <w:t xml:space="preserve"> </w:t>
            </w:r>
          </w:p>
        </w:tc>
        <w:tc>
          <w:tcPr>
            <w:tcW w:w="6973" w:type="dxa"/>
            <w:tcBorders>
              <w:top w:val="single" w:sz="4" w:space="0" w:color="DCE8E6"/>
              <w:left w:val="single" w:sz="4" w:space="0" w:color="DCE8E6"/>
              <w:bottom w:val="single" w:sz="4" w:space="0" w:color="DCE8E6"/>
              <w:right w:val="single" w:sz="4" w:space="0" w:color="DCE8E6"/>
            </w:tcBorders>
          </w:tcPr>
          <w:p w14:paraId="0C0267EC" w14:textId="77777777" w:rsidR="004D4A74" w:rsidRPr="001E442B" w:rsidRDefault="2CA86717" w:rsidP="4A780B1C">
            <w:pPr>
              <w:spacing w:after="0"/>
              <w:rPr>
                <w:lang w:val="nl-NL"/>
              </w:rPr>
            </w:pPr>
            <w:r w:rsidRPr="4A780B1C">
              <w:rPr>
                <w:rFonts w:cs="Aptos"/>
                <w:sz w:val="16"/>
                <w:szCs w:val="16"/>
                <w:lang w:val="nl-NL"/>
              </w:rPr>
              <w:t xml:space="preserve">Onze ambitie is dat digitale geletterdheid een vaste plek krijgt in ons onderwijs. Met Mediawegwijs werken we aan een doorgaande leerlijn, zodat </w:t>
            </w:r>
            <w:r w:rsidR="264B7E7A" w:rsidRPr="4A780B1C">
              <w:rPr>
                <w:rFonts w:cs="Aptos"/>
                <w:sz w:val="16"/>
                <w:szCs w:val="16"/>
                <w:lang w:val="nl-NL"/>
              </w:rPr>
              <w:t>kindere</w:t>
            </w:r>
            <w:r w:rsidRPr="4A780B1C">
              <w:rPr>
                <w:rFonts w:cs="Aptos"/>
                <w:sz w:val="16"/>
                <w:szCs w:val="16"/>
                <w:lang w:val="nl-NL"/>
              </w:rPr>
              <w:t>n bewust en verantwoord leren omgaan met de digitale wereld.</w:t>
            </w:r>
          </w:p>
        </w:tc>
      </w:tr>
      <w:tr w:rsidR="4A780B1C" w:rsidRPr="001E442B" w14:paraId="5FBA42BC" w14:textId="77777777" w:rsidTr="4A780B1C">
        <w:trPr>
          <w:trHeight w:val="300"/>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28E56D7A" w14:textId="77777777" w:rsidR="6EF0E5A0" w:rsidRDefault="6EF0E5A0" w:rsidP="4A780B1C">
            <w:proofErr w:type="spellStart"/>
            <w:r w:rsidRPr="4A780B1C">
              <w:rPr>
                <w:b/>
                <w:bCs/>
                <w:sz w:val="16"/>
                <w:szCs w:val="16"/>
              </w:rPr>
              <w:t>Eigenaarschap</w:t>
            </w:r>
            <w:proofErr w:type="spellEnd"/>
            <w:r w:rsidRPr="4A780B1C">
              <w:rPr>
                <w:b/>
                <w:bCs/>
                <w:sz w:val="16"/>
                <w:szCs w:val="16"/>
              </w:rPr>
              <w:t xml:space="preserve"> </w:t>
            </w:r>
            <w:proofErr w:type="spellStart"/>
            <w:r w:rsidRPr="4A780B1C">
              <w:rPr>
                <w:b/>
                <w:bCs/>
                <w:sz w:val="16"/>
                <w:szCs w:val="16"/>
              </w:rPr>
              <w:t>bij</w:t>
            </w:r>
            <w:proofErr w:type="spellEnd"/>
            <w:r w:rsidRPr="4A780B1C">
              <w:rPr>
                <w:b/>
                <w:bCs/>
                <w:sz w:val="16"/>
                <w:szCs w:val="16"/>
              </w:rPr>
              <w:t xml:space="preserve"> </w:t>
            </w:r>
            <w:proofErr w:type="spellStart"/>
            <w:r w:rsidRPr="4A780B1C">
              <w:rPr>
                <w:b/>
                <w:bCs/>
                <w:sz w:val="16"/>
                <w:szCs w:val="16"/>
              </w:rPr>
              <w:t>kinderen</w:t>
            </w:r>
            <w:proofErr w:type="spellEnd"/>
            <w:r w:rsidRPr="4A780B1C">
              <w:rPr>
                <w:b/>
                <w:bCs/>
                <w:sz w:val="16"/>
                <w:szCs w:val="16"/>
              </w:rPr>
              <w:t xml:space="preserve"> </w:t>
            </w:r>
          </w:p>
        </w:tc>
        <w:tc>
          <w:tcPr>
            <w:tcW w:w="6973" w:type="dxa"/>
            <w:tcBorders>
              <w:top w:val="single" w:sz="4" w:space="0" w:color="DCE8E6"/>
              <w:left w:val="single" w:sz="4" w:space="0" w:color="DCE8E6"/>
              <w:bottom w:val="single" w:sz="4" w:space="0" w:color="DCE8E6"/>
              <w:right w:val="single" w:sz="4" w:space="0" w:color="DCE8E6"/>
            </w:tcBorders>
          </w:tcPr>
          <w:p w14:paraId="04A597B9" w14:textId="77777777" w:rsidR="6EF0E5A0" w:rsidRDefault="6EF0E5A0" w:rsidP="4A780B1C">
            <w:pPr>
              <w:rPr>
                <w:rFonts w:cs="Aptos"/>
                <w:sz w:val="16"/>
                <w:szCs w:val="16"/>
                <w:lang w:val="nl-NL"/>
              </w:rPr>
            </w:pPr>
            <w:r w:rsidRPr="4A780B1C">
              <w:rPr>
                <w:rFonts w:cs="Aptos"/>
                <w:sz w:val="16"/>
                <w:szCs w:val="16"/>
                <w:lang w:val="nl-NL"/>
              </w:rPr>
              <w:t xml:space="preserve">Onze ambitie is dat kinderen eigenaar worden van hun eigen ontwikkeling. We stimuleren zelfstandigheid, reflectie en verantwoordelijkheid, met aandacht voor executieve vaardigheden. Daarnaast bieden we passend onderwijs voor alle </w:t>
            </w:r>
            <w:r w:rsidR="4F898C8A" w:rsidRPr="4A780B1C">
              <w:rPr>
                <w:rFonts w:cs="Aptos"/>
                <w:sz w:val="16"/>
                <w:szCs w:val="16"/>
                <w:lang w:val="nl-NL"/>
              </w:rPr>
              <w:t>kindere</w:t>
            </w:r>
            <w:r w:rsidRPr="4A780B1C">
              <w:rPr>
                <w:rFonts w:cs="Aptos"/>
                <w:sz w:val="16"/>
                <w:szCs w:val="16"/>
                <w:lang w:val="nl-NL"/>
              </w:rPr>
              <w:t>n, inclusief meer- en hoogbegaafde kinderen.</w:t>
            </w:r>
          </w:p>
        </w:tc>
      </w:tr>
      <w:tr w:rsidR="4A780B1C" w:rsidRPr="001E442B" w14:paraId="2C61ACA3" w14:textId="77777777" w:rsidTr="4A780B1C">
        <w:trPr>
          <w:trHeight w:val="300"/>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079F1EC9" w14:textId="77777777" w:rsidR="6EF0E5A0" w:rsidRPr="001E442B" w:rsidRDefault="6EF0E5A0" w:rsidP="4A780B1C">
            <w:pPr>
              <w:rPr>
                <w:lang w:val="nl-NL"/>
              </w:rPr>
            </w:pPr>
            <w:r w:rsidRPr="001E442B">
              <w:rPr>
                <w:b/>
                <w:bCs/>
                <w:sz w:val="16"/>
                <w:szCs w:val="16"/>
                <w:lang w:val="nl-NL"/>
              </w:rPr>
              <w:t xml:space="preserve">Rijke leeromgeving/ doorgaande lijn jonge kind </w:t>
            </w:r>
          </w:p>
        </w:tc>
        <w:tc>
          <w:tcPr>
            <w:tcW w:w="6973" w:type="dxa"/>
            <w:tcBorders>
              <w:top w:val="single" w:sz="4" w:space="0" w:color="DCE8E6"/>
              <w:left w:val="single" w:sz="4" w:space="0" w:color="DCE8E6"/>
              <w:bottom w:val="single" w:sz="4" w:space="0" w:color="DCE8E6"/>
              <w:right w:val="single" w:sz="4" w:space="0" w:color="DCE8E6"/>
            </w:tcBorders>
          </w:tcPr>
          <w:p w14:paraId="7E6CBB7D" w14:textId="77777777" w:rsidR="6EF0E5A0" w:rsidRPr="001E442B" w:rsidRDefault="6EF0E5A0" w:rsidP="4A780B1C">
            <w:pPr>
              <w:rPr>
                <w:lang w:val="nl-NL"/>
              </w:rPr>
            </w:pPr>
            <w:r w:rsidRPr="4A780B1C">
              <w:rPr>
                <w:rFonts w:cs="Aptos"/>
                <w:sz w:val="16"/>
                <w:szCs w:val="16"/>
                <w:lang w:val="nl-NL"/>
              </w:rPr>
              <w:t>Binnen onze peuteropvang bieden we een rijke en stimulerende omgeving waarin kinderen spelenderwijs hun talenten ontwikkelen. We werken aan taal, rekenen, spel en sociale vaardigheden en zorgen voor een doorgaande lijn naar de kleutergroepen.</w:t>
            </w:r>
          </w:p>
        </w:tc>
      </w:tr>
      <w:tr w:rsidR="4A780B1C" w:rsidRPr="001E442B" w14:paraId="326081EC" w14:textId="77777777" w:rsidTr="4A780B1C">
        <w:trPr>
          <w:trHeight w:val="300"/>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3A28B75E" w14:textId="77777777" w:rsidR="6EF0E5A0" w:rsidRPr="001E442B" w:rsidRDefault="6EF0E5A0" w:rsidP="4A780B1C">
            <w:pPr>
              <w:rPr>
                <w:b/>
                <w:bCs/>
                <w:sz w:val="16"/>
                <w:szCs w:val="16"/>
                <w:lang w:val="nl-NL"/>
              </w:rPr>
            </w:pPr>
            <w:r w:rsidRPr="001E442B">
              <w:rPr>
                <w:b/>
                <w:bCs/>
                <w:sz w:val="16"/>
                <w:szCs w:val="16"/>
                <w:lang w:val="nl-NL"/>
              </w:rPr>
              <w:t xml:space="preserve">BSO activiteiten/ aanbod bij visie IKC </w:t>
            </w:r>
          </w:p>
        </w:tc>
        <w:tc>
          <w:tcPr>
            <w:tcW w:w="6973" w:type="dxa"/>
            <w:tcBorders>
              <w:top w:val="single" w:sz="4" w:space="0" w:color="DCE8E6"/>
              <w:left w:val="single" w:sz="4" w:space="0" w:color="DCE8E6"/>
              <w:bottom w:val="single" w:sz="4" w:space="0" w:color="DCE8E6"/>
              <w:right w:val="single" w:sz="4" w:space="0" w:color="DCE8E6"/>
            </w:tcBorders>
          </w:tcPr>
          <w:p w14:paraId="470F55EF" w14:textId="77777777" w:rsidR="6EF0E5A0" w:rsidRPr="001E442B" w:rsidRDefault="6EF0E5A0" w:rsidP="4A780B1C">
            <w:pPr>
              <w:rPr>
                <w:lang w:val="nl-NL"/>
              </w:rPr>
            </w:pPr>
            <w:r w:rsidRPr="4A780B1C">
              <w:rPr>
                <w:rFonts w:cs="Aptos"/>
                <w:sz w:val="16"/>
                <w:szCs w:val="16"/>
                <w:lang w:val="nl-NL"/>
              </w:rPr>
              <w:t xml:space="preserve">Onze ambitie is dat de BSO een inspirerende plek is waar kinderen zich breed ontwikkelen. We bieden ruimte voor ontspanning, ontmoeting, creativiteit en gezondheid. Met DoenKids, buitenspelen en de </w:t>
            </w:r>
            <w:r w:rsidR="398FB8FF" w:rsidRPr="4A780B1C">
              <w:rPr>
                <w:rFonts w:cs="Aptos"/>
                <w:sz w:val="16"/>
                <w:szCs w:val="16"/>
                <w:lang w:val="nl-NL"/>
              </w:rPr>
              <w:t xml:space="preserve">verdere ontwikkeling van de </w:t>
            </w:r>
            <w:r w:rsidRPr="4A780B1C">
              <w:rPr>
                <w:rFonts w:cs="Aptos"/>
                <w:sz w:val="16"/>
                <w:szCs w:val="16"/>
                <w:lang w:val="nl-NL"/>
              </w:rPr>
              <w:t xml:space="preserve">IKC-tuin sluiten we aan bij de visie van </w:t>
            </w:r>
            <w:r w:rsidR="2B58767C" w:rsidRPr="4A780B1C">
              <w:rPr>
                <w:rFonts w:cs="Aptos"/>
                <w:sz w:val="16"/>
                <w:szCs w:val="16"/>
                <w:lang w:val="nl-NL"/>
              </w:rPr>
              <w:t>onze school</w:t>
            </w:r>
            <w:r w:rsidRPr="4A780B1C">
              <w:rPr>
                <w:rFonts w:cs="Aptos"/>
                <w:sz w:val="16"/>
                <w:szCs w:val="16"/>
                <w:lang w:val="nl-NL"/>
              </w:rPr>
              <w:t>.</w:t>
            </w:r>
          </w:p>
        </w:tc>
      </w:tr>
    </w:tbl>
    <w:p w14:paraId="3B651B3E" w14:textId="77777777" w:rsidR="004D4A74" w:rsidRPr="003202D9" w:rsidRDefault="004D4A74">
      <w:pPr>
        <w:spacing w:after="40"/>
        <w:rPr>
          <w:lang w:val="nl-NL"/>
        </w:rPr>
      </w:pPr>
    </w:p>
    <w:p w14:paraId="30D2F191" w14:textId="77777777" w:rsidR="004D4A74" w:rsidRPr="003202D9" w:rsidRDefault="00AF1749">
      <w:pPr>
        <w:pStyle w:val="Kop2"/>
        <w:rPr>
          <w:lang w:val="nl-NL"/>
        </w:rPr>
      </w:pPr>
      <w:r w:rsidRPr="003202D9">
        <w:rPr>
          <w:lang w:val="nl-NL"/>
        </w:rPr>
        <w:t>6.3 Hoge verwachtingen</w:t>
      </w:r>
    </w:p>
    <w:p w14:paraId="278A0B90" w14:textId="77777777" w:rsidR="004D4A74" w:rsidRPr="003202D9" w:rsidRDefault="2AD83BDF">
      <w:pPr>
        <w:rPr>
          <w:lang w:val="nl-NL"/>
        </w:rPr>
      </w:pPr>
      <w:r w:rsidRPr="4A780B1C">
        <w:rPr>
          <w:lang w:val="nl-NL"/>
        </w:rPr>
        <w:t xml:space="preserve">Het team heeft hoge verwachtingen van alle </w:t>
      </w:r>
      <w:r w:rsidR="326ED07E" w:rsidRPr="4A780B1C">
        <w:rPr>
          <w:lang w:val="nl-NL"/>
        </w:rPr>
        <w:t>kinderen</w:t>
      </w:r>
      <w:r w:rsidRPr="4A780B1C">
        <w:rPr>
          <w:lang w:val="nl-NL"/>
        </w:rPr>
        <w:t>. Hoge verwachtingen dragen eraan bij dat kinderen meer en beter leren. We kijken naar wat kinderen nodig hebben om de volgende stap te zetten, zonder de basisverwachting te verlagen.</w:t>
      </w:r>
    </w:p>
    <w:p w14:paraId="75EA5C84" w14:textId="77777777" w:rsidR="004D4A74" w:rsidRPr="003202D9" w:rsidRDefault="00AF1749">
      <w:pPr>
        <w:pStyle w:val="Kop2"/>
        <w:rPr>
          <w:lang w:val="nl-NL"/>
        </w:rPr>
      </w:pPr>
      <w:r w:rsidRPr="003202D9">
        <w:rPr>
          <w:lang w:val="nl-NL"/>
        </w:rPr>
        <w:t>6.4 Inspectietoezicht</w:t>
      </w:r>
    </w:p>
    <w:p w14:paraId="3AEC1F8D" w14:textId="77777777" w:rsidR="004D4A74" w:rsidRPr="003202D9" w:rsidRDefault="00AF1749">
      <w:pPr>
        <w:rPr>
          <w:lang w:val="nl-NL"/>
        </w:rPr>
      </w:pPr>
      <w:r w:rsidRPr="003202D9">
        <w:rPr>
          <w:lang w:val="nl-NL"/>
        </w:rPr>
        <w:t>Het bestuur van Wijzer is eindverantwoordelijk voor de onderwijskwaliteit op de scholen. De onderwijsinspectie houdt toezicht op het bestuur en beoordeelt of scholen aan wettelijke kwaliteitseisen voldoen.</w:t>
      </w:r>
    </w:p>
    <w:p w14:paraId="0F8337C5" w14:textId="77777777" w:rsidR="004D4A74" w:rsidRPr="003202D9" w:rsidRDefault="00AF1749">
      <w:pPr>
        <w:rPr>
          <w:lang w:val="nl-NL"/>
        </w:rPr>
      </w:pPr>
      <w:r w:rsidRPr="003202D9">
        <w:rPr>
          <w:lang w:val="nl-NL"/>
        </w:rPr>
        <w:br w:type="page"/>
      </w:r>
    </w:p>
    <w:p w14:paraId="37FF4859" w14:textId="77777777" w:rsidR="004D4A74" w:rsidRDefault="00AF1749">
      <w:pPr>
        <w:pStyle w:val="Kop1"/>
      </w:pPr>
      <w:r>
        <w:rPr>
          <w:noProof/>
        </w:rPr>
        <w:lastRenderedPageBreak/>
        <w:drawing>
          <wp:inline distT="0" distB="0" distL="0" distR="0" wp14:anchorId="0A89C453" wp14:editId="623D638A">
            <wp:extent cx="234000" cy="19248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caterpillar.png"/>
                    <pic:cNvPicPr/>
                  </pic:nvPicPr>
                  <pic:blipFill>
                    <a:blip r:embed="rId15"/>
                    <a:stretch>
                      <a:fillRect/>
                    </a:stretch>
                  </pic:blipFill>
                  <pic:spPr>
                    <a:xfrm>
                      <a:off x="0" y="0"/>
                      <a:ext cx="234000" cy="192484"/>
                    </a:xfrm>
                    <a:prstGeom prst="rect">
                      <a:avLst/>
                    </a:prstGeom>
                  </pic:spPr>
                </pic:pic>
              </a:graphicData>
            </a:graphic>
          </wp:inline>
        </w:drawing>
      </w:r>
      <w:r>
        <w:t xml:space="preserve">  7. Ondersteuning en veiligheid</w:t>
      </w:r>
    </w:p>
    <w:p w14:paraId="5787589F" w14:textId="77777777" w:rsidR="004D4A74" w:rsidRDefault="00AF1749">
      <w:pPr>
        <w:jc w:val="center"/>
      </w:pPr>
      <w:r>
        <w:rPr>
          <w:noProof/>
        </w:rPr>
        <w:drawing>
          <wp:inline distT="0" distB="0" distL="0" distR="0" wp14:anchorId="68209898" wp14:editId="458AFBE6">
            <wp:extent cx="5940000" cy="333753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ndersteuning.jpg"/>
                    <pic:cNvPicPr/>
                  </pic:nvPicPr>
                  <pic:blipFill>
                    <a:blip r:embed="rId19"/>
                    <a:stretch>
                      <a:fillRect/>
                    </a:stretch>
                  </pic:blipFill>
                  <pic:spPr>
                    <a:xfrm>
                      <a:off x="0" y="0"/>
                      <a:ext cx="5940000" cy="3337538"/>
                    </a:xfrm>
                    <a:prstGeom prst="rect">
                      <a:avLst/>
                    </a:prstGeom>
                  </pic:spPr>
                </pic:pic>
              </a:graphicData>
            </a:graphic>
          </wp:inline>
        </w:drawing>
      </w:r>
    </w:p>
    <w:p w14:paraId="7E5FA0E0" w14:textId="77777777" w:rsidR="004D4A74" w:rsidRPr="003202D9" w:rsidRDefault="00AF1749">
      <w:pPr>
        <w:pStyle w:val="Kop2"/>
        <w:rPr>
          <w:lang w:val="nl-NL"/>
        </w:rPr>
      </w:pPr>
      <w:r w:rsidRPr="003202D9">
        <w:rPr>
          <w:lang w:val="nl-NL"/>
        </w:rPr>
        <w:t>7.1 Basisondersteuning en extra ondersteuning</w:t>
      </w:r>
    </w:p>
    <w:p w14:paraId="35ABBEC4" w14:textId="77777777" w:rsidR="004D4A74" w:rsidRPr="003202D9" w:rsidRDefault="2AD83BDF">
      <w:pPr>
        <w:rPr>
          <w:lang w:val="nl-NL"/>
        </w:rPr>
      </w:pPr>
      <w:r w:rsidRPr="4A780B1C">
        <w:rPr>
          <w:lang w:val="nl-NL"/>
        </w:rPr>
        <w:t xml:space="preserve">Het onderwijs op IKC De Singel is zo ingericht dat het aansluit bij de behoeften van </w:t>
      </w:r>
      <w:r w:rsidR="2656A0D4" w:rsidRPr="4A780B1C">
        <w:rPr>
          <w:lang w:val="nl-NL"/>
        </w:rPr>
        <w:t>de kinderen</w:t>
      </w:r>
      <w:r w:rsidRPr="4A780B1C">
        <w:rPr>
          <w:lang w:val="nl-NL"/>
        </w:rPr>
        <w:t>. Er is onderscheid tussen basisondersteuning en extra ondersteuning. De basisondersteuning begint in de klas: een veilig pedagogisch klimaat, duidelijke instructie, klassenmanagement, afstemming in aanbod, tempo en verwerking en het aanleren van leer- en studievaardigheden.</w:t>
      </w:r>
    </w:p>
    <w:tbl>
      <w:tblPr>
        <w:tblW w:w="0" w:type="auto"/>
        <w:jc w:val="center"/>
        <w:tblLook w:val="04A0" w:firstRow="1" w:lastRow="0" w:firstColumn="1" w:lastColumn="0" w:noHBand="0" w:noVBand="1"/>
      </w:tblPr>
      <w:tblGrid>
        <w:gridCol w:w="2608"/>
        <w:gridCol w:w="6803"/>
      </w:tblGrid>
      <w:tr w:rsidR="004D4A74" w14:paraId="745335BE" w14:textId="77777777" w:rsidTr="4A780B1C">
        <w:trPr>
          <w:tblHeade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00665C"/>
          </w:tcPr>
          <w:p w14:paraId="18C235C1" w14:textId="77777777" w:rsidR="004D4A74" w:rsidRDefault="2AD83BDF">
            <w:pPr>
              <w:spacing w:after="0"/>
            </w:pPr>
            <w:r w:rsidRPr="4A780B1C">
              <w:rPr>
                <w:b/>
                <w:bCs/>
                <w:color w:val="FFFFFF" w:themeColor="background1"/>
                <w:sz w:val="16"/>
                <w:szCs w:val="16"/>
              </w:rPr>
              <w:t>Niveau</w:t>
            </w:r>
          </w:p>
        </w:tc>
        <w:tc>
          <w:tcPr>
            <w:tcW w:w="6803" w:type="dxa"/>
            <w:tcBorders>
              <w:top w:val="single" w:sz="4" w:space="0" w:color="DCE8E6"/>
              <w:left w:val="single" w:sz="4" w:space="0" w:color="DCE8E6"/>
              <w:bottom w:val="single" w:sz="4" w:space="0" w:color="DCE8E6"/>
              <w:right w:val="single" w:sz="4" w:space="0" w:color="DCE8E6"/>
            </w:tcBorders>
            <w:shd w:val="clear" w:color="auto" w:fill="00665C"/>
          </w:tcPr>
          <w:p w14:paraId="6D94EAB4" w14:textId="77777777" w:rsidR="004D4A74" w:rsidRDefault="2AD83BDF">
            <w:pPr>
              <w:spacing w:after="0"/>
            </w:pPr>
            <w:r w:rsidRPr="4A780B1C">
              <w:rPr>
                <w:b/>
                <w:bCs/>
                <w:color w:val="FFFFFF" w:themeColor="background1"/>
                <w:sz w:val="16"/>
                <w:szCs w:val="16"/>
              </w:rPr>
              <w:t>Ondersteuning</w:t>
            </w:r>
          </w:p>
          <w:p w14:paraId="04FCE112" w14:textId="77777777" w:rsidR="004D4A74" w:rsidRDefault="004D4A74" w:rsidP="4A780B1C">
            <w:pPr>
              <w:spacing w:after="0"/>
              <w:rPr>
                <w:b/>
                <w:bCs/>
                <w:color w:val="FFFFFF" w:themeColor="background1"/>
                <w:sz w:val="16"/>
                <w:szCs w:val="16"/>
              </w:rPr>
            </w:pPr>
          </w:p>
        </w:tc>
      </w:tr>
      <w:tr w:rsidR="004D4A74" w:rsidRPr="001E442B" w14:paraId="53FA5D5E" w14:textId="77777777" w:rsidTr="4A780B1C">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3741C1CB" w14:textId="77777777" w:rsidR="004D4A74" w:rsidRDefault="00AF1749">
            <w:pPr>
              <w:spacing w:after="0"/>
            </w:pPr>
            <w:r>
              <w:rPr>
                <w:b/>
                <w:sz w:val="16"/>
              </w:rPr>
              <w:t>1 - Sterk basisaanbod</w:t>
            </w:r>
          </w:p>
        </w:tc>
        <w:tc>
          <w:tcPr>
            <w:tcW w:w="6803" w:type="dxa"/>
            <w:tcBorders>
              <w:top w:val="single" w:sz="4" w:space="0" w:color="DCE8E6"/>
              <w:left w:val="single" w:sz="4" w:space="0" w:color="DCE8E6"/>
              <w:bottom w:val="single" w:sz="4" w:space="0" w:color="DCE8E6"/>
              <w:right w:val="single" w:sz="4" w:space="0" w:color="DCE8E6"/>
            </w:tcBorders>
          </w:tcPr>
          <w:p w14:paraId="70B467AD" w14:textId="77777777" w:rsidR="004D4A74" w:rsidRPr="003202D9" w:rsidRDefault="00AF1749">
            <w:pPr>
              <w:spacing w:after="0"/>
              <w:rPr>
                <w:lang w:val="nl-NL"/>
              </w:rPr>
            </w:pPr>
            <w:r w:rsidRPr="003202D9">
              <w:rPr>
                <w:sz w:val="16"/>
                <w:lang w:val="nl-NL"/>
              </w:rPr>
              <w:t>Goed onderwijs voor alle kinderen: rust, structuur, veiligheid, duidelijke instructie, betekenisvol leren, aandacht voor onderwijsbehoeften en deskundige leerkrachten.</w:t>
            </w:r>
          </w:p>
        </w:tc>
      </w:tr>
      <w:tr w:rsidR="004D4A74" w14:paraId="04492E09" w14:textId="77777777" w:rsidTr="4A780B1C">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46DCD35D" w14:textId="77777777" w:rsidR="004D4A74" w:rsidRPr="003202D9" w:rsidRDefault="00AF1749">
            <w:pPr>
              <w:spacing w:after="0"/>
              <w:rPr>
                <w:lang w:val="nl-NL"/>
              </w:rPr>
            </w:pPr>
            <w:r w:rsidRPr="003202D9">
              <w:rPr>
                <w:b/>
                <w:sz w:val="16"/>
                <w:lang w:val="nl-NL"/>
              </w:rPr>
              <w:t>2 - Extra aandacht in de klas</w:t>
            </w:r>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20A56610" w14:textId="77777777" w:rsidR="004D4A74" w:rsidRDefault="00AF1749">
            <w:pPr>
              <w:spacing w:after="0"/>
            </w:pPr>
            <w:r w:rsidRPr="003202D9">
              <w:rPr>
                <w:sz w:val="16"/>
                <w:lang w:val="nl-NL"/>
              </w:rPr>
              <w:t xml:space="preserve">Extra uitleg, meer herhaling, andere instructie, </w:t>
            </w:r>
            <w:proofErr w:type="spellStart"/>
            <w:r w:rsidRPr="003202D9">
              <w:rPr>
                <w:sz w:val="16"/>
                <w:lang w:val="nl-NL"/>
              </w:rPr>
              <w:t>preteaching</w:t>
            </w:r>
            <w:proofErr w:type="spellEnd"/>
            <w:r w:rsidRPr="003202D9">
              <w:rPr>
                <w:sz w:val="16"/>
                <w:lang w:val="nl-NL"/>
              </w:rPr>
              <w:t xml:space="preserve">, </w:t>
            </w:r>
            <w:proofErr w:type="spellStart"/>
            <w:r w:rsidRPr="003202D9">
              <w:rPr>
                <w:sz w:val="16"/>
                <w:lang w:val="nl-NL"/>
              </w:rPr>
              <w:t>compacten</w:t>
            </w:r>
            <w:proofErr w:type="spellEnd"/>
            <w:r w:rsidRPr="003202D9">
              <w:rPr>
                <w:sz w:val="16"/>
                <w:lang w:val="nl-NL"/>
              </w:rPr>
              <w:t xml:space="preserve"> of verrijken. </w:t>
            </w:r>
            <w:r>
              <w:rPr>
                <w:sz w:val="16"/>
              </w:rPr>
              <w:t xml:space="preserve">Dit </w:t>
            </w:r>
            <w:proofErr w:type="spellStart"/>
            <w:r>
              <w:rPr>
                <w:sz w:val="16"/>
              </w:rPr>
              <w:t>gebeurt</w:t>
            </w:r>
            <w:proofErr w:type="spellEnd"/>
            <w:r>
              <w:rPr>
                <w:sz w:val="16"/>
              </w:rPr>
              <w:t xml:space="preserve"> door de </w:t>
            </w:r>
            <w:proofErr w:type="spellStart"/>
            <w:r>
              <w:rPr>
                <w:sz w:val="16"/>
              </w:rPr>
              <w:t>leerkracht</w:t>
            </w:r>
            <w:proofErr w:type="spellEnd"/>
            <w:r>
              <w:rPr>
                <w:sz w:val="16"/>
              </w:rPr>
              <w:t xml:space="preserve"> in de klas.</w:t>
            </w:r>
          </w:p>
        </w:tc>
      </w:tr>
      <w:tr w:rsidR="004D4A74" w:rsidRPr="001E442B" w14:paraId="151F024C" w14:textId="77777777" w:rsidTr="4A780B1C">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0677C7EB" w14:textId="77777777" w:rsidR="004D4A74" w:rsidRDefault="00AF1749">
            <w:pPr>
              <w:spacing w:after="0"/>
            </w:pPr>
            <w:r>
              <w:rPr>
                <w:b/>
                <w:sz w:val="16"/>
              </w:rPr>
              <w:t>3 - Verdere intensivering</w:t>
            </w:r>
          </w:p>
        </w:tc>
        <w:tc>
          <w:tcPr>
            <w:tcW w:w="6803" w:type="dxa"/>
            <w:tcBorders>
              <w:top w:val="single" w:sz="4" w:space="0" w:color="DCE8E6"/>
              <w:left w:val="single" w:sz="4" w:space="0" w:color="DCE8E6"/>
              <w:bottom w:val="single" w:sz="4" w:space="0" w:color="DCE8E6"/>
              <w:right w:val="single" w:sz="4" w:space="0" w:color="DCE8E6"/>
            </w:tcBorders>
          </w:tcPr>
          <w:p w14:paraId="3C3D4223" w14:textId="77777777" w:rsidR="004D4A74" w:rsidRPr="003202D9" w:rsidRDefault="00AF1749">
            <w:pPr>
              <w:spacing w:after="0"/>
              <w:rPr>
                <w:lang w:val="nl-NL"/>
              </w:rPr>
            </w:pPr>
            <w:r w:rsidRPr="003202D9">
              <w:rPr>
                <w:sz w:val="16"/>
                <w:lang w:val="nl-NL"/>
              </w:rPr>
              <w:t>Begeleiding in kleine groepjes of soms buiten de klas, bijvoorbeeld bij taal, rekenen, sociaal-emotionele ontwikkeling, werkhouding of leervoorsprong.</w:t>
            </w:r>
          </w:p>
        </w:tc>
      </w:tr>
      <w:tr w:rsidR="004D4A74" w:rsidRPr="001E442B" w14:paraId="2DA18C60" w14:textId="77777777" w:rsidTr="4A780B1C">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61A7DF52" w14:textId="77777777" w:rsidR="004D4A74" w:rsidRDefault="00AF1749">
            <w:pPr>
              <w:spacing w:after="0"/>
            </w:pPr>
            <w:r>
              <w:rPr>
                <w:b/>
                <w:sz w:val="16"/>
              </w:rPr>
              <w:t xml:space="preserve">4 - </w:t>
            </w:r>
            <w:proofErr w:type="spellStart"/>
            <w:r>
              <w:rPr>
                <w:b/>
                <w:sz w:val="16"/>
              </w:rPr>
              <w:t>Intensieve</w:t>
            </w:r>
            <w:proofErr w:type="spellEnd"/>
            <w:r>
              <w:rPr>
                <w:b/>
                <w:sz w:val="16"/>
              </w:rPr>
              <w:t xml:space="preserve"> </w:t>
            </w:r>
            <w:proofErr w:type="spellStart"/>
            <w:r>
              <w:rPr>
                <w:b/>
                <w:sz w:val="16"/>
              </w:rPr>
              <w:t>individuele</w:t>
            </w:r>
            <w:proofErr w:type="spellEnd"/>
            <w:r>
              <w:rPr>
                <w:b/>
                <w:sz w:val="16"/>
              </w:rPr>
              <w:t xml:space="preserve"> </w:t>
            </w:r>
            <w:proofErr w:type="spellStart"/>
            <w:r>
              <w:rPr>
                <w:b/>
                <w:sz w:val="16"/>
              </w:rPr>
              <w:t>ondersteuning</w:t>
            </w:r>
            <w:proofErr w:type="spellEnd"/>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002F3219" w14:textId="77777777" w:rsidR="004D4A74" w:rsidRPr="003202D9" w:rsidRDefault="00AF1749">
            <w:pPr>
              <w:spacing w:after="0"/>
              <w:rPr>
                <w:lang w:val="nl-NL"/>
              </w:rPr>
            </w:pPr>
            <w:r w:rsidRPr="003202D9">
              <w:rPr>
                <w:sz w:val="16"/>
                <w:lang w:val="nl-NL"/>
              </w:rPr>
              <w:t>Inzet van externe deskundigheid en een ontwikkelingsperspectiefplan (OPP) wanneer de ondersteuning intensiever en individueel wordt.</w:t>
            </w:r>
          </w:p>
        </w:tc>
      </w:tr>
      <w:tr w:rsidR="004D4A74" w:rsidRPr="001E442B" w14:paraId="74463DC3" w14:textId="77777777" w:rsidTr="4A780B1C">
        <w:trPr>
          <w:jc w:val="center"/>
        </w:trPr>
        <w:tc>
          <w:tcPr>
            <w:tcW w:w="2608" w:type="dxa"/>
            <w:tcBorders>
              <w:top w:val="single" w:sz="4" w:space="0" w:color="DCE8E6"/>
              <w:left w:val="single" w:sz="4" w:space="0" w:color="DCE8E6"/>
              <w:bottom w:val="single" w:sz="4" w:space="0" w:color="DCE8E6"/>
              <w:right w:val="single" w:sz="4" w:space="0" w:color="DCE8E6"/>
            </w:tcBorders>
            <w:shd w:val="clear" w:color="auto" w:fill="EAF6DF"/>
          </w:tcPr>
          <w:p w14:paraId="2993078F" w14:textId="77777777" w:rsidR="004D4A74" w:rsidRDefault="00AF1749">
            <w:pPr>
              <w:spacing w:after="0"/>
            </w:pPr>
            <w:r>
              <w:rPr>
                <w:b/>
                <w:sz w:val="16"/>
              </w:rPr>
              <w:t xml:space="preserve">5 - Andere </w:t>
            </w:r>
            <w:proofErr w:type="spellStart"/>
            <w:r>
              <w:rPr>
                <w:b/>
                <w:sz w:val="16"/>
              </w:rPr>
              <w:t>passende</w:t>
            </w:r>
            <w:proofErr w:type="spellEnd"/>
            <w:r>
              <w:rPr>
                <w:b/>
                <w:sz w:val="16"/>
              </w:rPr>
              <w:t xml:space="preserve"> </w:t>
            </w:r>
            <w:proofErr w:type="spellStart"/>
            <w:r>
              <w:rPr>
                <w:b/>
                <w:sz w:val="16"/>
              </w:rPr>
              <w:t>plek</w:t>
            </w:r>
            <w:proofErr w:type="spellEnd"/>
          </w:p>
        </w:tc>
        <w:tc>
          <w:tcPr>
            <w:tcW w:w="6803" w:type="dxa"/>
            <w:tcBorders>
              <w:top w:val="single" w:sz="4" w:space="0" w:color="DCE8E6"/>
              <w:left w:val="single" w:sz="4" w:space="0" w:color="DCE8E6"/>
              <w:bottom w:val="single" w:sz="4" w:space="0" w:color="DCE8E6"/>
              <w:right w:val="single" w:sz="4" w:space="0" w:color="DCE8E6"/>
            </w:tcBorders>
          </w:tcPr>
          <w:p w14:paraId="0895C228" w14:textId="77777777" w:rsidR="004D4A74" w:rsidRPr="003202D9" w:rsidRDefault="00AF1749">
            <w:pPr>
              <w:spacing w:after="0"/>
              <w:rPr>
                <w:lang w:val="nl-NL"/>
              </w:rPr>
            </w:pPr>
            <w:r w:rsidRPr="003202D9">
              <w:rPr>
                <w:sz w:val="16"/>
                <w:lang w:val="nl-NL"/>
              </w:rPr>
              <w:t>Wanneer de school de benodigde ondersteuning niet kan bieden, wordt samen met ouders, het samenwerkingsverband en deskundigen gezocht naar een passende plek.</w:t>
            </w:r>
          </w:p>
        </w:tc>
      </w:tr>
    </w:tbl>
    <w:p w14:paraId="45BC5BC0" w14:textId="77777777" w:rsidR="004D4A74" w:rsidRPr="003202D9" w:rsidRDefault="004D4A74">
      <w:pPr>
        <w:spacing w:after="40"/>
        <w:rPr>
          <w:lang w:val="nl-NL"/>
        </w:rPr>
      </w:pPr>
    </w:p>
    <w:p w14:paraId="66189C9B" w14:textId="77777777" w:rsidR="004D4A74" w:rsidRDefault="00AF1749">
      <w:pPr>
        <w:pStyle w:val="Kop2"/>
      </w:pPr>
      <w:r>
        <w:t xml:space="preserve">7.2 </w:t>
      </w:r>
      <w:proofErr w:type="spellStart"/>
      <w:r>
        <w:t>Specialisten</w:t>
      </w:r>
      <w:proofErr w:type="spellEnd"/>
      <w:r>
        <w:t xml:space="preserve"> </w:t>
      </w:r>
      <w:proofErr w:type="spellStart"/>
      <w:r>
        <w:t>en</w:t>
      </w:r>
      <w:proofErr w:type="spellEnd"/>
      <w:r>
        <w:t xml:space="preserve"> externe </w:t>
      </w:r>
      <w:proofErr w:type="spellStart"/>
      <w:r>
        <w:t>ondersteuning</w:t>
      </w:r>
      <w:proofErr w:type="spellEnd"/>
    </w:p>
    <w:tbl>
      <w:tblPr>
        <w:tblW w:w="0" w:type="auto"/>
        <w:jc w:val="center"/>
        <w:tblLook w:val="04A0" w:firstRow="1" w:lastRow="0" w:firstColumn="1" w:lastColumn="0" w:noHBand="0" w:noVBand="1"/>
      </w:tblPr>
      <w:tblGrid>
        <w:gridCol w:w="2665"/>
        <w:gridCol w:w="6690"/>
      </w:tblGrid>
      <w:tr w:rsidR="004D4A74" w14:paraId="57187FDE" w14:textId="77777777" w:rsidTr="4A780B1C">
        <w:trPr>
          <w:tblHeade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00665C"/>
          </w:tcPr>
          <w:p w14:paraId="593CC790" w14:textId="77777777" w:rsidR="004D4A74" w:rsidRDefault="2AD83BDF">
            <w:pPr>
              <w:spacing w:after="0"/>
            </w:pPr>
            <w:r w:rsidRPr="4A780B1C">
              <w:rPr>
                <w:b/>
                <w:bCs/>
                <w:color w:val="FFFFFF" w:themeColor="background1"/>
                <w:sz w:val="15"/>
                <w:szCs w:val="15"/>
              </w:rPr>
              <w:t>Aandachtsgebied</w:t>
            </w:r>
          </w:p>
          <w:p w14:paraId="0BC0D6AD" w14:textId="77777777" w:rsidR="004D4A74" w:rsidRDefault="004D4A74" w:rsidP="4A780B1C">
            <w:pPr>
              <w:spacing w:after="0"/>
              <w:rPr>
                <w:b/>
                <w:bCs/>
                <w:color w:val="FFFFFF" w:themeColor="background1"/>
                <w:sz w:val="15"/>
                <w:szCs w:val="15"/>
              </w:rPr>
            </w:pPr>
          </w:p>
        </w:tc>
        <w:tc>
          <w:tcPr>
            <w:tcW w:w="6690" w:type="dxa"/>
            <w:tcBorders>
              <w:top w:val="single" w:sz="4" w:space="0" w:color="DCE8E6"/>
              <w:left w:val="single" w:sz="4" w:space="0" w:color="DCE8E6"/>
              <w:bottom w:val="single" w:sz="4" w:space="0" w:color="DCE8E6"/>
              <w:right w:val="single" w:sz="4" w:space="0" w:color="DCE8E6"/>
            </w:tcBorders>
            <w:shd w:val="clear" w:color="auto" w:fill="00665C"/>
          </w:tcPr>
          <w:p w14:paraId="7FF86BE2" w14:textId="77777777" w:rsidR="004D4A74" w:rsidRDefault="2AD83BDF">
            <w:pPr>
              <w:spacing w:after="0"/>
            </w:pPr>
            <w:r w:rsidRPr="4A780B1C">
              <w:rPr>
                <w:b/>
                <w:bCs/>
                <w:color w:val="FFFFFF" w:themeColor="background1"/>
                <w:sz w:val="15"/>
                <w:szCs w:val="15"/>
              </w:rPr>
              <w:t>Specialisten / betrokkenen</w:t>
            </w:r>
          </w:p>
          <w:p w14:paraId="784FB06A" w14:textId="77777777" w:rsidR="004D4A74" w:rsidRDefault="004D4A74" w:rsidP="4A780B1C">
            <w:pPr>
              <w:spacing w:after="0"/>
              <w:rPr>
                <w:b/>
                <w:bCs/>
                <w:color w:val="FFFFFF" w:themeColor="background1"/>
                <w:sz w:val="15"/>
                <w:szCs w:val="15"/>
              </w:rPr>
            </w:pPr>
          </w:p>
          <w:p w14:paraId="242FC154" w14:textId="77777777" w:rsidR="004D4A74" w:rsidRDefault="004D4A74" w:rsidP="4A780B1C">
            <w:pPr>
              <w:spacing w:after="0"/>
              <w:rPr>
                <w:b/>
                <w:bCs/>
                <w:color w:val="FFFFFF" w:themeColor="background1"/>
                <w:sz w:val="15"/>
                <w:szCs w:val="15"/>
              </w:rPr>
            </w:pPr>
          </w:p>
        </w:tc>
      </w:tr>
      <w:tr w:rsidR="004D4A74" w:rsidRPr="001E442B" w14:paraId="2C6FB1E2"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61EE4502" w14:textId="77777777" w:rsidR="004D4A74" w:rsidRDefault="00AF1749">
            <w:pPr>
              <w:spacing w:after="0"/>
            </w:pPr>
            <w:r>
              <w:rPr>
                <w:b/>
                <w:sz w:val="15"/>
              </w:rPr>
              <w:t>Taal en rekenen</w:t>
            </w:r>
          </w:p>
        </w:tc>
        <w:tc>
          <w:tcPr>
            <w:tcW w:w="6690" w:type="dxa"/>
            <w:tcBorders>
              <w:top w:val="single" w:sz="4" w:space="0" w:color="DCE8E6"/>
              <w:left w:val="single" w:sz="4" w:space="0" w:color="DCE8E6"/>
              <w:bottom w:val="single" w:sz="4" w:space="0" w:color="DCE8E6"/>
              <w:right w:val="single" w:sz="4" w:space="0" w:color="DCE8E6"/>
            </w:tcBorders>
          </w:tcPr>
          <w:p w14:paraId="0CDA4402" w14:textId="77777777" w:rsidR="004D4A74" w:rsidRPr="003202D9" w:rsidRDefault="00AF1749">
            <w:pPr>
              <w:spacing w:after="0"/>
              <w:rPr>
                <w:lang w:val="nl-NL"/>
              </w:rPr>
            </w:pPr>
            <w:r w:rsidRPr="003202D9">
              <w:rPr>
                <w:sz w:val="15"/>
                <w:lang w:val="nl-NL"/>
              </w:rPr>
              <w:t>Rekenspecialist, taalspecialist, remedial teacher, specialist meer- en hoogbegaafdheid, logopedist en kwaliteitscoördinator</w:t>
            </w:r>
          </w:p>
        </w:tc>
      </w:tr>
      <w:tr w:rsidR="004D4A74" w:rsidRPr="001E442B" w14:paraId="09C2AA55"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5407E492" w14:textId="77777777" w:rsidR="004D4A74" w:rsidRDefault="00AF1749">
            <w:pPr>
              <w:spacing w:after="0"/>
            </w:pPr>
            <w:proofErr w:type="spellStart"/>
            <w:r>
              <w:rPr>
                <w:b/>
                <w:sz w:val="15"/>
              </w:rPr>
              <w:t>Sociaal-emotioneel</w:t>
            </w:r>
            <w:proofErr w:type="spellEnd"/>
          </w:p>
        </w:tc>
        <w:tc>
          <w:tcPr>
            <w:tcW w:w="6690" w:type="dxa"/>
            <w:tcBorders>
              <w:top w:val="single" w:sz="4" w:space="0" w:color="DCE8E6"/>
              <w:left w:val="single" w:sz="4" w:space="0" w:color="DCE8E6"/>
              <w:bottom w:val="single" w:sz="4" w:space="0" w:color="DCE8E6"/>
              <w:right w:val="single" w:sz="4" w:space="0" w:color="DCE8E6"/>
            </w:tcBorders>
            <w:shd w:val="clear" w:color="auto" w:fill="FAFCFB"/>
          </w:tcPr>
          <w:p w14:paraId="4DD89B17" w14:textId="77777777" w:rsidR="004D4A74" w:rsidRPr="003202D9" w:rsidRDefault="00AF1749">
            <w:pPr>
              <w:spacing w:after="0"/>
              <w:rPr>
                <w:lang w:val="nl-NL"/>
              </w:rPr>
            </w:pPr>
            <w:r w:rsidRPr="003202D9">
              <w:rPr>
                <w:sz w:val="15"/>
                <w:lang w:val="nl-NL"/>
              </w:rPr>
              <w:t>Gedragsspecialist, kindercoach, specialist meer- en hoogbegaafdheid en kwaliteitscoördinator</w:t>
            </w:r>
          </w:p>
        </w:tc>
      </w:tr>
      <w:tr w:rsidR="004D4A74" w:rsidRPr="001E442B" w14:paraId="6CA69C88"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0C0D44B7" w14:textId="77777777" w:rsidR="004D4A74" w:rsidRDefault="00AF1749">
            <w:pPr>
              <w:spacing w:after="0"/>
            </w:pPr>
            <w:r>
              <w:rPr>
                <w:b/>
                <w:sz w:val="15"/>
              </w:rPr>
              <w:t xml:space="preserve">Gedrag, </w:t>
            </w:r>
            <w:proofErr w:type="spellStart"/>
            <w:r>
              <w:rPr>
                <w:b/>
                <w:sz w:val="15"/>
              </w:rPr>
              <w:t>werkhouding</w:t>
            </w:r>
            <w:proofErr w:type="spellEnd"/>
            <w:r>
              <w:rPr>
                <w:b/>
                <w:sz w:val="15"/>
              </w:rPr>
              <w:t xml:space="preserve"> </w:t>
            </w:r>
            <w:proofErr w:type="spellStart"/>
            <w:r>
              <w:rPr>
                <w:b/>
                <w:sz w:val="15"/>
              </w:rPr>
              <w:t>en</w:t>
            </w:r>
            <w:proofErr w:type="spellEnd"/>
            <w:r>
              <w:rPr>
                <w:b/>
                <w:sz w:val="15"/>
              </w:rPr>
              <w:t xml:space="preserve"> </w:t>
            </w:r>
            <w:proofErr w:type="spellStart"/>
            <w:r>
              <w:rPr>
                <w:b/>
                <w:sz w:val="15"/>
              </w:rPr>
              <w:t>taakaanpak</w:t>
            </w:r>
            <w:proofErr w:type="spellEnd"/>
          </w:p>
        </w:tc>
        <w:tc>
          <w:tcPr>
            <w:tcW w:w="6690" w:type="dxa"/>
            <w:tcBorders>
              <w:top w:val="single" w:sz="4" w:space="0" w:color="DCE8E6"/>
              <w:left w:val="single" w:sz="4" w:space="0" w:color="DCE8E6"/>
              <w:bottom w:val="single" w:sz="4" w:space="0" w:color="DCE8E6"/>
              <w:right w:val="single" w:sz="4" w:space="0" w:color="DCE8E6"/>
            </w:tcBorders>
          </w:tcPr>
          <w:p w14:paraId="7411DF0B" w14:textId="77777777" w:rsidR="004D4A74" w:rsidRPr="003202D9" w:rsidRDefault="00AF1749">
            <w:pPr>
              <w:spacing w:after="0"/>
              <w:rPr>
                <w:lang w:val="nl-NL"/>
              </w:rPr>
            </w:pPr>
            <w:r w:rsidRPr="003202D9">
              <w:rPr>
                <w:sz w:val="15"/>
                <w:lang w:val="nl-NL"/>
              </w:rPr>
              <w:t>Gedragsspecialist/kindercoach, kwaliteitscoördinator en specialist talentontwikkeling</w:t>
            </w:r>
          </w:p>
        </w:tc>
      </w:tr>
      <w:tr w:rsidR="004D4A74" w:rsidRPr="001E442B" w14:paraId="31D622FB"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4ED01134" w14:textId="77777777" w:rsidR="004D4A74" w:rsidRDefault="00AF1749">
            <w:pPr>
              <w:spacing w:after="0"/>
            </w:pPr>
            <w:proofErr w:type="spellStart"/>
            <w:r>
              <w:rPr>
                <w:b/>
                <w:sz w:val="15"/>
              </w:rPr>
              <w:t>Motoriek</w:t>
            </w:r>
            <w:proofErr w:type="spellEnd"/>
            <w:r>
              <w:rPr>
                <w:b/>
                <w:sz w:val="15"/>
              </w:rPr>
              <w:t xml:space="preserve"> </w:t>
            </w:r>
            <w:proofErr w:type="spellStart"/>
            <w:r>
              <w:rPr>
                <w:b/>
                <w:sz w:val="15"/>
              </w:rPr>
              <w:t>en</w:t>
            </w:r>
            <w:proofErr w:type="spellEnd"/>
            <w:r>
              <w:rPr>
                <w:b/>
                <w:sz w:val="15"/>
              </w:rPr>
              <w:t xml:space="preserve"> </w:t>
            </w:r>
            <w:proofErr w:type="spellStart"/>
            <w:r>
              <w:rPr>
                <w:b/>
                <w:sz w:val="15"/>
              </w:rPr>
              <w:t>lichamelijke</w:t>
            </w:r>
            <w:proofErr w:type="spellEnd"/>
            <w:r>
              <w:rPr>
                <w:b/>
                <w:sz w:val="15"/>
              </w:rPr>
              <w:t xml:space="preserve"> </w:t>
            </w:r>
            <w:proofErr w:type="spellStart"/>
            <w:r>
              <w:rPr>
                <w:b/>
                <w:sz w:val="15"/>
              </w:rPr>
              <w:t>ontwikkeling</w:t>
            </w:r>
            <w:proofErr w:type="spellEnd"/>
          </w:p>
        </w:tc>
        <w:tc>
          <w:tcPr>
            <w:tcW w:w="6690" w:type="dxa"/>
            <w:tcBorders>
              <w:top w:val="single" w:sz="4" w:space="0" w:color="DCE8E6"/>
              <w:left w:val="single" w:sz="4" w:space="0" w:color="DCE8E6"/>
              <w:bottom w:val="single" w:sz="4" w:space="0" w:color="DCE8E6"/>
              <w:right w:val="single" w:sz="4" w:space="0" w:color="DCE8E6"/>
            </w:tcBorders>
            <w:shd w:val="clear" w:color="auto" w:fill="FAFCFB"/>
          </w:tcPr>
          <w:p w14:paraId="1F30E537" w14:textId="77777777" w:rsidR="004D4A74" w:rsidRPr="003202D9" w:rsidRDefault="00AF1749">
            <w:pPr>
              <w:spacing w:after="0"/>
              <w:rPr>
                <w:lang w:val="nl-NL"/>
              </w:rPr>
            </w:pPr>
            <w:r w:rsidRPr="003202D9">
              <w:rPr>
                <w:sz w:val="15"/>
                <w:lang w:val="nl-NL"/>
              </w:rPr>
              <w:t>Vakleerkrachten bewegingsonderwijs, motorische remedial teaching en externe logopedie</w:t>
            </w:r>
          </w:p>
        </w:tc>
      </w:tr>
      <w:tr w:rsidR="004D4A74" w:rsidRPr="001E442B" w14:paraId="13CC814F"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7F08D344" w14:textId="77777777" w:rsidR="004D4A74" w:rsidRDefault="00AF1749">
            <w:pPr>
              <w:spacing w:after="0"/>
            </w:pPr>
            <w:r>
              <w:rPr>
                <w:b/>
                <w:sz w:val="15"/>
              </w:rPr>
              <w:lastRenderedPageBreak/>
              <w:t>Externe partners</w:t>
            </w:r>
          </w:p>
        </w:tc>
        <w:tc>
          <w:tcPr>
            <w:tcW w:w="6690" w:type="dxa"/>
            <w:tcBorders>
              <w:top w:val="single" w:sz="4" w:space="0" w:color="DCE8E6"/>
              <w:left w:val="single" w:sz="4" w:space="0" w:color="DCE8E6"/>
              <w:bottom w:val="single" w:sz="4" w:space="0" w:color="DCE8E6"/>
              <w:right w:val="single" w:sz="4" w:space="0" w:color="DCE8E6"/>
            </w:tcBorders>
          </w:tcPr>
          <w:p w14:paraId="109DE0FA" w14:textId="77777777" w:rsidR="004D4A74" w:rsidRPr="003202D9" w:rsidRDefault="00AF1749">
            <w:pPr>
              <w:spacing w:after="0"/>
              <w:rPr>
                <w:lang w:val="nl-NL"/>
              </w:rPr>
            </w:pPr>
            <w:r w:rsidRPr="003202D9">
              <w:rPr>
                <w:sz w:val="15"/>
                <w:lang w:val="nl-NL"/>
              </w:rPr>
              <w:t xml:space="preserve">Onderwijs dat Past, jeugdprofessional op school, CJG, schoolarts, </w:t>
            </w:r>
            <w:proofErr w:type="spellStart"/>
            <w:r w:rsidRPr="003202D9">
              <w:rPr>
                <w:sz w:val="15"/>
                <w:lang w:val="nl-NL"/>
              </w:rPr>
              <w:t>Kentalis</w:t>
            </w:r>
            <w:proofErr w:type="spellEnd"/>
            <w:r w:rsidRPr="003202D9">
              <w:rPr>
                <w:sz w:val="15"/>
                <w:lang w:val="nl-NL"/>
              </w:rPr>
              <w:t>, Visio, dyslexie-/</w:t>
            </w:r>
            <w:proofErr w:type="spellStart"/>
            <w:r w:rsidRPr="003202D9">
              <w:rPr>
                <w:sz w:val="15"/>
                <w:lang w:val="nl-NL"/>
              </w:rPr>
              <w:t>dyscalculiebehandelaren</w:t>
            </w:r>
            <w:proofErr w:type="spellEnd"/>
            <w:r w:rsidRPr="003202D9">
              <w:rPr>
                <w:sz w:val="15"/>
                <w:lang w:val="nl-NL"/>
              </w:rPr>
              <w:t xml:space="preserve"> en onderzoeksbureaus</w:t>
            </w:r>
          </w:p>
        </w:tc>
      </w:tr>
    </w:tbl>
    <w:p w14:paraId="278966CD" w14:textId="77777777" w:rsidR="004D4A74" w:rsidRPr="003202D9" w:rsidRDefault="004D4A74">
      <w:pPr>
        <w:spacing w:after="40"/>
        <w:rPr>
          <w:lang w:val="nl-NL"/>
        </w:rPr>
      </w:pPr>
    </w:p>
    <w:tbl>
      <w:tblPr>
        <w:tblW w:w="0" w:type="auto"/>
        <w:jc w:val="center"/>
        <w:tblLook w:val="04A0" w:firstRow="1" w:lastRow="0" w:firstColumn="1" w:lastColumn="0" w:noHBand="0" w:noVBand="1"/>
      </w:tblPr>
      <w:tblGrid>
        <w:gridCol w:w="680"/>
        <w:gridCol w:w="8787"/>
      </w:tblGrid>
      <w:tr w:rsidR="004D4A74" w14:paraId="0A10D678" w14:textId="77777777">
        <w:trPr>
          <w:jc w:val="center"/>
        </w:trPr>
        <w:tc>
          <w:tcPr>
            <w:tcW w:w="680"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5D399BAA" w14:textId="77777777" w:rsidR="004D4A74" w:rsidRDefault="00AF1749">
            <w:pPr>
              <w:jc w:val="center"/>
            </w:pPr>
            <w:r>
              <w:rPr>
                <w:noProof/>
              </w:rPr>
              <w:drawing>
                <wp:inline distT="0" distB="0" distL="0" distR="0" wp14:anchorId="7FEE89FB" wp14:editId="7D3063CE">
                  <wp:extent cx="270000" cy="25071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spider.png"/>
                          <pic:cNvPicPr/>
                        </pic:nvPicPr>
                        <pic:blipFill>
                          <a:blip r:embed="rId20"/>
                          <a:stretch>
                            <a:fillRect/>
                          </a:stretch>
                        </pic:blipFill>
                        <pic:spPr>
                          <a:xfrm>
                            <a:off x="0" y="0"/>
                            <a:ext cx="270000" cy="250714"/>
                          </a:xfrm>
                          <a:prstGeom prst="rect">
                            <a:avLst/>
                          </a:prstGeom>
                        </pic:spPr>
                      </pic:pic>
                    </a:graphicData>
                  </a:graphic>
                </wp:inline>
              </w:drawing>
            </w:r>
          </w:p>
        </w:tc>
        <w:tc>
          <w:tcPr>
            <w:tcW w:w="8787"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0615B6C2" w14:textId="77777777" w:rsidR="004D4A74" w:rsidRDefault="00AF1749">
            <w:pPr>
              <w:spacing w:after="0"/>
            </w:pPr>
            <w:r w:rsidRPr="003202D9">
              <w:rPr>
                <w:b/>
                <w:color w:val="00665C"/>
                <w:lang w:val="nl-NL"/>
              </w:rPr>
              <w:t>Logopedie</w:t>
            </w:r>
            <w:r w:rsidRPr="003202D9">
              <w:rPr>
                <w:b/>
                <w:color w:val="00665C"/>
                <w:lang w:val="nl-NL"/>
              </w:rPr>
              <w:br/>
            </w:r>
            <w:r w:rsidRPr="003202D9">
              <w:rPr>
                <w:sz w:val="17"/>
                <w:lang w:val="nl-NL"/>
              </w:rPr>
              <w:t xml:space="preserve">Myrthe de Koster is op maandag en vrijdag verbonden aan De Singel vanuit Logopediepraktijk Peter Helderop. </w:t>
            </w:r>
            <w:r>
              <w:rPr>
                <w:sz w:val="17"/>
              </w:rPr>
              <w:t>Contact: 06-24733638, 010-3100295 of m.dekoster@LPPH.nl.</w:t>
            </w:r>
          </w:p>
        </w:tc>
      </w:tr>
    </w:tbl>
    <w:p w14:paraId="43007097" w14:textId="77777777" w:rsidR="004D4A74" w:rsidRDefault="004D4A74">
      <w:pPr>
        <w:spacing w:after="40"/>
      </w:pPr>
    </w:p>
    <w:p w14:paraId="02EC3723" w14:textId="77777777" w:rsidR="004D4A74" w:rsidRDefault="00AF1749">
      <w:r>
        <w:br w:type="page"/>
      </w:r>
    </w:p>
    <w:p w14:paraId="3B0BEADE" w14:textId="77777777" w:rsidR="004D4A74" w:rsidRDefault="00AF1749">
      <w:pPr>
        <w:pStyle w:val="Kop2"/>
      </w:pPr>
      <w:r>
        <w:lastRenderedPageBreak/>
        <w:t>7.3 Ontwikkelingsperspectiefplan en hoorrecht</w:t>
      </w:r>
    </w:p>
    <w:p w14:paraId="533E267C" w14:textId="77777777" w:rsidR="004D4A74" w:rsidRPr="003202D9" w:rsidRDefault="00AF1749">
      <w:pPr>
        <w:rPr>
          <w:lang w:val="nl-NL"/>
        </w:rPr>
      </w:pPr>
      <w:r w:rsidRPr="003202D9">
        <w:rPr>
          <w:lang w:val="nl-NL"/>
        </w:rPr>
        <w:t xml:space="preserve">Als een kind intensieve individuele ondersteuning nodig heeft, stellen we samen met ouders een ontwikkelingsperspectiefplan (OPP) op. In dit plan staan de doelen, de benodigde ondersteuning, wie wat doet en wanneer wordt geëvalueerd. Het kind wordt passend bij leeftijd en ontwikkeling betrokken bij de eigen ondersteuning, bijvoorbeeld via </w:t>
      </w:r>
      <w:proofErr w:type="spellStart"/>
      <w:r w:rsidRPr="003202D9">
        <w:rPr>
          <w:lang w:val="nl-NL"/>
        </w:rPr>
        <w:t>kindgesprekken</w:t>
      </w:r>
      <w:proofErr w:type="spellEnd"/>
      <w:r w:rsidRPr="003202D9">
        <w:rPr>
          <w:lang w:val="nl-NL"/>
        </w:rPr>
        <w:t>.</w:t>
      </w:r>
    </w:p>
    <w:p w14:paraId="125739BE" w14:textId="77777777" w:rsidR="004D4A74" w:rsidRPr="003202D9" w:rsidRDefault="00AF1749">
      <w:pPr>
        <w:pStyle w:val="Kop2"/>
        <w:rPr>
          <w:lang w:val="nl-NL"/>
        </w:rPr>
      </w:pPr>
      <w:r w:rsidRPr="003202D9">
        <w:rPr>
          <w:lang w:val="nl-NL"/>
        </w:rPr>
        <w:t>7.4 Sociale veiligheid en anti-pestaanpak</w:t>
      </w:r>
    </w:p>
    <w:p w14:paraId="374EE792" w14:textId="77777777" w:rsidR="004D4A74" w:rsidRPr="003202D9" w:rsidRDefault="00AF1749">
      <w:pPr>
        <w:rPr>
          <w:lang w:val="nl-NL"/>
        </w:rPr>
      </w:pPr>
      <w:r w:rsidRPr="003202D9">
        <w:rPr>
          <w:lang w:val="nl-NL"/>
        </w:rPr>
        <w:t>Een veilige omgeving is meer dan een prettige sfeer. IKC De Singel wil incidenten zoals ongepast gedrag, intimidatie, pesten en agressie voorkomen. Daarom investeren we in een vertrouwensband, een positief schoolklimaat en duidelijke afspraken.</w:t>
      </w:r>
    </w:p>
    <w:p w14:paraId="691692B2" w14:textId="77777777" w:rsidR="004D4A74" w:rsidRDefault="00AF1749">
      <w:r w:rsidRPr="003202D9">
        <w:rPr>
          <w:lang w:val="nl-NL"/>
        </w:rPr>
        <w:t xml:space="preserve">We werken structureel met De </w:t>
      </w:r>
      <w:proofErr w:type="spellStart"/>
      <w:r w:rsidRPr="003202D9">
        <w:rPr>
          <w:lang w:val="nl-NL"/>
        </w:rPr>
        <w:t>Gelukskoffer</w:t>
      </w:r>
      <w:proofErr w:type="spellEnd"/>
      <w:r w:rsidRPr="003202D9">
        <w:rPr>
          <w:lang w:val="nl-NL"/>
        </w:rPr>
        <w:t xml:space="preserve"> en besteden aandacht aan de Gouden en Zilveren Weken. Als pesten wordt gesignaleerd, wordt de anti-pestcoördinator betrokken en werken we volgens het gedragsprotocol. </w:t>
      </w:r>
      <w:r>
        <w:t>Het protocol is op te vragen bij de directie.</w:t>
      </w:r>
    </w:p>
    <w:tbl>
      <w:tblPr>
        <w:tblW w:w="0" w:type="auto"/>
        <w:jc w:val="center"/>
        <w:tblLook w:val="04A0" w:firstRow="1" w:lastRow="0" w:firstColumn="1" w:lastColumn="0" w:noHBand="0" w:noVBand="1"/>
      </w:tblPr>
      <w:tblGrid>
        <w:gridCol w:w="2948"/>
        <w:gridCol w:w="6406"/>
      </w:tblGrid>
      <w:tr w:rsidR="004D4A74" w14:paraId="0D590D17" w14:textId="77777777" w:rsidTr="4A780B1C">
        <w:trPr>
          <w:tblHeade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00665C"/>
          </w:tcPr>
          <w:p w14:paraId="22069B85" w14:textId="77777777" w:rsidR="004D4A74" w:rsidRDefault="00AF1749">
            <w:pPr>
              <w:spacing w:after="0"/>
            </w:pPr>
            <w:r>
              <w:rPr>
                <w:b/>
                <w:color w:val="FFFFFF"/>
                <w:sz w:val="17"/>
              </w:rPr>
              <w:t>Rol</w:t>
            </w:r>
          </w:p>
        </w:tc>
        <w:tc>
          <w:tcPr>
            <w:tcW w:w="6406" w:type="dxa"/>
            <w:tcBorders>
              <w:top w:val="single" w:sz="4" w:space="0" w:color="DCE8E6"/>
              <w:left w:val="single" w:sz="4" w:space="0" w:color="DCE8E6"/>
              <w:bottom w:val="single" w:sz="4" w:space="0" w:color="DCE8E6"/>
              <w:right w:val="single" w:sz="4" w:space="0" w:color="DCE8E6"/>
            </w:tcBorders>
            <w:shd w:val="clear" w:color="auto" w:fill="00665C"/>
          </w:tcPr>
          <w:p w14:paraId="72890385" w14:textId="77777777" w:rsidR="004D4A74" w:rsidRDefault="00AF1749">
            <w:pPr>
              <w:spacing w:after="0"/>
            </w:pPr>
            <w:r>
              <w:rPr>
                <w:b/>
                <w:color w:val="FFFFFF"/>
                <w:sz w:val="17"/>
              </w:rPr>
              <w:t>Naam / contact</w:t>
            </w:r>
          </w:p>
        </w:tc>
      </w:tr>
      <w:tr w:rsidR="004D4A74" w14:paraId="3AF4E3AE"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2C57E3EE" w14:textId="77777777" w:rsidR="004D4A74" w:rsidRDefault="00AF1749">
            <w:pPr>
              <w:spacing w:after="0"/>
            </w:pPr>
            <w:r>
              <w:rPr>
                <w:b/>
                <w:sz w:val="17"/>
              </w:rPr>
              <w:t>Aandachtsfunctionaris</w:t>
            </w:r>
          </w:p>
        </w:tc>
        <w:tc>
          <w:tcPr>
            <w:tcW w:w="6406" w:type="dxa"/>
            <w:tcBorders>
              <w:top w:val="single" w:sz="4" w:space="0" w:color="DCE8E6"/>
              <w:left w:val="single" w:sz="4" w:space="0" w:color="DCE8E6"/>
              <w:bottom w:val="single" w:sz="4" w:space="0" w:color="DCE8E6"/>
              <w:right w:val="single" w:sz="4" w:space="0" w:color="DCE8E6"/>
            </w:tcBorders>
          </w:tcPr>
          <w:p w14:paraId="42CFDA42" w14:textId="3DAD2962" w:rsidR="004D4A74" w:rsidRDefault="416CB24A">
            <w:pPr>
              <w:spacing w:after="0"/>
            </w:pPr>
            <w:proofErr w:type="spellStart"/>
            <w:r w:rsidRPr="4A780B1C">
              <w:rPr>
                <w:sz w:val="17"/>
                <w:szCs w:val="17"/>
              </w:rPr>
              <w:t>J</w:t>
            </w:r>
            <w:r w:rsidR="2AD83BDF" w:rsidRPr="4A780B1C">
              <w:rPr>
                <w:sz w:val="17"/>
                <w:szCs w:val="17"/>
              </w:rPr>
              <w:t>uf</w:t>
            </w:r>
            <w:proofErr w:type="spellEnd"/>
            <w:r w:rsidR="2AD83BDF" w:rsidRPr="4A780B1C">
              <w:rPr>
                <w:sz w:val="17"/>
                <w:szCs w:val="17"/>
              </w:rPr>
              <w:t xml:space="preserve"> Marjan</w:t>
            </w:r>
            <w:r w:rsidR="0D7B0271" w:rsidRPr="4A780B1C">
              <w:rPr>
                <w:sz w:val="17"/>
                <w:szCs w:val="17"/>
              </w:rPr>
              <w:t xml:space="preserve"> – m.vermeer@wijzer.nu</w:t>
            </w:r>
          </w:p>
        </w:tc>
      </w:tr>
      <w:tr w:rsidR="004D4A74" w:rsidRPr="001E442B" w14:paraId="374971D6"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5FCF4B8C" w14:textId="77777777" w:rsidR="004D4A74" w:rsidRDefault="00AF1749">
            <w:pPr>
              <w:spacing w:after="0"/>
            </w:pPr>
            <w:r>
              <w:rPr>
                <w:b/>
                <w:sz w:val="17"/>
              </w:rPr>
              <w:t>Interne vertrouwenspersoon</w:t>
            </w:r>
          </w:p>
        </w:tc>
        <w:tc>
          <w:tcPr>
            <w:tcW w:w="6406" w:type="dxa"/>
            <w:tcBorders>
              <w:top w:val="single" w:sz="4" w:space="0" w:color="DCE8E6"/>
              <w:left w:val="single" w:sz="4" w:space="0" w:color="DCE8E6"/>
              <w:bottom w:val="single" w:sz="4" w:space="0" w:color="DCE8E6"/>
              <w:right w:val="single" w:sz="4" w:space="0" w:color="DCE8E6"/>
            </w:tcBorders>
            <w:shd w:val="clear" w:color="auto" w:fill="FAFCFB"/>
          </w:tcPr>
          <w:p w14:paraId="2E9222AF" w14:textId="63E8E761" w:rsidR="004D4A74" w:rsidRPr="001E442B" w:rsidRDefault="001E442B">
            <w:pPr>
              <w:spacing w:after="0"/>
              <w:rPr>
                <w:sz w:val="17"/>
                <w:szCs w:val="17"/>
                <w:lang w:val="nl-NL"/>
              </w:rPr>
            </w:pPr>
            <w:r w:rsidRPr="001E442B">
              <w:rPr>
                <w:sz w:val="17"/>
                <w:szCs w:val="17"/>
                <w:lang w:val="nl-NL"/>
              </w:rPr>
              <w:t xml:space="preserve">Juf Marja- </w:t>
            </w:r>
            <w:proofErr w:type="spellStart"/>
            <w:r w:rsidRPr="001E442B">
              <w:rPr>
                <w:sz w:val="17"/>
                <w:szCs w:val="17"/>
                <w:lang w:val="nl-NL"/>
              </w:rPr>
              <w:t>m.arnoldus@wijzer</w:t>
            </w:r>
            <w:proofErr w:type="spellEnd"/>
            <w:r w:rsidRPr="001E442B">
              <w:rPr>
                <w:sz w:val="17"/>
                <w:szCs w:val="17"/>
                <w:lang w:val="nl-NL"/>
              </w:rPr>
              <w:t>.</w:t>
            </w:r>
          </w:p>
        </w:tc>
      </w:tr>
      <w:tr w:rsidR="004D4A74" w:rsidRPr="001E442B" w14:paraId="310BAAA3"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17A0E58D" w14:textId="77777777" w:rsidR="004D4A74" w:rsidRDefault="00AF1749">
            <w:pPr>
              <w:spacing w:after="0"/>
            </w:pPr>
            <w:r>
              <w:rPr>
                <w:b/>
                <w:sz w:val="17"/>
              </w:rPr>
              <w:t>Anti-</w:t>
            </w:r>
            <w:proofErr w:type="spellStart"/>
            <w:r>
              <w:rPr>
                <w:b/>
                <w:sz w:val="17"/>
              </w:rPr>
              <w:t>pestcoördinator</w:t>
            </w:r>
            <w:proofErr w:type="spellEnd"/>
          </w:p>
        </w:tc>
        <w:tc>
          <w:tcPr>
            <w:tcW w:w="6406" w:type="dxa"/>
            <w:tcBorders>
              <w:top w:val="single" w:sz="4" w:space="0" w:color="DCE8E6"/>
              <w:left w:val="single" w:sz="4" w:space="0" w:color="DCE8E6"/>
              <w:bottom w:val="single" w:sz="4" w:space="0" w:color="DCE8E6"/>
              <w:right w:val="single" w:sz="4" w:space="0" w:color="DCE8E6"/>
            </w:tcBorders>
          </w:tcPr>
          <w:p w14:paraId="12931EA7" w14:textId="77777777" w:rsidR="004D4A74" w:rsidRPr="003202D9" w:rsidRDefault="75376011">
            <w:pPr>
              <w:spacing w:after="0"/>
              <w:rPr>
                <w:lang w:val="de-DE"/>
              </w:rPr>
            </w:pPr>
            <w:r w:rsidRPr="4A780B1C">
              <w:rPr>
                <w:sz w:val="17"/>
                <w:szCs w:val="17"/>
                <w:lang w:val="de-DE"/>
              </w:rPr>
              <w:t>J</w:t>
            </w:r>
            <w:r w:rsidR="2AD83BDF" w:rsidRPr="4A780B1C">
              <w:rPr>
                <w:sz w:val="17"/>
                <w:szCs w:val="17"/>
                <w:lang w:val="de-DE"/>
              </w:rPr>
              <w:t>uf Marja - m.arnoldus@wijzer.nu</w:t>
            </w:r>
          </w:p>
        </w:tc>
      </w:tr>
    </w:tbl>
    <w:p w14:paraId="279DEB02" w14:textId="77777777" w:rsidR="004D4A74" w:rsidRPr="003202D9" w:rsidRDefault="004D4A74">
      <w:pPr>
        <w:spacing w:after="40"/>
        <w:rPr>
          <w:lang w:val="de-DE"/>
        </w:rPr>
      </w:pPr>
    </w:p>
    <w:p w14:paraId="704D839D" w14:textId="77777777" w:rsidR="004D4A74" w:rsidRPr="003202D9" w:rsidRDefault="00AF1749">
      <w:pPr>
        <w:pStyle w:val="Kop2"/>
        <w:rPr>
          <w:lang w:val="nl-NL"/>
        </w:rPr>
      </w:pPr>
      <w:r w:rsidRPr="003202D9">
        <w:rPr>
          <w:lang w:val="nl-NL"/>
        </w:rPr>
        <w:t>7.5 Meldcode</w:t>
      </w:r>
    </w:p>
    <w:p w14:paraId="68BF20B5" w14:textId="77777777" w:rsidR="004D4A74" w:rsidRPr="003202D9" w:rsidRDefault="00AF1749">
      <w:pPr>
        <w:rPr>
          <w:lang w:val="nl-NL"/>
        </w:rPr>
      </w:pPr>
      <w:r w:rsidRPr="003202D9">
        <w:rPr>
          <w:lang w:val="nl-NL"/>
        </w:rPr>
        <w:t>Medewerkers van onderwijs en opvang gebruiken de meldcode huiselijk geweld en kindermishandeling bij vermoedens van mishandeling of onveiligheid in de thuissituatie.</w:t>
      </w:r>
    </w:p>
    <w:p w14:paraId="0756B791" w14:textId="77777777" w:rsidR="004D4A74" w:rsidRDefault="00AF1749">
      <w:pPr>
        <w:pStyle w:val="Lijstnummering"/>
        <w:spacing w:after="20"/>
      </w:pPr>
      <w:proofErr w:type="spellStart"/>
      <w:r>
        <w:t>Signalen</w:t>
      </w:r>
      <w:proofErr w:type="spellEnd"/>
      <w:r>
        <w:t xml:space="preserve"> in </w:t>
      </w:r>
      <w:proofErr w:type="spellStart"/>
      <w:r>
        <w:t>kaart</w:t>
      </w:r>
      <w:proofErr w:type="spellEnd"/>
      <w:r>
        <w:t xml:space="preserve"> </w:t>
      </w:r>
      <w:proofErr w:type="spellStart"/>
      <w:r>
        <w:t>brengen</w:t>
      </w:r>
      <w:proofErr w:type="spellEnd"/>
      <w:r>
        <w:t>.</w:t>
      </w:r>
    </w:p>
    <w:p w14:paraId="24CCFA2A" w14:textId="77777777" w:rsidR="004D4A74" w:rsidRPr="003202D9" w:rsidRDefault="00AF1749">
      <w:pPr>
        <w:pStyle w:val="Lijstnummering"/>
        <w:spacing w:after="20"/>
        <w:rPr>
          <w:lang w:val="nl-NL"/>
        </w:rPr>
      </w:pPr>
      <w:r w:rsidRPr="003202D9">
        <w:rPr>
          <w:lang w:val="nl-NL"/>
        </w:rPr>
        <w:t>Overleggen met collega’s en eventueel Veilig Thuis raadplegen.</w:t>
      </w:r>
    </w:p>
    <w:p w14:paraId="66A5D17B" w14:textId="77777777" w:rsidR="004D4A74" w:rsidRPr="003202D9" w:rsidRDefault="00AF1749">
      <w:pPr>
        <w:pStyle w:val="Lijstnummering"/>
        <w:spacing w:after="20"/>
        <w:rPr>
          <w:lang w:val="nl-NL"/>
        </w:rPr>
      </w:pPr>
      <w:r w:rsidRPr="003202D9">
        <w:rPr>
          <w:lang w:val="nl-NL"/>
        </w:rPr>
        <w:t>Gesprek met de betrokkenen voeren.</w:t>
      </w:r>
    </w:p>
    <w:p w14:paraId="02624CAE" w14:textId="77777777" w:rsidR="004D4A74" w:rsidRPr="003202D9" w:rsidRDefault="00AF1749">
      <w:pPr>
        <w:pStyle w:val="Lijstnummering"/>
        <w:spacing w:after="20"/>
        <w:rPr>
          <w:lang w:val="nl-NL"/>
        </w:rPr>
      </w:pPr>
      <w:r w:rsidRPr="003202D9">
        <w:rPr>
          <w:lang w:val="nl-NL"/>
        </w:rPr>
        <w:t>Wegen van het huiselijk geweld of de kindermishandeling.</w:t>
      </w:r>
    </w:p>
    <w:p w14:paraId="10245F65" w14:textId="77777777" w:rsidR="004D4A74" w:rsidRPr="003202D9" w:rsidRDefault="00AF1749">
      <w:pPr>
        <w:pStyle w:val="Lijstnummering"/>
        <w:spacing w:after="20"/>
        <w:rPr>
          <w:lang w:val="nl-NL"/>
        </w:rPr>
      </w:pPr>
      <w:r w:rsidRPr="003202D9">
        <w:rPr>
          <w:lang w:val="nl-NL"/>
        </w:rPr>
        <w:t>Melden bij Veilig Thuis en bepalen of de school zelf hulp kan organiseren.</w:t>
      </w:r>
    </w:p>
    <w:p w14:paraId="5E6C514D" w14:textId="77777777" w:rsidR="004D4A74" w:rsidRPr="003202D9" w:rsidRDefault="00AF1749">
      <w:pPr>
        <w:pStyle w:val="Kop2"/>
        <w:rPr>
          <w:lang w:val="nl-NL"/>
        </w:rPr>
      </w:pPr>
      <w:r w:rsidRPr="003202D9">
        <w:rPr>
          <w:lang w:val="nl-NL"/>
        </w:rPr>
        <w:t>7.6 Medisch handelen en EHBO</w:t>
      </w:r>
    </w:p>
    <w:p w14:paraId="7C77DCDF" w14:textId="77777777" w:rsidR="004D4A74" w:rsidRPr="003202D9" w:rsidRDefault="00AF1749">
      <w:pPr>
        <w:rPr>
          <w:lang w:val="nl-NL"/>
        </w:rPr>
      </w:pPr>
      <w:r w:rsidRPr="003202D9">
        <w:rPr>
          <w:lang w:val="nl-NL"/>
        </w:rPr>
        <w:t>Ongelukjes in en om school worden door BHV-medewerkers bekeken. Bij twijfel nemen we geen risico en worden ouders gebeld. Incidenten worden geregistreerd, zodat we blijven werken aan een veilige omgeving.</w:t>
      </w:r>
    </w:p>
    <w:p w14:paraId="1D61586A" w14:textId="77777777" w:rsidR="004D4A74" w:rsidRPr="003202D9" w:rsidRDefault="00AF1749">
      <w:pPr>
        <w:rPr>
          <w:lang w:val="nl-NL"/>
        </w:rPr>
      </w:pPr>
      <w:r w:rsidRPr="003202D9">
        <w:rPr>
          <w:lang w:val="nl-NL"/>
        </w:rPr>
        <w:t>Wij dienen in principe geen paracetamol, aspirine of andere pijnstillers toe. Ook verrichten wij geen medische handelingen zonder duidelijke afspraken. Als een kind onder schooltijd medicijnen nodig heeft, vullen ouders een toestemmingsverklaring in. Zieke kinderen mogen niet alleen naar huis en moeten worden opgehaald.</w:t>
      </w:r>
    </w:p>
    <w:p w14:paraId="3A89A8A9" w14:textId="77777777" w:rsidR="004D4A74" w:rsidRPr="003202D9" w:rsidRDefault="00AF1749">
      <w:pPr>
        <w:pStyle w:val="Kop2"/>
        <w:rPr>
          <w:lang w:val="nl-NL"/>
        </w:rPr>
      </w:pPr>
      <w:r w:rsidRPr="003202D9">
        <w:rPr>
          <w:lang w:val="nl-NL"/>
        </w:rPr>
        <w:t>7.7 Veiligheid in en rond het gebouw</w:t>
      </w:r>
    </w:p>
    <w:p w14:paraId="4E18202E" w14:textId="77777777" w:rsidR="004D4A74" w:rsidRPr="003202D9" w:rsidRDefault="00AF1749">
      <w:pPr>
        <w:rPr>
          <w:lang w:val="nl-NL"/>
        </w:rPr>
      </w:pPr>
      <w:r w:rsidRPr="003202D9">
        <w:rPr>
          <w:lang w:val="nl-NL"/>
        </w:rPr>
        <w:t>Het gebouw voldoet aan veiligheidsvoorschriften, onder andere rond brandveiligheid. Vluchtroutes worden vrijgehouden en er is een vluchtplan. Er worden regelmatig ontruimingsoefeningen gehouden. Speeltoestellen en gymzalen worden jaarlijks gekeurd.</w:t>
      </w:r>
    </w:p>
    <w:p w14:paraId="0E9754D0" w14:textId="77777777" w:rsidR="004D4A74" w:rsidRPr="003202D9" w:rsidRDefault="00AF1749">
      <w:pPr>
        <w:rPr>
          <w:lang w:val="nl-NL"/>
        </w:rPr>
      </w:pPr>
      <w:r w:rsidRPr="003202D9">
        <w:rPr>
          <w:lang w:val="nl-NL"/>
        </w:rPr>
        <w:br w:type="page"/>
      </w:r>
    </w:p>
    <w:p w14:paraId="5E9D69B5" w14:textId="77777777" w:rsidR="004D4A74" w:rsidRPr="003202D9" w:rsidRDefault="00AF1749">
      <w:pPr>
        <w:pStyle w:val="Kop2"/>
        <w:rPr>
          <w:lang w:val="nl-NL"/>
        </w:rPr>
      </w:pPr>
      <w:r w:rsidRPr="003202D9">
        <w:rPr>
          <w:lang w:val="nl-NL"/>
        </w:rPr>
        <w:lastRenderedPageBreak/>
        <w:t>7.8 Privacy</w:t>
      </w:r>
    </w:p>
    <w:p w14:paraId="57ED1CCB" w14:textId="77777777" w:rsidR="004D4A74" w:rsidRPr="003202D9" w:rsidRDefault="2AD83BDF">
      <w:pPr>
        <w:rPr>
          <w:lang w:val="nl-NL"/>
        </w:rPr>
      </w:pPr>
      <w:r w:rsidRPr="4A780B1C">
        <w:rPr>
          <w:lang w:val="nl-NL"/>
        </w:rPr>
        <w:t>Vanaf de aanmelding worden persoonsgegevens geregistreerd. Voor ieder</w:t>
      </w:r>
      <w:r w:rsidR="568C391B" w:rsidRPr="4A780B1C">
        <w:rPr>
          <w:lang w:val="nl-NL"/>
        </w:rPr>
        <w:t xml:space="preserve"> kind </w:t>
      </w:r>
      <w:r w:rsidRPr="4A780B1C">
        <w:rPr>
          <w:lang w:val="nl-NL"/>
        </w:rPr>
        <w:t>is een dossier. Alleen bevoegde personen hebben inzage. Gegevens worden alleen aan derden verstrekt wanneer dat mag volgens de geldende privacyregels of wanneer ouders daarvoor toestemming geven. Aan het begin van het schooljaar kunnen ouders de privacyvoorkeuren voor beeldmateriaal aangeven of wijzigen via Parro.</w:t>
      </w:r>
    </w:p>
    <w:p w14:paraId="3E7681FF" w14:textId="77777777" w:rsidR="004D4A74" w:rsidRPr="003202D9" w:rsidRDefault="00AF1749">
      <w:pPr>
        <w:rPr>
          <w:lang w:val="nl-NL"/>
        </w:rPr>
      </w:pPr>
      <w:r w:rsidRPr="003202D9">
        <w:rPr>
          <w:lang w:val="nl-NL"/>
        </w:rPr>
        <w:br w:type="page"/>
      </w:r>
    </w:p>
    <w:p w14:paraId="6365DCD7" w14:textId="77777777" w:rsidR="004D4A74" w:rsidRDefault="00AF1749">
      <w:pPr>
        <w:pStyle w:val="Kop1"/>
      </w:pPr>
      <w:r>
        <w:rPr>
          <w:noProof/>
        </w:rPr>
        <w:lastRenderedPageBreak/>
        <w:drawing>
          <wp:inline distT="0" distB="0" distL="0" distR="0" wp14:anchorId="4471DF54" wp14:editId="331CD7EA">
            <wp:extent cx="225239" cy="28575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3"/>
                    <a:stretch>
                      <a:fillRect/>
                    </a:stretch>
                  </pic:blipFill>
                  <pic:spPr>
                    <a:xfrm>
                      <a:off x="0" y="0"/>
                      <a:ext cx="227167" cy="288196"/>
                    </a:xfrm>
                    <a:prstGeom prst="rect">
                      <a:avLst/>
                    </a:prstGeom>
                  </pic:spPr>
                </pic:pic>
              </a:graphicData>
            </a:graphic>
          </wp:inline>
        </w:drawing>
      </w:r>
      <w:r>
        <w:t xml:space="preserve">  8. Informatie voor ouders</w:t>
      </w:r>
    </w:p>
    <w:p w14:paraId="55D60FB4" w14:textId="77777777" w:rsidR="004D4A74" w:rsidRDefault="00AF1749">
      <w:pPr>
        <w:jc w:val="center"/>
      </w:pPr>
      <w:r>
        <w:rPr>
          <w:noProof/>
        </w:rPr>
        <w:drawing>
          <wp:inline distT="0" distB="0" distL="0" distR="0" wp14:anchorId="6BCF2709" wp14:editId="05197CD5">
            <wp:extent cx="5940000" cy="33412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ders.jpg"/>
                    <pic:cNvPicPr/>
                  </pic:nvPicPr>
                  <pic:blipFill>
                    <a:blip r:embed="rId21"/>
                    <a:stretch>
                      <a:fillRect/>
                    </a:stretch>
                  </pic:blipFill>
                  <pic:spPr>
                    <a:xfrm>
                      <a:off x="0" y="0"/>
                      <a:ext cx="5940000" cy="3341250"/>
                    </a:xfrm>
                    <a:prstGeom prst="rect">
                      <a:avLst/>
                    </a:prstGeom>
                  </pic:spPr>
                </pic:pic>
              </a:graphicData>
            </a:graphic>
          </wp:inline>
        </w:drawing>
      </w:r>
    </w:p>
    <w:p w14:paraId="10253FF0" w14:textId="77777777" w:rsidR="004D4A74" w:rsidRPr="003202D9" w:rsidRDefault="00AF1749">
      <w:pPr>
        <w:pStyle w:val="Kop2"/>
        <w:rPr>
          <w:lang w:val="nl-NL"/>
        </w:rPr>
      </w:pPr>
      <w:r w:rsidRPr="003202D9">
        <w:rPr>
          <w:lang w:val="nl-NL"/>
        </w:rPr>
        <w:t>8.1 Ouderbetrokkenheid</w:t>
      </w:r>
    </w:p>
    <w:p w14:paraId="0012A1F9" w14:textId="77777777" w:rsidR="004D4A74" w:rsidRPr="003202D9" w:rsidRDefault="2AD83BDF">
      <w:pPr>
        <w:rPr>
          <w:lang w:val="nl-NL"/>
        </w:rPr>
      </w:pPr>
      <w:r w:rsidRPr="4A780B1C">
        <w:rPr>
          <w:lang w:val="nl-NL"/>
        </w:rPr>
        <w:t>Een goede samenwerking tussen school en ouders bevordert het welbevinden en de ontwikkeling van kinderen. We verwachten dat ouders betrokken zijn bij gesprekken</w:t>
      </w:r>
      <w:r w:rsidR="65D01A80" w:rsidRPr="4A780B1C">
        <w:rPr>
          <w:lang w:val="nl-NL"/>
        </w:rPr>
        <w:t xml:space="preserve"> en </w:t>
      </w:r>
      <w:r w:rsidRPr="4A780B1C">
        <w:rPr>
          <w:lang w:val="nl-NL"/>
        </w:rPr>
        <w:t>het leerproces</w:t>
      </w:r>
      <w:r w:rsidR="4C08CB2C" w:rsidRPr="4A780B1C">
        <w:rPr>
          <w:lang w:val="nl-NL"/>
        </w:rPr>
        <w:t>. Daarnaast verwachten wij dat ouders</w:t>
      </w:r>
      <w:r w:rsidRPr="4A780B1C">
        <w:rPr>
          <w:lang w:val="nl-NL"/>
        </w:rPr>
        <w:t xml:space="preserve"> belangrijke gebeurtenissen in de thuissituatie met school delen.</w:t>
      </w:r>
    </w:p>
    <w:p w14:paraId="65DC8161" w14:textId="77777777" w:rsidR="004D4A74" w:rsidRPr="003202D9" w:rsidRDefault="00AF1749">
      <w:pPr>
        <w:rPr>
          <w:lang w:val="nl-NL"/>
        </w:rPr>
      </w:pPr>
      <w:r w:rsidRPr="003202D9">
        <w:rPr>
          <w:lang w:val="nl-NL"/>
        </w:rPr>
        <w:t>Bij gevoelige of ingewikkelde onderwerpen geven wij de voorkeur aan een gesprek boven mailcontact. Ouders bespreken vragen of zorgen eerst met de leerkracht. Als dat niet tot een oplossing leidt, kan de kwaliteitscoördinator of directie worden betrokken.</w:t>
      </w:r>
    </w:p>
    <w:p w14:paraId="575C61B8" w14:textId="77777777" w:rsidR="004D4A74" w:rsidRDefault="00AF1749">
      <w:pPr>
        <w:pStyle w:val="Kop2"/>
      </w:pPr>
      <w:r>
        <w:t xml:space="preserve">8.2 </w:t>
      </w:r>
      <w:proofErr w:type="spellStart"/>
      <w:r>
        <w:t>Communicatie</w:t>
      </w:r>
      <w:proofErr w:type="spellEnd"/>
    </w:p>
    <w:tbl>
      <w:tblPr>
        <w:tblW w:w="0" w:type="auto"/>
        <w:jc w:val="center"/>
        <w:tblLook w:val="04A0" w:firstRow="1" w:lastRow="0" w:firstColumn="1" w:lastColumn="0" w:noHBand="0" w:noVBand="1"/>
      </w:tblPr>
      <w:tblGrid>
        <w:gridCol w:w="2381"/>
        <w:gridCol w:w="6973"/>
      </w:tblGrid>
      <w:tr w:rsidR="004D4A74" w14:paraId="75476C9B" w14:textId="77777777" w:rsidTr="4A780B1C">
        <w:trPr>
          <w:tblHeade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00665C"/>
          </w:tcPr>
          <w:p w14:paraId="0E1DC483" w14:textId="77777777" w:rsidR="004D4A74" w:rsidRDefault="00AF1749">
            <w:pPr>
              <w:spacing w:after="0"/>
            </w:pPr>
            <w:r>
              <w:rPr>
                <w:b/>
                <w:color w:val="FFFFFF"/>
                <w:sz w:val="16"/>
              </w:rPr>
              <w:t>Middel</w:t>
            </w:r>
          </w:p>
        </w:tc>
        <w:tc>
          <w:tcPr>
            <w:tcW w:w="6973" w:type="dxa"/>
            <w:tcBorders>
              <w:top w:val="single" w:sz="4" w:space="0" w:color="DCE8E6"/>
              <w:left w:val="single" w:sz="4" w:space="0" w:color="DCE8E6"/>
              <w:bottom w:val="single" w:sz="4" w:space="0" w:color="DCE8E6"/>
              <w:right w:val="single" w:sz="4" w:space="0" w:color="DCE8E6"/>
            </w:tcBorders>
            <w:shd w:val="clear" w:color="auto" w:fill="00665C"/>
          </w:tcPr>
          <w:p w14:paraId="270881F3" w14:textId="77777777" w:rsidR="004D4A74" w:rsidRDefault="2AD83BDF">
            <w:pPr>
              <w:spacing w:after="0"/>
            </w:pPr>
            <w:r w:rsidRPr="4A780B1C">
              <w:rPr>
                <w:b/>
                <w:bCs/>
                <w:color w:val="FFFFFF" w:themeColor="background1"/>
                <w:sz w:val="16"/>
                <w:szCs w:val="16"/>
              </w:rPr>
              <w:t>Gebruik</w:t>
            </w:r>
          </w:p>
          <w:p w14:paraId="0C6E0F23" w14:textId="77777777" w:rsidR="004D4A74" w:rsidRDefault="004D4A74" w:rsidP="4A780B1C">
            <w:pPr>
              <w:spacing w:after="0"/>
              <w:rPr>
                <w:b/>
                <w:bCs/>
                <w:color w:val="FFFFFF" w:themeColor="background1"/>
                <w:sz w:val="16"/>
                <w:szCs w:val="16"/>
              </w:rPr>
            </w:pPr>
          </w:p>
        </w:tc>
      </w:tr>
      <w:tr w:rsidR="004D4A74" w:rsidRPr="001E442B" w14:paraId="61896180"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501E6DAB" w14:textId="77777777" w:rsidR="004D4A74" w:rsidRDefault="00AF1749">
            <w:pPr>
              <w:spacing w:after="0"/>
            </w:pPr>
            <w:r>
              <w:rPr>
                <w:b/>
                <w:sz w:val="16"/>
              </w:rPr>
              <w:t>Parro</w:t>
            </w:r>
          </w:p>
        </w:tc>
        <w:tc>
          <w:tcPr>
            <w:tcW w:w="6973" w:type="dxa"/>
            <w:tcBorders>
              <w:top w:val="single" w:sz="4" w:space="0" w:color="DCE8E6"/>
              <w:left w:val="single" w:sz="4" w:space="0" w:color="DCE8E6"/>
              <w:bottom w:val="single" w:sz="4" w:space="0" w:color="DCE8E6"/>
              <w:right w:val="single" w:sz="4" w:space="0" w:color="DCE8E6"/>
            </w:tcBorders>
          </w:tcPr>
          <w:p w14:paraId="3A622099" w14:textId="77777777" w:rsidR="004D4A74" w:rsidRPr="003202D9" w:rsidRDefault="00AF1749">
            <w:pPr>
              <w:spacing w:after="0"/>
              <w:rPr>
                <w:lang w:val="nl-NL"/>
              </w:rPr>
            </w:pPr>
            <w:r w:rsidRPr="003202D9">
              <w:rPr>
                <w:sz w:val="16"/>
                <w:lang w:val="nl-NL"/>
              </w:rPr>
              <w:t>Communicatie vanuit de groep, afspraken, uitnodigingen, berichten van de leerkracht, nieuwsbrief en jaarkalender.</w:t>
            </w:r>
          </w:p>
        </w:tc>
      </w:tr>
      <w:tr w:rsidR="004D4A74" w:rsidRPr="001E442B" w14:paraId="601FE0D7"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6E6E561F" w14:textId="77777777" w:rsidR="004D4A74" w:rsidRDefault="00AF1749">
            <w:pPr>
              <w:spacing w:after="0"/>
            </w:pPr>
            <w:proofErr w:type="spellStart"/>
            <w:r>
              <w:rPr>
                <w:b/>
                <w:sz w:val="16"/>
              </w:rPr>
              <w:t>Kidsconnect</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19EACF50" w14:textId="77777777" w:rsidR="004D4A74" w:rsidRPr="003202D9" w:rsidRDefault="00AF1749">
            <w:pPr>
              <w:spacing w:after="0"/>
              <w:rPr>
                <w:lang w:val="nl-NL"/>
              </w:rPr>
            </w:pPr>
            <w:r w:rsidRPr="003202D9">
              <w:rPr>
                <w:sz w:val="16"/>
                <w:lang w:val="nl-NL"/>
              </w:rPr>
              <w:t>Communicatie vanuit de opvang en contact met de pedagogisch medewerker.</w:t>
            </w:r>
          </w:p>
        </w:tc>
      </w:tr>
      <w:tr w:rsidR="004D4A74" w14:paraId="2C9335FF"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42017B76" w14:textId="77777777" w:rsidR="004D4A74" w:rsidRDefault="00AF1749">
            <w:pPr>
              <w:spacing w:after="0"/>
            </w:pPr>
            <w:proofErr w:type="spellStart"/>
            <w:r>
              <w:rPr>
                <w:b/>
                <w:sz w:val="16"/>
              </w:rPr>
              <w:t>Jaarkalender</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4DEA3229" w14:textId="77777777" w:rsidR="004D4A74" w:rsidRDefault="00AF1749">
            <w:pPr>
              <w:spacing w:after="0"/>
            </w:pPr>
            <w:r w:rsidRPr="003202D9">
              <w:rPr>
                <w:sz w:val="16"/>
                <w:lang w:val="nl-NL"/>
              </w:rPr>
              <w:t xml:space="preserve">Vakanties, studiedagen, oudergesprekken, sportdagen, feesten en activiteiten. </w:t>
            </w:r>
            <w:proofErr w:type="spellStart"/>
            <w:r>
              <w:rPr>
                <w:sz w:val="16"/>
              </w:rPr>
              <w:t>Wijzigingen</w:t>
            </w:r>
            <w:proofErr w:type="spellEnd"/>
            <w:r>
              <w:rPr>
                <w:sz w:val="16"/>
              </w:rPr>
              <w:t xml:space="preserve"> </w:t>
            </w:r>
            <w:proofErr w:type="spellStart"/>
            <w:r>
              <w:rPr>
                <w:sz w:val="16"/>
              </w:rPr>
              <w:t>worden</w:t>
            </w:r>
            <w:proofErr w:type="spellEnd"/>
            <w:r>
              <w:rPr>
                <w:sz w:val="16"/>
              </w:rPr>
              <w:t xml:space="preserve"> via Parro gedeeld.</w:t>
            </w:r>
          </w:p>
        </w:tc>
      </w:tr>
      <w:tr w:rsidR="004D4A74" w:rsidRPr="001E442B" w14:paraId="57975B29"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268B4F14" w14:textId="77777777" w:rsidR="004D4A74" w:rsidRDefault="00AF1749">
            <w:pPr>
              <w:spacing w:after="0"/>
            </w:pPr>
            <w:r>
              <w:rPr>
                <w:b/>
                <w:sz w:val="16"/>
              </w:rPr>
              <w:t>Gesprekken</w:t>
            </w:r>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49658B21" w14:textId="77777777" w:rsidR="004D4A74" w:rsidRPr="003202D9" w:rsidRDefault="00AF1749">
            <w:pPr>
              <w:spacing w:after="0"/>
              <w:rPr>
                <w:lang w:val="nl-NL"/>
              </w:rPr>
            </w:pPr>
            <w:proofErr w:type="spellStart"/>
            <w:r w:rsidRPr="003202D9">
              <w:rPr>
                <w:sz w:val="16"/>
                <w:lang w:val="nl-NL"/>
              </w:rPr>
              <w:t>Oudervertelgesprekken</w:t>
            </w:r>
            <w:proofErr w:type="spellEnd"/>
            <w:r w:rsidRPr="003202D9">
              <w:rPr>
                <w:sz w:val="16"/>
                <w:lang w:val="nl-NL"/>
              </w:rPr>
              <w:t xml:space="preserve">, </w:t>
            </w:r>
            <w:proofErr w:type="spellStart"/>
            <w:r w:rsidRPr="003202D9">
              <w:rPr>
                <w:sz w:val="16"/>
                <w:lang w:val="nl-NL"/>
              </w:rPr>
              <w:t>leerkrachtvertelgesprekken</w:t>
            </w:r>
            <w:proofErr w:type="spellEnd"/>
            <w:r w:rsidRPr="003202D9">
              <w:rPr>
                <w:sz w:val="16"/>
                <w:lang w:val="nl-NL"/>
              </w:rPr>
              <w:t>, voortgangsgesprekken en incidentele gesprekken bij zorgen of vragen.</w:t>
            </w:r>
          </w:p>
        </w:tc>
      </w:tr>
    </w:tbl>
    <w:p w14:paraId="64911C7E" w14:textId="77777777" w:rsidR="004D4A74" w:rsidRPr="003202D9" w:rsidRDefault="004D4A74">
      <w:pPr>
        <w:spacing w:after="40"/>
        <w:rPr>
          <w:lang w:val="nl-NL"/>
        </w:rPr>
      </w:pPr>
    </w:p>
    <w:p w14:paraId="2DFEFD7E" w14:textId="77777777" w:rsidR="004D4A74" w:rsidRDefault="00AF1749">
      <w:pPr>
        <w:pStyle w:val="Kop2"/>
      </w:pPr>
      <w:r>
        <w:t xml:space="preserve">8.3 </w:t>
      </w:r>
      <w:proofErr w:type="spellStart"/>
      <w:r>
        <w:t>Gesprekkencyclus</w:t>
      </w:r>
      <w:proofErr w:type="spellEnd"/>
    </w:p>
    <w:tbl>
      <w:tblPr>
        <w:tblW w:w="0" w:type="auto"/>
        <w:jc w:val="center"/>
        <w:tblLook w:val="04A0" w:firstRow="1" w:lastRow="0" w:firstColumn="1" w:lastColumn="0" w:noHBand="0" w:noVBand="1"/>
      </w:tblPr>
      <w:tblGrid>
        <w:gridCol w:w="2665"/>
        <w:gridCol w:w="6690"/>
      </w:tblGrid>
      <w:tr w:rsidR="004D4A74" w14:paraId="4635389F" w14:textId="77777777" w:rsidTr="4A780B1C">
        <w:trPr>
          <w:tblHeade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00665C"/>
          </w:tcPr>
          <w:p w14:paraId="2A4F9DF2" w14:textId="77777777" w:rsidR="004D4A74" w:rsidRDefault="2AD83BDF">
            <w:pPr>
              <w:spacing w:after="0"/>
            </w:pPr>
            <w:r w:rsidRPr="4A780B1C">
              <w:rPr>
                <w:b/>
                <w:bCs/>
                <w:color w:val="FFFFFF" w:themeColor="background1"/>
                <w:sz w:val="16"/>
                <w:szCs w:val="16"/>
              </w:rPr>
              <w:t>Gesprek</w:t>
            </w:r>
          </w:p>
          <w:p w14:paraId="4B6B1837" w14:textId="77777777" w:rsidR="004D4A74" w:rsidRDefault="004D4A74" w:rsidP="4A780B1C">
            <w:pPr>
              <w:spacing w:after="0"/>
              <w:rPr>
                <w:b/>
                <w:bCs/>
                <w:color w:val="FFFFFF" w:themeColor="background1"/>
                <w:sz w:val="16"/>
                <w:szCs w:val="16"/>
              </w:rPr>
            </w:pPr>
          </w:p>
        </w:tc>
        <w:tc>
          <w:tcPr>
            <w:tcW w:w="6690" w:type="dxa"/>
            <w:tcBorders>
              <w:top w:val="single" w:sz="4" w:space="0" w:color="DCE8E6"/>
              <w:left w:val="single" w:sz="4" w:space="0" w:color="DCE8E6"/>
              <w:bottom w:val="single" w:sz="4" w:space="0" w:color="DCE8E6"/>
              <w:right w:val="single" w:sz="4" w:space="0" w:color="DCE8E6"/>
            </w:tcBorders>
            <w:shd w:val="clear" w:color="auto" w:fill="00665C"/>
          </w:tcPr>
          <w:p w14:paraId="668CE4DF" w14:textId="77777777" w:rsidR="004D4A74" w:rsidRDefault="00AF1749">
            <w:pPr>
              <w:spacing w:after="0"/>
            </w:pPr>
            <w:r>
              <w:rPr>
                <w:b/>
                <w:color w:val="FFFFFF"/>
                <w:sz w:val="16"/>
              </w:rPr>
              <w:t>Doel</w:t>
            </w:r>
          </w:p>
        </w:tc>
      </w:tr>
      <w:tr w:rsidR="004D4A74" w:rsidRPr="001E442B" w14:paraId="5AB3DDD5"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02C9FE09" w14:textId="77777777" w:rsidR="004D4A74" w:rsidRDefault="00AF1749">
            <w:pPr>
              <w:spacing w:after="0"/>
            </w:pPr>
            <w:r>
              <w:rPr>
                <w:b/>
                <w:sz w:val="16"/>
              </w:rPr>
              <w:t>Dit-ben-ik-gesprek</w:t>
            </w:r>
          </w:p>
        </w:tc>
        <w:tc>
          <w:tcPr>
            <w:tcW w:w="6690" w:type="dxa"/>
            <w:tcBorders>
              <w:top w:val="single" w:sz="4" w:space="0" w:color="DCE8E6"/>
              <w:left w:val="single" w:sz="4" w:space="0" w:color="DCE8E6"/>
              <w:bottom w:val="single" w:sz="4" w:space="0" w:color="DCE8E6"/>
              <w:right w:val="single" w:sz="4" w:space="0" w:color="DCE8E6"/>
            </w:tcBorders>
          </w:tcPr>
          <w:p w14:paraId="1A2363AF" w14:textId="77777777" w:rsidR="004D4A74" w:rsidRPr="003202D9" w:rsidRDefault="00AF1749">
            <w:pPr>
              <w:spacing w:after="0"/>
              <w:rPr>
                <w:lang w:val="nl-NL"/>
              </w:rPr>
            </w:pPr>
            <w:r w:rsidRPr="003202D9">
              <w:rPr>
                <w:sz w:val="16"/>
                <w:lang w:val="nl-NL"/>
              </w:rPr>
              <w:t>Voor nieuwe kleuters: kennismaking met kind en ouders en een eerste beeld van de ontwikkeling.</w:t>
            </w:r>
          </w:p>
        </w:tc>
      </w:tr>
      <w:tr w:rsidR="004D4A74" w:rsidRPr="001E442B" w14:paraId="6544D375"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41521A22" w14:textId="77777777" w:rsidR="004D4A74" w:rsidRDefault="00AF1749">
            <w:pPr>
              <w:spacing w:after="0"/>
            </w:pPr>
            <w:proofErr w:type="spellStart"/>
            <w:r>
              <w:rPr>
                <w:b/>
                <w:sz w:val="16"/>
              </w:rPr>
              <w:t>Oudervertelgesprek</w:t>
            </w:r>
            <w:proofErr w:type="spellEnd"/>
          </w:p>
        </w:tc>
        <w:tc>
          <w:tcPr>
            <w:tcW w:w="6690" w:type="dxa"/>
            <w:tcBorders>
              <w:top w:val="single" w:sz="4" w:space="0" w:color="DCE8E6"/>
              <w:left w:val="single" w:sz="4" w:space="0" w:color="DCE8E6"/>
              <w:bottom w:val="single" w:sz="4" w:space="0" w:color="DCE8E6"/>
              <w:right w:val="single" w:sz="4" w:space="0" w:color="DCE8E6"/>
            </w:tcBorders>
            <w:shd w:val="clear" w:color="auto" w:fill="FAFCFB"/>
          </w:tcPr>
          <w:p w14:paraId="05C15775" w14:textId="77777777" w:rsidR="004D4A74" w:rsidRPr="003202D9" w:rsidRDefault="00AF1749">
            <w:pPr>
              <w:spacing w:after="0"/>
              <w:rPr>
                <w:lang w:val="nl-NL"/>
              </w:rPr>
            </w:pPr>
            <w:r w:rsidRPr="003202D9">
              <w:rPr>
                <w:sz w:val="16"/>
                <w:lang w:val="nl-NL"/>
              </w:rPr>
              <w:t>Aan het begin van het schooljaar: kennismaken, informatie delen en de samenwerking goed starten.</w:t>
            </w:r>
          </w:p>
        </w:tc>
      </w:tr>
      <w:tr w:rsidR="004D4A74" w:rsidRPr="001E442B" w14:paraId="7257CCF8"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1C7112F0" w14:textId="77777777" w:rsidR="004D4A74" w:rsidRDefault="00AF1749">
            <w:pPr>
              <w:spacing w:after="0"/>
            </w:pPr>
            <w:proofErr w:type="spellStart"/>
            <w:r>
              <w:rPr>
                <w:b/>
                <w:sz w:val="16"/>
              </w:rPr>
              <w:lastRenderedPageBreak/>
              <w:t>Leerkrachtvertelgesprek</w:t>
            </w:r>
            <w:proofErr w:type="spellEnd"/>
          </w:p>
        </w:tc>
        <w:tc>
          <w:tcPr>
            <w:tcW w:w="6690" w:type="dxa"/>
            <w:tcBorders>
              <w:top w:val="single" w:sz="4" w:space="0" w:color="DCE8E6"/>
              <w:left w:val="single" w:sz="4" w:space="0" w:color="DCE8E6"/>
              <w:bottom w:val="single" w:sz="4" w:space="0" w:color="DCE8E6"/>
              <w:right w:val="single" w:sz="4" w:space="0" w:color="DCE8E6"/>
            </w:tcBorders>
          </w:tcPr>
          <w:p w14:paraId="38F03616" w14:textId="77777777" w:rsidR="004D4A74" w:rsidRPr="003202D9" w:rsidRDefault="00AF1749">
            <w:pPr>
              <w:spacing w:after="0"/>
              <w:rPr>
                <w:lang w:val="nl-NL"/>
              </w:rPr>
            </w:pPr>
            <w:r w:rsidRPr="003202D9">
              <w:rPr>
                <w:sz w:val="16"/>
                <w:lang w:val="nl-NL"/>
              </w:rPr>
              <w:t>Na de herfstvakantie: gesprek over sociaal-emotionele ontwikkeling, leeraanpak en creatief vermogen.</w:t>
            </w:r>
          </w:p>
        </w:tc>
      </w:tr>
      <w:tr w:rsidR="004D4A74" w:rsidRPr="001E442B" w14:paraId="19CFAF80"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2D5F4446" w14:textId="77777777" w:rsidR="004D4A74" w:rsidRDefault="00AF1749">
            <w:pPr>
              <w:spacing w:after="0"/>
            </w:pPr>
            <w:proofErr w:type="spellStart"/>
            <w:r>
              <w:rPr>
                <w:b/>
                <w:sz w:val="16"/>
              </w:rPr>
              <w:t>Voortgangsgesprek</w:t>
            </w:r>
            <w:proofErr w:type="spellEnd"/>
          </w:p>
        </w:tc>
        <w:tc>
          <w:tcPr>
            <w:tcW w:w="6690" w:type="dxa"/>
            <w:tcBorders>
              <w:top w:val="single" w:sz="4" w:space="0" w:color="DCE8E6"/>
              <w:left w:val="single" w:sz="4" w:space="0" w:color="DCE8E6"/>
              <w:bottom w:val="single" w:sz="4" w:space="0" w:color="DCE8E6"/>
              <w:right w:val="single" w:sz="4" w:space="0" w:color="DCE8E6"/>
            </w:tcBorders>
            <w:shd w:val="clear" w:color="auto" w:fill="FAFCFB"/>
          </w:tcPr>
          <w:p w14:paraId="3ACB06C6" w14:textId="77777777" w:rsidR="004D4A74" w:rsidRPr="003202D9" w:rsidRDefault="00AF1749">
            <w:pPr>
              <w:spacing w:after="0"/>
              <w:rPr>
                <w:lang w:val="nl-NL"/>
              </w:rPr>
            </w:pPr>
            <w:r w:rsidRPr="003202D9">
              <w:rPr>
                <w:sz w:val="16"/>
                <w:lang w:val="nl-NL"/>
              </w:rPr>
              <w:t>In februari/maart: bespreking van rapport, observaties, methodetoetsen en IEP-ontwikkeling.</w:t>
            </w:r>
          </w:p>
        </w:tc>
      </w:tr>
      <w:tr w:rsidR="004D4A74" w:rsidRPr="001E442B" w14:paraId="470ECAE4" w14:textId="77777777" w:rsidTr="4A780B1C">
        <w:trPr>
          <w:jc w:val="center"/>
        </w:trPr>
        <w:tc>
          <w:tcPr>
            <w:tcW w:w="2665" w:type="dxa"/>
            <w:tcBorders>
              <w:top w:val="single" w:sz="4" w:space="0" w:color="DCE8E6"/>
              <w:left w:val="single" w:sz="4" w:space="0" w:color="DCE8E6"/>
              <w:bottom w:val="single" w:sz="4" w:space="0" w:color="DCE8E6"/>
              <w:right w:val="single" w:sz="4" w:space="0" w:color="DCE8E6"/>
            </w:tcBorders>
            <w:shd w:val="clear" w:color="auto" w:fill="EAF6DF"/>
          </w:tcPr>
          <w:p w14:paraId="4F8C859C" w14:textId="77777777" w:rsidR="004D4A74" w:rsidRDefault="00AF1749">
            <w:pPr>
              <w:spacing w:after="0"/>
            </w:pPr>
            <w:proofErr w:type="spellStart"/>
            <w:r>
              <w:rPr>
                <w:b/>
                <w:sz w:val="16"/>
              </w:rPr>
              <w:t>Incidenteel</w:t>
            </w:r>
            <w:proofErr w:type="spellEnd"/>
            <w:r>
              <w:rPr>
                <w:b/>
                <w:sz w:val="16"/>
              </w:rPr>
              <w:t xml:space="preserve"> </w:t>
            </w:r>
            <w:proofErr w:type="spellStart"/>
            <w:r>
              <w:rPr>
                <w:b/>
                <w:sz w:val="16"/>
              </w:rPr>
              <w:t>gesprek</w:t>
            </w:r>
            <w:proofErr w:type="spellEnd"/>
          </w:p>
        </w:tc>
        <w:tc>
          <w:tcPr>
            <w:tcW w:w="6690" w:type="dxa"/>
            <w:tcBorders>
              <w:top w:val="single" w:sz="4" w:space="0" w:color="DCE8E6"/>
              <w:left w:val="single" w:sz="4" w:space="0" w:color="DCE8E6"/>
              <w:bottom w:val="single" w:sz="4" w:space="0" w:color="DCE8E6"/>
              <w:right w:val="single" w:sz="4" w:space="0" w:color="DCE8E6"/>
            </w:tcBorders>
          </w:tcPr>
          <w:p w14:paraId="5CEE8FC8" w14:textId="77777777" w:rsidR="004D4A74" w:rsidRPr="003202D9" w:rsidRDefault="00AF1749">
            <w:pPr>
              <w:spacing w:after="0"/>
              <w:rPr>
                <w:lang w:val="nl-NL"/>
              </w:rPr>
            </w:pPr>
            <w:r w:rsidRPr="003202D9">
              <w:rPr>
                <w:sz w:val="16"/>
                <w:lang w:val="nl-NL"/>
              </w:rPr>
              <w:t>Wanneer ouders of school aanleiding zien om tussentijds te overleggen.</w:t>
            </w:r>
          </w:p>
        </w:tc>
      </w:tr>
    </w:tbl>
    <w:p w14:paraId="1D8A6180" w14:textId="77777777" w:rsidR="004D4A74" w:rsidRPr="003202D9" w:rsidRDefault="004D4A74">
      <w:pPr>
        <w:spacing w:after="40"/>
        <w:rPr>
          <w:lang w:val="nl-NL"/>
        </w:rPr>
      </w:pPr>
    </w:p>
    <w:p w14:paraId="60CB28B7" w14:textId="77777777" w:rsidR="004D4A74" w:rsidRPr="003202D9" w:rsidRDefault="2AD83BDF">
      <w:pPr>
        <w:pStyle w:val="Kop2"/>
        <w:rPr>
          <w:lang w:val="nl-NL"/>
        </w:rPr>
      </w:pPr>
      <w:r w:rsidRPr="4A780B1C">
        <w:rPr>
          <w:lang w:val="nl-NL"/>
        </w:rPr>
        <w:t xml:space="preserve">8.4 </w:t>
      </w:r>
      <w:r w:rsidR="3DD4CA22" w:rsidRPr="4A780B1C">
        <w:rPr>
          <w:lang w:val="nl-NL"/>
        </w:rPr>
        <w:t>AC</w:t>
      </w:r>
      <w:r w:rsidRPr="4A780B1C">
        <w:rPr>
          <w:lang w:val="nl-NL"/>
        </w:rPr>
        <w:t>, MR en GMR</w:t>
      </w:r>
    </w:p>
    <w:p w14:paraId="6CE5DDAD" w14:textId="77777777" w:rsidR="004D4A74" w:rsidRPr="003202D9" w:rsidRDefault="2AD83BDF">
      <w:pPr>
        <w:rPr>
          <w:lang w:val="nl-NL"/>
        </w:rPr>
      </w:pPr>
      <w:r w:rsidRPr="4A780B1C">
        <w:rPr>
          <w:lang w:val="nl-NL"/>
        </w:rPr>
        <w:t xml:space="preserve">De </w:t>
      </w:r>
      <w:r w:rsidR="5E4A35D3" w:rsidRPr="4A780B1C">
        <w:rPr>
          <w:lang w:val="nl-NL"/>
        </w:rPr>
        <w:t>activiteitencommissie</w:t>
      </w:r>
      <w:r w:rsidRPr="4A780B1C">
        <w:rPr>
          <w:lang w:val="nl-NL"/>
        </w:rPr>
        <w:t xml:space="preserve"> ondersteunt bij de organisatie van activiteiten in en om school. Contact met de </w:t>
      </w:r>
      <w:r w:rsidR="0283C292" w:rsidRPr="4A780B1C">
        <w:rPr>
          <w:lang w:val="nl-NL"/>
        </w:rPr>
        <w:t xml:space="preserve">AC </w:t>
      </w:r>
      <w:r w:rsidRPr="4A780B1C">
        <w:rPr>
          <w:lang w:val="nl-NL"/>
        </w:rPr>
        <w:t xml:space="preserve">kan via </w:t>
      </w:r>
      <w:hyperlink r:id="rId22">
        <w:r w:rsidRPr="4A780B1C">
          <w:rPr>
            <w:rStyle w:val="Hyperlink"/>
            <w:lang w:val="nl-NL"/>
          </w:rPr>
          <w:t>or.desingel@wijzer.nu</w:t>
        </w:r>
      </w:hyperlink>
      <w:r w:rsidRPr="4A780B1C">
        <w:rPr>
          <w:lang w:val="nl-NL"/>
        </w:rPr>
        <w:t>.</w:t>
      </w:r>
      <w:r w:rsidR="49C6CCF7" w:rsidRPr="4A780B1C">
        <w:rPr>
          <w:lang w:val="nl-NL"/>
        </w:rPr>
        <w:t xml:space="preserve"> </w:t>
      </w:r>
      <w:r w:rsidRPr="4A780B1C">
        <w:rPr>
          <w:lang w:val="nl-NL"/>
        </w:rPr>
        <w:t>De medezeggenschapsraad (MR) bestaat uit ouders en personeelsleden en denkt mee over beleid en ontwikkelingen binnen de school. De MR heeft op sommige onderwerpen adviesrecht en op andere instemmingsrecht. Binnen Wijzer is er daarnaast een gemeenschappelijke medezeggenschapsraad (GMR).</w:t>
      </w:r>
    </w:p>
    <w:p w14:paraId="497636F3" w14:textId="77777777" w:rsidR="004D4A74" w:rsidRPr="003202D9" w:rsidRDefault="00AF1749">
      <w:pPr>
        <w:pStyle w:val="Kop2"/>
        <w:rPr>
          <w:lang w:val="nl-NL"/>
        </w:rPr>
      </w:pPr>
      <w:r w:rsidRPr="003202D9">
        <w:rPr>
          <w:lang w:val="nl-NL"/>
        </w:rPr>
        <w:t>8.5 Ouderhulp</w:t>
      </w:r>
    </w:p>
    <w:p w14:paraId="5726E0EB" w14:textId="77777777" w:rsidR="004D4A74" w:rsidRPr="003202D9" w:rsidRDefault="00AF1749">
      <w:pPr>
        <w:rPr>
          <w:lang w:val="nl-NL"/>
        </w:rPr>
      </w:pPr>
      <w:r w:rsidRPr="003202D9">
        <w:rPr>
          <w:lang w:val="nl-NL"/>
        </w:rPr>
        <w:t xml:space="preserve">Ouders kunnen worden gevraagd te helpen bij activiteiten zoals excursies, sportdagen, Koningsspelen, Sinterklaas, Kerst, schoolreis, avondvierdaagse, boekenmarkt en goede doelenacties. Hulpvragen verlopen meestal via </w:t>
      </w:r>
      <w:proofErr w:type="spellStart"/>
      <w:r w:rsidRPr="003202D9">
        <w:rPr>
          <w:lang w:val="nl-NL"/>
        </w:rPr>
        <w:t>Parro</w:t>
      </w:r>
      <w:proofErr w:type="spellEnd"/>
      <w:r w:rsidRPr="003202D9">
        <w:rPr>
          <w:lang w:val="nl-NL"/>
        </w:rPr>
        <w:t>.</w:t>
      </w:r>
    </w:p>
    <w:p w14:paraId="098F6CA5" w14:textId="77777777" w:rsidR="004D4A74" w:rsidRPr="003202D9" w:rsidRDefault="00AF1749">
      <w:pPr>
        <w:rPr>
          <w:lang w:val="nl-NL"/>
        </w:rPr>
      </w:pPr>
      <w:r w:rsidRPr="003202D9">
        <w:rPr>
          <w:lang w:val="nl-NL"/>
        </w:rPr>
        <w:br w:type="page"/>
      </w:r>
    </w:p>
    <w:p w14:paraId="5E479E2D" w14:textId="77777777" w:rsidR="004D4A74" w:rsidRPr="003202D9" w:rsidRDefault="00AF1749">
      <w:pPr>
        <w:pStyle w:val="Kop2"/>
        <w:rPr>
          <w:lang w:val="nl-NL"/>
        </w:rPr>
      </w:pPr>
      <w:r w:rsidRPr="003202D9">
        <w:rPr>
          <w:lang w:val="nl-NL"/>
        </w:rPr>
        <w:lastRenderedPageBreak/>
        <w:t>8.6 Vrijwillige ouderbijdrage</w:t>
      </w:r>
    </w:p>
    <w:p w14:paraId="7C8C12F0" w14:textId="77777777" w:rsidR="004D4A74" w:rsidRPr="003202D9" w:rsidRDefault="00AF1749">
      <w:pPr>
        <w:rPr>
          <w:lang w:val="nl-NL"/>
        </w:rPr>
      </w:pPr>
      <w:r w:rsidRPr="003202D9">
        <w:rPr>
          <w:lang w:val="nl-NL"/>
        </w:rPr>
        <w:t>Vanaf schooljaar 2025-2026 vraagt IKC De Singel geen vrijwillige ouderbijdrage meer. Er zijn ook geen overige schoolkosten. Activiteiten zoals excursies, schoolreis, feestvieringen en schoolkamp groep 8 worden zoveel mogelijk bekostigd vanuit schoolmiddelen, subsidies, fondsen of acties.</w:t>
      </w:r>
    </w:p>
    <w:tbl>
      <w:tblPr>
        <w:tblW w:w="0" w:type="auto"/>
        <w:jc w:val="center"/>
        <w:tblLook w:val="04A0" w:firstRow="1" w:lastRow="0" w:firstColumn="1" w:lastColumn="0" w:noHBand="0" w:noVBand="1"/>
      </w:tblPr>
      <w:tblGrid>
        <w:gridCol w:w="8787"/>
      </w:tblGrid>
      <w:tr w:rsidR="003202D9" w:rsidRPr="001E442B" w14:paraId="62692459" w14:textId="77777777">
        <w:trPr>
          <w:jc w:val="center"/>
        </w:trPr>
        <w:tc>
          <w:tcPr>
            <w:tcW w:w="8787"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24BF854A" w14:textId="77777777" w:rsidR="003202D9" w:rsidRPr="003202D9" w:rsidRDefault="003202D9">
            <w:pPr>
              <w:spacing w:after="0"/>
              <w:rPr>
                <w:lang w:val="nl-NL"/>
              </w:rPr>
            </w:pPr>
            <w:r w:rsidRPr="003202D9">
              <w:rPr>
                <w:b/>
                <w:color w:val="00665C"/>
                <w:lang w:val="nl-NL"/>
              </w:rPr>
              <w:t>Belangrijk uitgangspunt</w:t>
            </w:r>
            <w:r w:rsidRPr="003202D9">
              <w:rPr>
                <w:b/>
                <w:color w:val="00665C"/>
                <w:lang w:val="nl-NL"/>
              </w:rPr>
              <w:br/>
            </w:r>
            <w:r w:rsidRPr="003202D9">
              <w:rPr>
                <w:sz w:val="17"/>
                <w:lang w:val="nl-NL"/>
              </w:rPr>
              <w:t>Alle kinderen doen mee aan activiteiten die bij het onderwijs en de basisschooltijd horen.</w:t>
            </w:r>
          </w:p>
        </w:tc>
      </w:tr>
    </w:tbl>
    <w:p w14:paraId="76A45A92" w14:textId="77777777" w:rsidR="004D4A74" w:rsidRPr="003202D9" w:rsidRDefault="004D4A74">
      <w:pPr>
        <w:spacing w:after="40"/>
        <w:rPr>
          <w:lang w:val="nl-NL"/>
        </w:rPr>
      </w:pPr>
    </w:p>
    <w:p w14:paraId="1A3396FE" w14:textId="77777777" w:rsidR="004D4A74" w:rsidRDefault="00AF1749">
      <w:pPr>
        <w:pStyle w:val="Kop2"/>
      </w:pPr>
      <w:r>
        <w:t xml:space="preserve">8.7 </w:t>
      </w:r>
      <w:proofErr w:type="spellStart"/>
      <w:r>
        <w:t>Ziekmelden</w:t>
      </w:r>
      <w:proofErr w:type="spellEnd"/>
      <w:r>
        <w:t xml:space="preserve"> </w:t>
      </w:r>
      <w:proofErr w:type="spellStart"/>
      <w:r>
        <w:t>en</w:t>
      </w:r>
      <w:proofErr w:type="spellEnd"/>
      <w:r>
        <w:t xml:space="preserve"> </w:t>
      </w:r>
      <w:proofErr w:type="spellStart"/>
      <w:r>
        <w:t>verlof</w:t>
      </w:r>
      <w:proofErr w:type="spellEnd"/>
    </w:p>
    <w:tbl>
      <w:tblPr>
        <w:tblW w:w="0" w:type="auto"/>
        <w:jc w:val="center"/>
        <w:tblLook w:val="04A0" w:firstRow="1" w:lastRow="0" w:firstColumn="1" w:lastColumn="0" w:noHBand="0" w:noVBand="1"/>
      </w:tblPr>
      <w:tblGrid>
        <w:gridCol w:w="2551"/>
        <w:gridCol w:w="6803"/>
      </w:tblGrid>
      <w:tr w:rsidR="004D4A74" w14:paraId="7BFAB63E" w14:textId="77777777" w:rsidTr="4A780B1C">
        <w:trPr>
          <w:tblHeade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00665C"/>
          </w:tcPr>
          <w:p w14:paraId="48343CCE" w14:textId="77777777" w:rsidR="004D4A74" w:rsidRDefault="2AD83BDF">
            <w:pPr>
              <w:spacing w:after="0"/>
            </w:pPr>
            <w:r w:rsidRPr="4A780B1C">
              <w:rPr>
                <w:b/>
                <w:bCs/>
                <w:color w:val="FFFFFF" w:themeColor="background1"/>
                <w:sz w:val="16"/>
                <w:szCs w:val="16"/>
              </w:rPr>
              <w:t>Onderwerp</w:t>
            </w:r>
          </w:p>
          <w:p w14:paraId="170D7CF6" w14:textId="77777777" w:rsidR="004D4A74" w:rsidRDefault="004D4A74" w:rsidP="4A780B1C">
            <w:pPr>
              <w:spacing w:after="0"/>
              <w:rPr>
                <w:b/>
                <w:bCs/>
                <w:color w:val="FFFFFF" w:themeColor="background1"/>
                <w:sz w:val="16"/>
                <w:szCs w:val="16"/>
              </w:rPr>
            </w:pPr>
          </w:p>
        </w:tc>
        <w:tc>
          <w:tcPr>
            <w:tcW w:w="6803" w:type="dxa"/>
            <w:tcBorders>
              <w:top w:val="single" w:sz="4" w:space="0" w:color="DCE8E6"/>
              <w:left w:val="single" w:sz="4" w:space="0" w:color="DCE8E6"/>
              <w:bottom w:val="single" w:sz="4" w:space="0" w:color="DCE8E6"/>
              <w:right w:val="single" w:sz="4" w:space="0" w:color="DCE8E6"/>
            </w:tcBorders>
            <w:shd w:val="clear" w:color="auto" w:fill="00665C"/>
          </w:tcPr>
          <w:p w14:paraId="7B7F9FD6" w14:textId="77777777" w:rsidR="004D4A74" w:rsidRDefault="2AD83BDF">
            <w:pPr>
              <w:spacing w:after="0"/>
            </w:pPr>
            <w:r w:rsidRPr="4A780B1C">
              <w:rPr>
                <w:b/>
                <w:bCs/>
                <w:color w:val="FFFFFF" w:themeColor="background1"/>
                <w:sz w:val="16"/>
                <w:szCs w:val="16"/>
              </w:rPr>
              <w:t>Afspraak</w:t>
            </w:r>
          </w:p>
          <w:p w14:paraId="6A23D6F7" w14:textId="77777777" w:rsidR="004D4A74" w:rsidRDefault="004D4A74" w:rsidP="4A780B1C">
            <w:pPr>
              <w:spacing w:after="0"/>
              <w:rPr>
                <w:b/>
                <w:bCs/>
                <w:color w:val="FFFFFF" w:themeColor="background1"/>
                <w:sz w:val="16"/>
                <w:szCs w:val="16"/>
              </w:rPr>
            </w:pPr>
          </w:p>
        </w:tc>
      </w:tr>
      <w:tr w:rsidR="004D4A74" w14:paraId="33179D61"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5C2E53AB" w14:textId="77777777" w:rsidR="004D4A74" w:rsidRDefault="00AF1749">
            <w:pPr>
              <w:spacing w:after="0"/>
            </w:pPr>
            <w:r>
              <w:rPr>
                <w:b/>
                <w:sz w:val="16"/>
              </w:rPr>
              <w:t>Ziekmelden</w:t>
            </w:r>
          </w:p>
        </w:tc>
        <w:tc>
          <w:tcPr>
            <w:tcW w:w="6803" w:type="dxa"/>
            <w:tcBorders>
              <w:top w:val="single" w:sz="4" w:space="0" w:color="DCE8E6"/>
              <w:left w:val="single" w:sz="4" w:space="0" w:color="DCE8E6"/>
              <w:bottom w:val="single" w:sz="4" w:space="0" w:color="DCE8E6"/>
              <w:right w:val="single" w:sz="4" w:space="0" w:color="DCE8E6"/>
            </w:tcBorders>
          </w:tcPr>
          <w:p w14:paraId="784CBDBB" w14:textId="77777777" w:rsidR="004D4A74" w:rsidRDefault="00AF1749">
            <w:pPr>
              <w:spacing w:after="0"/>
            </w:pPr>
            <w:r w:rsidRPr="003202D9">
              <w:rPr>
                <w:sz w:val="16"/>
                <w:lang w:val="nl-NL"/>
              </w:rPr>
              <w:t xml:space="preserve">Meld ziekte of afwezigheid via </w:t>
            </w:r>
            <w:proofErr w:type="spellStart"/>
            <w:r w:rsidRPr="003202D9">
              <w:rPr>
                <w:sz w:val="16"/>
                <w:lang w:val="nl-NL"/>
              </w:rPr>
              <w:t>Parro</w:t>
            </w:r>
            <w:proofErr w:type="spellEnd"/>
            <w:r w:rsidRPr="003202D9">
              <w:rPr>
                <w:sz w:val="16"/>
                <w:lang w:val="nl-NL"/>
              </w:rPr>
              <w:t xml:space="preserve"> voor schooltijd en uiterlijk om 09.00 uur. </w:t>
            </w:r>
            <w:r>
              <w:rPr>
                <w:sz w:val="16"/>
              </w:rPr>
              <w:t xml:space="preserve">Dit </w:t>
            </w:r>
            <w:proofErr w:type="spellStart"/>
            <w:r>
              <w:rPr>
                <w:sz w:val="16"/>
              </w:rPr>
              <w:t>geldt</w:t>
            </w:r>
            <w:proofErr w:type="spellEnd"/>
            <w:r>
              <w:rPr>
                <w:sz w:val="16"/>
              </w:rPr>
              <w:t xml:space="preserve"> </w:t>
            </w:r>
            <w:proofErr w:type="spellStart"/>
            <w:r>
              <w:rPr>
                <w:sz w:val="16"/>
              </w:rPr>
              <w:t>ook</w:t>
            </w:r>
            <w:proofErr w:type="spellEnd"/>
            <w:r>
              <w:rPr>
                <w:sz w:val="16"/>
              </w:rPr>
              <w:t xml:space="preserve"> </w:t>
            </w:r>
            <w:proofErr w:type="spellStart"/>
            <w:r>
              <w:rPr>
                <w:sz w:val="16"/>
              </w:rPr>
              <w:t>voor</w:t>
            </w:r>
            <w:proofErr w:type="spellEnd"/>
            <w:r>
              <w:rPr>
                <w:sz w:val="16"/>
              </w:rPr>
              <w:t xml:space="preserve"> </w:t>
            </w:r>
            <w:proofErr w:type="spellStart"/>
            <w:r>
              <w:rPr>
                <w:sz w:val="16"/>
              </w:rPr>
              <w:t>vierjarigen</w:t>
            </w:r>
            <w:proofErr w:type="spellEnd"/>
            <w:r>
              <w:rPr>
                <w:sz w:val="16"/>
              </w:rPr>
              <w:t>.</w:t>
            </w:r>
          </w:p>
        </w:tc>
      </w:tr>
      <w:tr w:rsidR="004D4A74" w:rsidRPr="001E442B" w14:paraId="23369303"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2BFD6230" w14:textId="77777777" w:rsidR="004D4A74" w:rsidRDefault="00AF1749">
            <w:pPr>
              <w:spacing w:after="0"/>
            </w:pPr>
            <w:r>
              <w:rPr>
                <w:b/>
                <w:sz w:val="16"/>
              </w:rPr>
              <w:t>Leerplicht</w:t>
            </w:r>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32AC9E02" w14:textId="77777777" w:rsidR="004D4A74" w:rsidRPr="003202D9" w:rsidRDefault="00AF1749">
            <w:pPr>
              <w:spacing w:after="0"/>
              <w:rPr>
                <w:lang w:val="nl-NL"/>
              </w:rPr>
            </w:pPr>
            <w:r w:rsidRPr="003202D9">
              <w:rPr>
                <w:sz w:val="16"/>
                <w:lang w:val="nl-NL"/>
              </w:rPr>
              <w:t>Kinderen van 5 jaar en ouder zijn leerplichtig. Ongeoorloofd verzuim wordt gemeld bij de leerplichtambtenaar.</w:t>
            </w:r>
          </w:p>
        </w:tc>
      </w:tr>
      <w:tr w:rsidR="004D4A74" w:rsidRPr="001E442B" w14:paraId="673533F1"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7FB29D39" w14:textId="77777777" w:rsidR="004D4A74" w:rsidRDefault="00AF1749">
            <w:pPr>
              <w:spacing w:after="0"/>
            </w:pPr>
            <w:proofErr w:type="spellStart"/>
            <w:r>
              <w:rPr>
                <w:b/>
                <w:sz w:val="16"/>
              </w:rPr>
              <w:t>Verlof</w:t>
            </w:r>
            <w:proofErr w:type="spellEnd"/>
            <w:r>
              <w:rPr>
                <w:b/>
                <w:sz w:val="16"/>
              </w:rPr>
              <w:t xml:space="preserve"> </w:t>
            </w:r>
            <w:proofErr w:type="spellStart"/>
            <w:r>
              <w:rPr>
                <w:b/>
                <w:sz w:val="16"/>
              </w:rPr>
              <w:t>aanvragen</w:t>
            </w:r>
            <w:proofErr w:type="spellEnd"/>
          </w:p>
        </w:tc>
        <w:tc>
          <w:tcPr>
            <w:tcW w:w="6803" w:type="dxa"/>
            <w:tcBorders>
              <w:top w:val="single" w:sz="4" w:space="0" w:color="DCE8E6"/>
              <w:left w:val="single" w:sz="4" w:space="0" w:color="DCE8E6"/>
              <w:bottom w:val="single" w:sz="4" w:space="0" w:color="DCE8E6"/>
              <w:right w:val="single" w:sz="4" w:space="0" w:color="DCE8E6"/>
            </w:tcBorders>
          </w:tcPr>
          <w:p w14:paraId="02468A53" w14:textId="77777777" w:rsidR="004D4A74" w:rsidRPr="003202D9" w:rsidRDefault="00AF1749">
            <w:pPr>
              <w:spacing w:after="0"/>
              <w:rPr>
                <w:lang w:val="nl-NL"/>
              </w:rPr>
            </w:pPr>
            <w:r w:rsidRPr="003202D9">
              <w:rPr>
                <w:sz w:val="16"/>
                <w:lang w:val="nl-NL"/>
              </w:rPr>
              <w:t>Vraag verlof schriftelijk aan met het verlofformulier. Bij vakantieverlof vanwege de specifieke aard van het beroep geldt dat dit ten minste 8 weken vooraf moet worden aangevraagd.</w:t>
            </w:r>
          </w:p>
        </w:tc>
      </w:tr>
      <w:tr w:rsidR="004D4A74" w:rsidRPr="001E442B" w14:paraId="6168E830"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7F16A1AE" w14:textId="77777777" w:rsidR="004D4A74" w:rsidRDefault="00AF1749">
            <w:pPr>
              <w:spacing w:after="0"/>
            </w:pPr>
            <w:proofErr w:type="spellStart"/>
            <w:r>
              <w:rPr>
                <w:b/>
                <w:sz w:val="16"/>
              </w:rPr>
              <w:t>Maximaal</w:t>
            </w:r>
            <w:proofErr w:type="spellEnd"/>
            <w:r>
              <w:rPr>
                <w:b/>
                <w:sz w:val="16"/>
              </w:rPr>
              <w:t xml:space="preserve"> </w:t>
            </w:r>
            <w:proofErr w:type="spellStart"/>
            <w:r>
              <w:rPr>
                <w:b/>
                <w:sz w:val="16"/>
              </w:rPr>
              <w:t>vakantieverlof</w:t>
            </w:r>
            <w:proofErr w:type="spellEnd"/>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22458E18" w14:textId="77777777" w:rsidR="004D4A74" w:rsidRPr="003202D9" w:rsidRDefault="00AF1749">
            <w:pPr>
              <w:spacing w:after="0"/>
              <w:rPr>
                <w:lang w:val="nl-NL"/>
              </w:rPr>
            </w:pPr>
            <w:r w:rsidRPr="003202D9">
              <w:rPr>
                <w:sz w:val="16"/>
                <w:lang w:val="nl-NL"/>
              </w:rPr>
              <w:t>In uitzonderlijke gevallen kan maximaal 10 schooldagen aaneengesloten vakantieverlof worden verleend. Verlof in de eerste twee schoolweken is wettelijk niet toegestaan.</w:t>
            </w:r>
          </w:p>
        </w:tc>
      </w:tr>
    </w:tbl>
    <w:p w14:paraId="10A05F7E" w14:textId="77777777" w:rsidR="004D4A74" w:rsidRPr="003202D9" w:rsidRDefault="004D4A74">
      <w:pPr>
        <w:spacing w:after="40"/>
        <w:rPr>
          <w:lang w:val="nl-NL"/>
        </w:rPr>
      </w:pPr>
    </w:p>
    <w:p w14:paraId="737C2762" w14:textId="77777777" w:rsidR="004D4A74" w:rsidRPr="003202D9" w:rsidRDefault="00AF1749">
      <w:pPr>
        <w:pStyle w:val="Kop2"/>
        <w:rPr>
          <w:lang w:val="nl-NL"/>
        </w:rPr>
      </w:pPr>
      <w:r w:rsidRPr="003202D9">
        <w:rPr>
          <w:lang w:val="nl-NL"/>
        </w:rPr>
        <w:t>8.8 Te laat komen</w:t>
      </w:r>
    </w:p>
    <w:p w14:paraId="7CFFC6CB" w14:textId="77777777" w:rsidR="004D4A74" w:rsidRPr="003202D9" w:rsidRDefault="00AF1749">
      <w:pPr>
        <w:rPr>
          <w:lang w:val="nl-NL"/>
        </w:rPr>
      </w:pPr>
      <w:r w:rsidRPr="003202D9">
        <w:rPr>
          <w:lang w:val="nl-NL"/>
        </w:rPr>
        <w:t xml:space="preserve">De lessen beginnen voor alle groepen om 08.30 uur. Kinderen moeten dan in de klas zijn. Te laat komen wordt geregistreerd in </w:t>
      </w:r>
      <w:proofErr w:type="spellStart"/>
      <w:r w:rsidRPr="003202D9">
        <w:rPr>
          <w:lang w:val="nl-NL"/>
        </w:rPr>
        <w:t>ParnasSys</w:t>
      </w:r>
      <w:proofErr w:type="spellEnd"/>
      <w:r w:rsidRPr="003202D9">
        <w:rPr>
          <w:lang w:val="nl-NL"/>
        </w:rPr>
        <w:t xml:space="preserve"> en valt onder de leerplichtwet.</w:t>
      </w:r>
    </w:p>
    <w:tbl>
      <w:tblPr>
        <w:tblW w:w="0" w:type="auto"/>
        <w:jc w:val="center"/>
        <w:tblLook w:val="04A0" w:firstRow="1" w:lastRow="0" w:firstColumn="1" w:lastColumn="0" w:noHBand="0" w:noVBand="1"/>
      </w:tblPr>
      <w:tblGrid>
        <w:gridCol w:w="2551"/>
        <w:gridCol w:w="6803"/>
      </w:tblGrid>
      <w:tr w:rsidR="004D4A74" w14:paraId="33877D1E" w14:textId="77777777" w:rsidTr="4A780B1C">
        <w:trPr>
          <w:tblHeade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00665C"/>
          </w:tcPr>
          <w:p w14:paraId="7B7A6509" w14:textId="77777777" w:rsidR="004D4A74" w:rsidRDefault="2AD83BDF">
            <w:pPr>
              <w:spacing w:after="0"/>
            </w:pPr>
            <w:r w:rsidRPr="4A780B1C">
              <w:rPr>
                <w:b/>
                <w:bCs/>
                <w:color w:val="FFFFFF" w:themeColor="background1"/>
                <w:sz w:val="16"/>
                <w:szCs w:val="16"/>
              </w:rPr>
              <w:t>Aantal keer te laat</w:t>
            </w:r>
          </w:p>
          <w:p w14:paraId="2182FDE3" w14:textId="77777777" w:rsidR="004D4A74" w:rsidRDefault="004D4A74" w:rsidP="4A780B1C">
            <w:pPr>
              <w:spacing w:after="0"/>
              <w:rPr>
                <w:b/>
                <w:bCs/>
                <w:color w:val="FFFFFF" w:themeColor="background1"/>
                <w:sz w:val="16"/>
                <w:szCs w:val="16"/>
              </w:rPr>
            </w:pPr>
          </w:p>
        </w:tc>
        <w:tc>
          <w:tcPr>
            <w:tcW w:w="6803" w:type="dxa"/>
            <w:tcBorders>
              <w:top w:val="single" w:sz="4" w:space="0" w:color="DCE8E6"/>
              <w:left w:val="single" w:sz="4" w:space="0" w:color="DCE8E6"/>
              <w:bottom w:val="single" w:sz="4" w:space="0" w:color="DCE8E6"/>
              <w:right w:val="single" w:sz="4" w:space="0" w:color="DCE8E6"/>
            </w:tcBorders>
            <w:shd w:val="clear" w:color="auto" w:fill="00665C"/>
          </w:tcPr>
          <w:p w14:paraId="3952AB6E" w14:textId="77777777" w:rsidR="004D4A74" w:rsidRDefault="00AF1749">
            <w:pPr>
              <w:spacing w:after="0"/>
            </w:pPr>
            <w:r>
              <w:rPr>
                <w:b/>
                <w:color w:val="FFFFFF"/>
                <w:sz w:val="16"/>
              </w:rPr>
              <w:t>Actie</w:t>
            </w:r>
          </w:p>
        </w:tc>
      </w:tr>
      <w:tr w:rsidR="004D4A74" w:rsidRPr="001E442B" w14:paraId="7A20721C"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6FD7BFC9" w14:textId="77777777" w:rsidR="004D4A74" w:rsidRDefault="00AF1749">
            <w:pPr>
              <w:spacing w:after="0"/>
            </w:pPr>
            <w:r>
              <w:rPr>
                <w:b/>
                <w:sz w:val="16"/>
              </w:rPr>
              <w:t>3 keer</w:t>
            </w:r>
          </w:p>
        </w:tc>
        <w:tc>
          <w:tcPr>
            <w:tcW w:w="6803" w:type="dxa"/>
            <w:tcBorders>
              <w:top w:val="single" w:sz="4" w:space="0" w:color="DCE8E6"/>
              <w:left w:val="single" w:sz="4" w:space="0" w:color="DCE8E6"/>
              <w:bottom w:val="single" w:sz="4" w:space="0" w:color="DCE8E6"/>
              <w:right w:val="single" w:sz="4" w:space="0" w:color="DCE8E6"/>
            </w:tcBorders>
          </w:tcPr>
          <w:p w14:paraId="42E584B2" w14:textId="77777777" w:rsidR="004D4A74" w:rsidRPr="003202D9" w:rsidRDefault="00AF1749">
            <w:pPr>
              <w:spacing w:after="0"/>
              <w:rPr>
                <w:lang w:val="nl-NL"/>
              </w:rPr>
            </w:pPr>
            <w:r w:rsidRPr="003202D9">
              <w:rPr>
                <w:sz w:val="16"/>
                <w:lang w:val="nl-NL"/>
              </w:rPr>
              <w:t>De leerkracht voert een gesprek met ouders.</w:t>
            </w:r>
          </w:p>
        </w:tc>
      </w:tr>
      <w:tr w:rsidR="004D4A74" w:rsidRPr="001E442B" w14:paraId="2B7A1127"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49C68705" w14:textId="77777777" w:rsidR="004D4A74" w:rsidRDefault="00AF1749">
            <w:pPr>
              <w:spacing w:after="0"/>
            </w:pPr>
            <w:r>
              <w:rPr>
                <w:b/>
                <w:sz w:val="16"/>
              </w:rPr>
              <w:t xml:space="preserve">6 </w:t>
            </w:r>
            <w:proofErr w:type="spellStart"/>
            <w:r>
              <w:rPr>
                <w:b/>
                <w:sz w:val="16"/>
              </w:rPr>
              <w:t>keer</w:t>
            </w:r>
            <w:proofErr w:type="spellEnd"/>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6036A58E" w14:textId="77777777" w:rsidR="004D4A74" w:rsidRPr="003202D9" w:rsidRDefault="00AF1749">
            <w:pPr>
              <w:spacing w:after="0"/>
              <w:rPr>
                <w:lang w:val="nl-NL"/>
              </w:rPr>
            </w:pPr>
            <w:r w:rsidRPr="003202D9">
              <w:rPr>
                <w:sz w:val="16"/>
                <w:lang w:val="nl-NL"/>
              </w:rPr>
              <w:t xml:space="preserve">De leerkracht stuurt een bericht via </w:t>
            </w:r>
            <w:proofErr w:type="spellStart"/>
            <w:r w:rsidRPr="003202D9">
              <w:rPr>
                <w:sz w:val="16"/>
                <w:lang w:val="nl-NL"/>
              </w:rPr>
              <w:t>Parro</w:t>
            </w:r>
            <w:proofErr w:type="spellEnd"/>
            <w:r w:rsidRPr="003202D9">
              <w:rPr>
                <w:sz w:val="16"/>
                <w:lang w:val="nl-NL"/>
              </w:rPr>
              <w:t>.</w:t>
            </w:r>
          </w:p>
        </w:tc>
      </w:tr>
      <w:tr w:rsidR="004D4A74" w:rsidRPr="001E442B" w14:paraId="21BA6C49"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04F0D379" w14:textId="77777777" w:rsidR="004D4A74" w:rsidRDefault="00AF1749">
            <w:pPr>
              <w:spacing w:after="0"/>
            </w:pPr>
            <w:r>
              <w:rPr>
                <w:b/>
                <w:sz w:val="16"/>
              </w:rPr>
              <w:t xml:space="preserve">9 </w:t>
            </w:r>
            <w:proofErr w:type="spellStart"/>
            <w:r>
              <w:rPr>
                <w:b/>
                <w:sz w:val="16"/>
              </w:rPr>
              <w:t>keer</w:t>
            </w:r>
            <w:proofErr w:type="spellEnd"/>
          </w:p>
        </w:tc>
        <w:tc>
          <w:tcPr>
            <w:tcW w:w="6803" w:type="dxa"/>
            <w:tcBorders>
              <w:top w:val="single" w:sz="4" w:space="0" w:color="DCE8E6"/>
              <w:left w:val="single" w:sz="4" w:space="0" w:color="DCE8E6"/>
              <w:bottom w:val="single" w:sz="4" w:space="0" w:color="DCE8E6"/>
              <w:right w:val="single" w:sz="4" w:space="0" w:color="DCE8E6"/>
            </w:tcBorders>
          </w:tcPr>
          <w:p w14:paraId="25ED7551" w14:textId="77777777" w:rsidR="004D4A74" w:rsidRPr="003202D9" w:rsidRDefault="00AF1749">
            <w:pPr>
              <w:spacing w:after="0"/>
              <w:rPr>
                <w:lang w:val="nl-NL"/>
              </w:rPr>
            </w:pPr>
            <w:r w:rsidRPr="003202D9">
              <w:rPr>
                <w:sz w:val="16"/>
                <w:lang w:val="nl-NL"/>
              </w:rPr>
              <w:t>De directie stuurt een waarschuwing en nodigt ouders uit voor een gesprek.</w:t>
            </w:r>
          </w:p>
        </w:tc>
      </w:tr>
      <w:tr w:rsidR="004D4A74" w:rsidRPr="001E442B" w14:paraId="5BF7A243" w14:textId="77777777" w:rsidTr="4A780B1C">
        <w:trPr>
          <w:jc w:val="center"/>
        </w:trPr>
        <w:tc>
          <w:tcPr>
            <w:tcW w:w="2551" w:type="dxa"/>
            <w:tcBorders>
              <w:top w:val="single" w:sz="4" w:space="0" w:color="DCE8E6"/>
              <w:left w:val="single" w:sz="4" w:space="0" w:color="DCE8E6"/>
              <w:bottom w:val="single" w:sz="4" w:space="0" w:color="DCE8E6"/>
              <w:right w:val="single" w:sz="4" w:space="0" w:color="DCE8E6"/>
            </w:tcBorders>
            <w:shd w:val="clear" w:color="auto" w:fill="EAF6DF"/>
          </w:tcPr>
          <w:p w14:paraId="07D8E76B" w14:textId="77777777" w:rsidR="004D4A74" w:rsidRDefault="00AF1749">
            <w:pPr>
              <w:spacing w:after="0"/>
            </w:pPr>
            <w:r>
              <w:rPr>
                <w:b/>
                <w:sz w:val="16"/>
              </w:rPr>
              <w:t xml:space="preserve">12 </w:t>
            </w:r>
            <w:proofErr w:type="spellStart"/>
            <w:r>
              <w:rPr>
                <w:b/>
                <w:sz w:val="16"/>
              </w:rPr>
              <w:t>keer</w:t>
            </w:r>
            <w:proofErr w:type="spellEnd"/>
          </w:p>
        </w:tc>
        <w:tc>
          <w:tcPr>
            <w:tcW w:w="6803" w:type="dxa"/>
            <w:tcBorders>
              <w:top w:val="single" w:sz="4" w:space="0" w:color="DCE8E6"/>
              <w:left w:val="single" w:sz="4" w:space="0" w:color="DCE8E6"/>
              <w:bottom w:val="single" w:sz="4" w:space="0" w:color="DCE8E6"/>
              <w:right w:val="single" w:sz="4" w:space="0" w:color="DCE8E6"/>
            </w:tcBorders>
            <w:shd w:val="clear" w:color="auto" w:fill="FAFCFB"/>
          </w:tcPr>
          <w:p w14:paraId="27329E82" w14:textId="77777777" w:rsidR="004D4A74" w:rsidRPr="003202D9" w:rsidRDefault="00AF1749">
            <w:pPr>
              <w:spacing w:after="0"/>
              <w:rPr>
                <w:lang w:val="nl-NL"/>
              </w:rPr>
            </w:pPr>
            <w:r w:rsidRPr="003202D9">
              <w:rPr>
                <w:sz w:val="16"/>
                <w:lang w:val="nl-NL"/>
              </w:rPr>
              <w:t>De directie meldt het te laat komen bij leerplicht.</w:t>
            </w:r>
          </w:p>
        </w:tc>
      </w:tr>
    </w:tbl>
    <w:p w14:paraId="4618D7A8" w14:textId="77777777" w:rsidR="004D4A74" w:rsidRPr="003202D9" w:rsidRDefault="004D4A74">
      <w:pPr>
        <w:spacing w:after="40"/>
        <w:rPr>
          <w:lang w:val="nl-NL"/>
        </w:rPr>
      </w:pPr>
    </w:p>
    <w:p w14:paraId="4216106A" w14:textId="77777777" w:rsidR="004D4A74" w:rsidRPr="003202D9" w:rsidRDefault="00AF1749">
      <w:pPr>
        <w:pStyle w:val="Kop2"/>
        <w:rPr>
          <w:lang w:val="nl-NL"/>
        </w:rPr>
      </w:pPr>
      <w:r w:rsidRPr="003202D9">
        <w:rPr>
          <w:lang w:val="nl-NL"/>
        </w:rPr>
        <w:t>8.9 Toelatingsbeleid</w:t>
      </w:r>
    </w:p>
    <w:p w14:paraId="638077D1" w14:textId="77777777" w:rsidR="004D4A74" w:rsidRPr="003202D9" w:rsidRDefault="2AD83BDF">
      <w:pPr>
        <w:rPr>
          <w:lang w:val="nl-NL"/>
        </w:rPr>
      </w:pPr>
      <w:r w:rsidRPr="4A780B1C">
        <w:rPr>
          <w:lang w:val="nl-NL"/>
        </w:rPr>
        <w:t xml:space="preserve">In het basisonderwijs wordt een kind in principe geplaatst. Wanneer een kind extra begeleiding of ondersteuning nodig heeft, onderzoeken we of IKC De Singel die ondersteuning kan bieden. We kijken naar leeftijd, eerdere schoolloopbaan, ontwikkelingsniveau, ondersteuningsbehoefte en groepsgrootte. </w:t>
      </w:r>
      <w:r w:rsidR="145CF289" w:rsidRPr="4A780B1C">
        <w:rPr>
          <w:lang w:val="nl-NL"/>
        </w:rPr>
        <w:t xml:space="preserve">Per groep geldt een maximum van 30 kinderen. </w:t>
      </w:r>
    </w:p>
    <w:p w14:paraId="52816770" w14:textId="77777777" w:rsidR="004D4A74" w:rsidRPr="003202D9" w:rsidRDefault="00AF1749">
      <w:pPr>
        <w:rPr>
          <w:lang w:val="nl-NL"/>
        </w:rPr>
      </w:pPr>
      <w:r w:rsidRPr="003202D9">
        <w:rPr>
          <w:lang w:val="nl-NL"/>
        </w:rPr>
        <w:br w:type="page"/>
      </w:r>
    </w:p>
    <w:p w14:paraId="496A1DB6" w14:textId="77777777" w:rsidR="004D4A74" w:rsidRPr="003202D9" w:rsidRDefault="00AF1749">
      <w:pPr>
        <w:pStyle w:val="Kop2"/>
        <w:rPr>
          <w:lang w:val="nl-NL"/>
        </w:rPr>
      </w:pPr>
      <w:r w:rsidRPr="003202D9">
        <w:rPr>
          <w:lang w:val="nl-NL"/>
        </w:rPr>
        <w:lastRenderedPageBreak/>
        <w:t>8.10 Klachtenregeling</w:t>
      </w:r>
    </w:p>
    <w:p w14:paraId="0702A9C9" w14:textId="77777777" w:rsidR="004D4A74" w:rsidRPr="003202D9" w:rsidRDefault="00AF1749">
      <w:pPr>
        <w:rPr>
          <w:lang w:val="nl-NL"/>
        </w:rPr>
      </w:pPr>
      <w:r w:rsidRPr="003202D9">
        <w:rPr>
          <w:lang w:val="nl-NL"/>
        </w:rPr>
        <w:t>Klachten worden bij voorkeur besproken op het niveau waar de klacht ontstaat. Meestal is dit de groepsleerkracht. Als dit niet leidt tot een oplossing, kan de klacht worden besproken met de interne vertrouwenspersoon of de directie. Als er op schoolniveau geen oplossing komt, kan worden doorverwezen naar Stichting Wijzer of de externe vertrouwenspersoon.</w:t>
      </w:r>
    </w:p>
    <w:tbl>
      <w:tblPr>
        <w:tblW w:w="0" w:type="auto"/>
        <w:jc w:val="center"/>
        <w:tblLook w:val="04A0" w:firstRow="1" w:lastRow="0" w:firstColumn="1" w:lastColumn="0" w:noHBand="0" w:noVBand="1"/>
      </w:tblPr>
      <w:tblGrid>
        <w:gridCol w:w="2948"/>
        <w:gridCol w:w="6406"/>
      </w:tblGrid>
      <w:tr w:rsidR="004D4A74" w14:paraId="6F70629D" w14:textId="77777777" w:rsidTr="4A780B1C">
        <w:trPr>
          <w:tblHeade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00665C"/>
          </w:tcPr>
          <w:p w14:paraId="0C382F42" w14:textId="77777777" w:rsidR="004D4A74" w:rsidRDefault="00AF1749">
            <w:pPr>
              <w:spacing w:after="0"/>
            </w:pPr>
            <w:r>
              <w:rPr>
                <w:b/>
                <w:color w:val="FFFFFF"/>
                <w:sz w:val="16"/>
              </w:rPr>
              <w:t>Rol</w:t>
            </w:r>
          </w:p>
        </w:tc>
        <w:tc>
          <w:tcPr>
            <w:tcW w:w="6406" w:type="dxa"/>
            <w:tcBorders>
              <w:top w:val="single" w:sz="4" w:space="0" w:color="DCE8E6"/>
              <w:left w:val="single" w:sz="4" w:space="0" w:color="DCE8E6"/>
              <w:bottom w:val="single" w:sz="4" w:space="0" w:color="DCE8E6"/>
              <w:right w:val="single" w:sz="4" w:space="0" w:color="DCE8E6"/>
            </w:tcBorders>
            <w:shd w:val="clear" w:color="auto" w:fill="00665C"/>
          </w:tcPr>
          <w:p w14:paraId="6279A308" w14:textId="77777777" w:rsidR="004D4A74" w:rsidRDefault="00AF1749">
            <w:pPr>
              <w:spacing w:after="0"/>
            </w:pPr>
            <w:r>
              <w:rPr>
                <w:b/>
                <w:color w:val="FFFFFF"/>
                <w:sz w:val="16"/>
              </w:rPr>
              <w:t>Contact</w:t>
            </w:r>
          </w:p>
        </w:tc>
      </w:tr>
      <w:tr w:rsidR="004D4A74" w14:paraId="518F999C"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458412C7" w14:textId="77777777" w:rsidR="004D4A74" w:rsidRDefault="00AF1749">
            <w:pPr>
              <w:spacing w:after="0"/>
            </w:pPr>
            <w:r>
              <w:rPr>
                <w:b/>
                <w:sz w:val="16"/>
              </w:rPr>
              <w:t>Interne vertrouwenspersoon</w:t>
            </w:r>
          </w:p>
        </w:tc>
        <w:tc>
          <w:tcPr>
            <w:tcW w:w="6406" w:type="dxa"/>
            <w:tcBorders>
              <w:top w:val="single" w:sz="4" w:space="0" w:color="DCE8E6"/>
              <w:left w:val="single" w:sz="4" w:space="0" w:color="DCE8E6"/>
              <w:bottom w:val="single" w:sz="4" w:space="0" w:color="DCE8E6"/>
              <w:right w:val="single" w:sz="4" w:space="0" w:color="DCE8E6"/>
            </w:tcBorders>
          </w:tcPr>
          <w:p w14:paraId="76D12BF0" w14:textId="77777777" w:rsidR="004D4A74" w:rsidRDefault="263559CC">
            <w:pPr>
              <w:spacing w:after="0"/>
            </w:pPr>
            <w:r w:rsidRPr="4A780B1C">
              <w:rPr>
                <w:sz w:val="16"/>
                <w:szCs w:val="16"/>
              </w:rPr>
              <w:t>J</w:t>
            </w:r>
            <w:r w:rsidR="2AD83BDF" w:rsidRPr="4A780B1C">
              <w:rPr>
                <w:sz w:val="16"/>
                <w:szCs w:val="16"/>
              </w:rPr>
              <w:t>uf Martine - via school of m.bos@wijzer.nu</w:t>
            </w:r>
          </w:p>
        </w:tc>
      </w:tr>
      <w:tr w:rsidR="004D4A74" w:rsidRPr="001E442B" w14:paraId="2A43980E"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0D04E698" w14:textId="77777777" w:rsidR="004D4A74" w:rsidRDefault="00AF1749">
            <w:pPr>
              <w:spacing w:after="0"/>
            </w:pPr>
            <w:r>
              <w:rPr>
                <w:b/>
                <w:sz w:val="16"/>
              </w:rPr>
              <w:t>Externe vertrouwenspersoon</w:t>
            </w:r>
          </w:p>
        </w:tc>
        <w:tc>
          <w:tcPr>
            <w:tcW w:w="6406" w:type="dxa"/>
            <w:tcBorders>
              <w:top w:val="single" w:sz="4" w:space="0" w:color="DCE8E6"/>
              <w:left w:val="single" w:sz="4" w:space="0" w:color="DCE8E6"/>
              <w:bottom w:val="single" w:sz="4" w:space="0" w:color="DCE8E6"/>
              <w:right w:val="single" w:sz="4" w:space="0" w:color="DCE8E6"/>
            </w:tcBorders>
            <w:shd w:val="clear" w:color="auto" w:fill="FAFCFB"/>
          </w:tcPr>
          <w:p w14:paraId="100EFE6F" w14:textId="77777777" w:rsidR="004D4A74" w:rsidRPr="003202D9" w:rsidRDefault="00AF1749">
            <w:pPr>
              <w:spacing w:after="0"/>
              <w:rPr>
                <w:lang w:val="nl-NL"/>
              </w:rPr>
            </w:pPr>
            <w:r w:rsidRPr="003202D9">
              <w:rPr>
                <w:sz w:val="16"/>
                <w:lang w:val="nl-NL"/>
              </w:rPr>
              <w:t>A. Groen (CED-groep) - 010-4071993 - evp@cedgroep.nl</w:t>
            </w:r>
          </w:p>
        </w:tc>
      </w:tr>
      <w:tr w:rsidR="004D4A74" w14:paraId="5C46C48A" w14:textId="77777777" w:rsidTr="4A780B1C">
        <w:trPr>
          <w:jc w:val="center"/>
        </w:trPr>
        <w:tc>
          <w:tcPr>
            <w:tcW w:w="2948" w:type="dxa"/>
            <w:tcBorders>
              <w:top w:val="single" w:sz="4" w:space="0" w:color="DCE8E6"/>
              <w:left w:val="single" w:sz="4" w:space="0" w:color="DCE8E6"/>
              <w:bottom w:val="single" w:sz="4" w:space="0" w:color="DCE8E6"/>
              <w:right w:val="single" w:sz="4" w:space="0" w:color="DCE8E6"/>
            </w:tcBorders>
            <w:shd w:val="clear" w:color="auto" w:fill="EAF6DF"/>
          </w:tcPr>
          <w:p w14:paraId="7E2D1F9B" w14:textId="77777777" w:rsidR="004D4A74" w:rsidRDefault="00AF1749">
            <w:pPr>
              <w:spacing w:after="0"/>
            </w:pPr>
            <w:proofErr w:type="spellStart"/>
            <w:r>
              <w:rPr>
                <w:b/>
                <w:sz w:val="16"/>
              </w:rPr>
              <w:t>Landelijke</w:t>
            </w:r>
            <w:proofErr w:type="spellEnd"/>
            <w:r>
              <w:rPr>
                <w:b/>
                <w:sz w:val="16"/>
              </w:rPr>
              <w:t xml:space="preserve"> </w:t>
            </w:r>
            <w:proofErr w:type="spellStart"/>
            <w:r>
              <w:rPr>
                <w:b/>
                <w:sz w:val="16"/>
              </w:rPr>
              <w:t>klachtencommissie</w:t>
            </w:r>
            <w:proofErr w:type="spellEnd"/>
          </w:p>
        </w:tc>
        <w:tc>
          <w:tcPr>
            <w:tcW w:w="6406" w:type="dxa"/>
            <w:tcBorders>
              <w:top w:val="single" w:sz="4" w:space="0" w:color="DCE8E6"/>
              <w:left w:val="single" w:sz="4" w:space="0" w:color="DCE8E6"/>
              <w:bottom w:val="single" w:sz="4" w:space="0" w:color="DCE8E6"/>
              <w:right w:val="single" w:sz="4" w:space="0" w:color="DCE8E6"/>
            </w:tcBorders>
          </w:tcPr>
          <w:p w14:paraId="24228B4D" w14:textId="77777777" w:rsidR="004D4A74" w:rsidRDefault="00AF1749">
            <w:pPr>
              <w:spacing w:after="0"/>
            </w:pPr>
            <w:r>
              <w:rPr>
                <w:sz w:val="16"/>
              </w:rPr>
              <w:t>www.onderwijsgeschillen.nl/klachten</w:t>
            </w:r>
          </w:p>
        </w:tc>
      </w:tr>
    </w:tbl>
    <w:p w14:paraId="21EECB7C" w14:textId="77777777" w:rsidR="004D4A74" w:rsidRDefault="004D4A74">
      <w:pPr>
        <w:spacing w:after="40"/>
      </w:pPr>
    </w:p>
    <w:p w14:paraId="6101165B" w14:textId="77777777" w:rsidR="004D4A74" w:rsidRDefault="00AF1749">
      <w:r>
        <w:br w:type="page"/>
      </w:r>
    </w:p>
    <w:p w14:paraId="01C397C0" w14:textId="77777777" w:rsidR="004D4A74" w:rsidRDefault="00AF1749">
      <w:pPr>
        <w:pStyle w:val="Kop2"/>
      </w:pPr>
      <w:r>
        <w:lastRenderedPageBreak/>
        <w:t>8.11 Praktische afspraken</w:t>
      </w:r>
    </w:p>
    <w:tbl>
      <w:tblPr>
        <w:tblW w:w="0" w:type="auto"/>
        <w:jc w:val="center"/>
        <w:tblLook w:val="04A0" w:firstRow="1" w:lastRow="0" w:firstColumn="1" w:lastColumn="0" w:noHBand="0" w:noVBand="1"/>
      </w:tblPr>
      <w:tblGrid>
        <w:gridCol w:w="2438"/>
        <w:gridCol w:w="6973"/>
      </w:tblGrid>
      <w:tr w:rsidR="004D4A74" w14:paraId="12748BD6" w14:textId="77777777" w:rsidTr="4A780B1C">
        <w:trPr>
          <w:tblHeade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00665C"/>
          </w:tcPr>
          <w:p w14:paraId="47A14970" w14:textId="77777777" w:rsidR="004D4A74" w:rsidRDefault="2AD83BDF">
            <w:pPr>
              <w:spacing w:after="0"/>
            </w:pPr>
            <w:r w:rsidRPr="4A780B1C">
              <w:rPr>
                <w:b/>
                <w:bCs/>
                <w:color w:val="FFFFFF" w:themeColor="background1"/>
                <w:sz w:val="14"/>
                <w:szCs w:val="14"/>
              </w:rPr>
              <w:t>Onderwerp</w:t>
            </w:r>
          </w:p>
        </w:tc>
        <w:tc>
          <w:tcPr>
            <w:tcW w:w="6973" w:type="dxa"/>
            <w:tcBorders>
              <w:top w:val="single" w:sz="4" w:space="0" w:color="DCE8E6"/>
              <w:left w:val="single" w:sz="4" w:space="0" w:color="DCE8E6"/>
              <w:bottom w:val="single" w:sz="4" w:space="0" w:color="DCE8E6"/>
              <w:right w:val="single" w:sz="4" w:space="0" w:color="DCE8E6"/>
            </w:tcBorders>
            <w:shd w:val="clear" w:color="auto" w:fill="00665C"/>
          </w:tcPr>
          <w:p w14:paraId="118B195F" w14:textId="77777777" w:rsidR="004D4A74" w:rsidRDefault="2AD83BDF">
            <w:pPr>
              <w:spacing w:after="0"/>
            </w:pPr>
            <w:r w:rsidRPr="4A780B1C">
              <w:rPr>
                <w:b/>
                <w:bCs/>
                <w:color w:val="FFFFFF" w:themeColor="background1"/>
                <w:sz w:val="14"/>
                <w:szCs w:val="14"/>
              </w:rPr>
              <w:t>Afspraa</w:t>
            </w:r>
            <w:r w:rsidR="531FE904" w:rsidRPr="4A780B1C">
              <w:rPr>
                <w:b/>
                <w:bCs/>
                <w:color w:val="FFFFFF" w:themeColor="background1"/>
                <w:sz w:val="14"/>
                <w:szCs w:val="14"/>
              </w:rPr>
              <w:t>k</w:t>
            </w:r>
          </w:p>
          <w:p w14:paraId="2059072A" w14:textId="77777777" w:rsidR="004D4A74" w:rsidRDefault="004D4A74" w:rsidP="4A780B1C">
            <w:pPr>
              <w:spacing w:after="0"/>
              <w:rPr>
                <w:b/>
                <w:bCs/>
                <w:color w:val="FFFFFF" w:themeColor="background1"/>
                <w:sz w:val="14"/>
                <w:szCs w:val="14"/>
              </w:rPr>
            </w:pPr>
          </w:p>
        </w:tc>
      </w:tr>
      <w:tr w:rsidR="004D4A74" w:rsidRPr="001E442B" w14:paraId="705B91F2"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1C253F5A" w14:textId="77777777" w:rsidR="004D4A74" w:rsidRDefault="00AF1749">
            <w:pPr>
              <w:spacing w:after="0"/>
            </w:pPr>
            <w:r>
              <w:rPr>
                <w:b/>
                <w:sz w:val="14"/>
              </w:rPr>
              <w:t>Kleine pauze en lunch</w:t>
            </w:r>
          </w:p>
        </w:tc>
        <w:tc>
          <w:tcPr>
            <w:tcW w:w="6973" w:type="dxa"/>
            <w:tcBorders>
              <w:top w:val="single" w:sz="4" w:space="0" w:color="DCE8E6"/>
              <w:left w:val="single" w:sz="4" w:space="0" w:color="DCE8E6"/>
              <w:bottom w:val="single" w:sz="4" w:space="0" w:color="DCE8E6"/>
              <w:right w:val="single" w:sz="4" w:space="0" w:color="DCE8E6"/>
            </w:tcBorders>
          </w:tcPr>
          <w:p w14:paraId="5BFC126C" w14:textId="77777777" w:rsidR="004D4A74" w:rsidRPr="003202D9" w:rsidRDefault="00AF1749">
            <w:pPr>
              <w:spacing w:after="0"/>
              <w:rPr>
                <w:lang w:val="nl-NL"/>
              </w:rPr>
            </w:pPr>
            <w:r w:rsidRPr="003202D9">
              <w:rPr>
                <w:sz w:val="14"/>
                <w:lang w:val="nl-NL"/>
              </w:rPr>
              <w:t>Rond 10.00 uur eten kinderen een gezond tussendoortje. We vragen om fruit/groente en water. Rond 12.00 uur lunchen de kinderen. Eten kan niet worden opgewarmd.</w:t>
            </w:r>
          </w:p>
        </w:tc>
      </w:tr>
      <w:tr w:rsidR="004D4A74" w:rsidRPr="001E442B" w14:paraId="7E111FCC"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03FAF385" w14:textId="77777777" w:rsidR="004D4A74" w:rsidRDefault="00AF1749">
            <w:pPr>
              <w:spacing w:after="0"/>
            </w:pPr>
            <w:proofErr w:type="spellStart"/>
            <w:r>
              <w:rPr>
                <w:b/>
                <w:sz w:val="14"/>
              </w:rPr>
              <w:t>Trakteren</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4D5CD982" w14:textId="77777777" w:rsidR="004D4A74" w:rsidRPr="003202D9" w:rsidRDefault="00AF1749">
            <w:pPr>
              <w:spacing w:after="0"/>
              <w:rPr>
                <w:lang w:val="nl-NL"/>
              </w:rPr>
            </w:pPr>
            <w:r w:rsidRPr="003202D9">
              <w:rPr>
                <w:sz w:val="14"/>
                <w:lang w:val="nl-NL"/>
              </w:rPr>
              <w:t>Houd traktaties klein en bij voorkeur gezond.</w:t>
            </w:r>
          </w:p>
        </w:tc>
      </w:tr>
      <w:tr w:rsidR="004D4A74" w:rsidRPr="001E442B" w14:paraId="698F4A19"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71FDD190" w14:textId="77777777" w:rsidR="004D4A74" w:rsidRDefault="00AF1749">
            <w:pPr>
              <w:spacing w:after="0"/>
            </w:pPr>
            <w:proofErr w:type="spellStart"/>
            <w:r>
              <w:rPr>
                <w:b/>
                <w:sz w:val="14"/>
              </w:rPr>
              <w:t>Schoolfruit</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315D7647" w14:textId="77777777" w:rsidR="004D4A74" w:rsidRPr="003202D9" w:rsidRDefault="00AF1749">
            <w:pPr>
              <w:spacing w:after="0"/>
              <w:rPr>
                <w:lang w:val="nl-NL"/>
              </w:rPr>
            </w:pPr>
            <w:r w:rsidRPr="003202D9">
              <w:rPr>
                <w:sz w:val="14"/>
                <w:lang w:val="nl-NL"/>
              </w:rPr>
              <w:t>Wanneer de school wordt ingeloot voor Schoolfruit, krijgen kinderen in de periode midden november t/m midden april drie keer per week schoolfruit.</w:t>
            </w:r>
          </w:p>
        </w:tc>
      </w:tr>
      <w:tr w:rsidR="004D4A74" w:rsidRPr="001E442B" w14:paraId="00554652"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391A85C9" w14:textId="77777777" w:rsidR="004D4A74" w:rsidRDefault="00AF1749">
            <w:pPr>
              <w:spacing w:after="0"/>
            </w:pPr>
            <w:proofErr w:type="spellStart"/>
            <w:r>
              <w:rPr>
                <w:b/>
                <w:sz w:val="14"/>
              </w:rPr>
              <w:t>Gymkleding</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498B4EA7" w14:textId="77777777" w:rsidR="004D4A74" w:rsidRPr="003202D9" w:rsidRDefault="2AD83BDF">
            <w:pPr>
              <w:spacing w:after="0"/>
              <w:rPr>
                <w:lang w:val="nl-NL"/>
              </w:rPr>
            </w:pPr>
            <w:r w:rsidRPr="4A780B1C">
              <w:rPr>
                <w:sz w:val="14"/>
                <w:szCs w:val="14"/>
                <w:lang w:val="nl-NL"/>
              </w:rPr>
              <w:t>Groep 1-2: gymschoenen op school. Vanaf groep 3: sportbroek/legging, T-shirt met korte mouw</w:t>
            </w:r>
            <w:r w:rsidR="3B9508D8" w:rsidRPr="4A780B1C">
              <w:rPr>
                <w:sz w:val="14"/>
                <w:szCs w:val="14"/>
                <w:lang w:val="nl-NL"/>
              </w:rPr>
              <w:t xml:space="preserve">en </w:t>
            </w:r>
            <w:r w:rsidRPr="4A780B1C">
              <w:rPr>
                <w:sz w:val="14"/>
                <w:szCs w:val="14"/>
                <w:lang w:val="nl-NL"/>
              </w:rPr>
              <w:t>en gymschoenen. Sieraden en horloges zijn tijdens gym niet toegestaan. Lang haar gaat vast.</w:t>
            </w:r>
          </w:p>
        </w:tc>
      </w:tr>
      <w:tr w:rsidR="004D4A74" w:rsidRPr="001E442B" w14:paraId="27790550"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62776F9C" w14:textId="77777777" w:rsidR="004D4A74" w:rsidRDefault="00AF1749">
            <w:pPr>
              <w:spacing w:after="0"/>
            </w:pPr>
            <w:proofErr w:type="spellStart"/>
            <w:r>
              <w:rPr>
                <w:b/>
                <w:sz w:val="14"/>
              </w:rPr>
              <w:t>Blessure</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1B0199E1" w14:textId="77777777" w:rsidR="004D4A74" w:rsidRPr="003202D9" w:rsidRDefault="00AF1749">
            <w:pPr>
              <w:spacing w:after="0"/>
              <w:rPr>
                <w:lang w:val="nl-NL"/>
              </w:rPr>
            </w:pPr>
            <w:r w:rsidRPr="003202D9">
              <w:rPr>
                <w:sz w:val="14"/>
                <w:lang w:val="nl-NL"/>
              </w:rPr>
              <w:t>Bij kleine pijntjes neemt het kind gymkleding mee en overlegt met de vakleerkracht wat mogelijk is. Als een kind niet kan meedoen, geven ouders een briefje mee of bellen zij school.</w:t>
            </w:r>
          </w:p>
        </w:tc>
      </w:tr>
      <w:tr w:rsidR="004D4A74" w:rsidRPr="001E442B" w14:paraId="454F8276"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68CD86DB" w14:textId="77777777" w:rsidR="004D4A74" w:rsidRDefault="00AF1749">
            <w:pPr>
              <w:spacing w:after="0"/>
            </w:pPr>
            <w:proofErr w:type="spellStart"/>
            <w:r>
              <w:rPr>
                <w:b/>
                <w:sz w:val="14"/>
              </w:rPr>
              <w:t>Huiswerk</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2FBB73A0" w14:textId="77777777" w:rsidR="004D4A74" w:rsidRPr="003202D9" w:rsidRDefault="00AF1749">
            <w:pPr>
              <w:spacing w:after="0"/>
              <w:rPr>
                <w:lang w:val="nl-NL"/>
              </w:rPr>
            </w:pPr>
            <w:r w:rsidRPr="003202D9">
              <w:rPr>
                <w:sz w:val="14"/>
                <w:lang w:val="nl-NL"/>
              </w:rPr>
              <w:t>In lagere groepen vooral extra oefenen. In groep 5-6 soms topografie of Engelse woorden. Vanaf groep 6 wordt huiswerk geleidelijk opgebouwd; groep 7-8 leert werken met een agenda.</w:t>
            </w:r>
          </w:p>
        </w:tc>
      </w:tr>
      <w:tr w:rsidR="004D4A74" w14:paraId="78E6C81E"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164CD1B2" w14:textId="77777777" w:rsidR="004D4A74" w:rsidRDefault="00AF1749">
            <w:pPr>
              <w:spacing w:after="0"/>
            </w:pPr>
            <w:proofErr w:type="spellStart"/>
            <w:r>
              <w:rPr>
                <w:b/>
                <w:sz w:val="14"/>
              </w:rPr>
              <w:t>Fietsen</w:t>
            </w:r>
            <w:proofErr w:type="spellEnd"/>
            <w:r>
              <w:rPr>
                <w:b/>
                <w:sz w:val="14"/>
              </w:rPr>
              <w:t xml:space="preserve"> </w:t>
            </w:r>
            <w:proofErr w:type="spellStart"/>
            <w:r>
              <w:rPr>
                <w:b/>
                <w:sz w:val="14"/>
              </w:rPr>
              <w:t>en</w:t>
            </w:r>
            <w:proofErr w:type="spellEnd"/>
            <w:r>
              <w:rPr>
                <w:b/>
                <w:sz w:val="14"/>
              </w:rPr>
              <w:t xml:space="preserve"> </w:t>
            </w:r>
            <w:proofErr w:type="spellStart"/>
            <w:r>
              <w:rPr>
                <w:b/>
                <w:sz w:val="14"/>
              </w:rPr>
              <w:t>steppen</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1C155190" w14:textId="77777777" w:rsidR="004D4A74" w:rsidRDefault="00AF1749">
            <w:pPr>
              <w:spacing w:after="0"/>
            </w:pPr>
            <w:r w:rsidRPr="003202D9">
              <w:rPr>
                <w:sz w:val="14"/>
                <w:lang w:val="nl-NL"/>
              </w:rPr>
              <w:t xml:space="preserve">Stallen is op eigen risico. Fietsen op het schoolplein is niet toegestaan. </w:t>
            </w:r>
            <w:proofErr w:type="spellStart"/>
            <w:r>
              <w:rPr>
                <w:sz w:val="14"/>
              </w:rPr>
              <w:t>Steppen</w:t>
            </w:r>
            <w:proofErr w:type="spellEnd"/>
            <w:r>
              <w:rPr>
                <w:sz w:val="14"/>
              </w:rPr>
              <w:t xml:space="preserve"> </w:t>
            </w:r>
            <w:proofErr w:type="spellStart"/>
            <w:r>
              <w:rPr>
                <w:sz w:val="14"/>
              </w:rPr>
              <w:t>mogen</w:t>
            </w:r>
            <w:proofErr w:type="spellEnd"/>
            <w:r>
              <w:rPr>
                <w:sz w:val="14"/>
              </w:rPr>
              <w:t xml:space="preserve"> op eigen risico in de buitenberging.</w:t>
            </w:r>
          </w:p>
        </w:tc>
      </w:tr>
      <w:tr w:rsidR="004D4A74" w:rsidRPr="001E442B" w14:paraId="3D5367DC"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489819B0" w14:textId="77777777" w:rsidR="004D4A74" w:rsidRDefault="00AF1749">
            <w:pPr>
              <w:spacing w:after="0"/>
            </w:pPr>
            <w:r>
              <w:rPr>
                <w:b/>
                <w:sz w:val="14"/>
              </w:rPr>
              <w:t>Parkeren</w:t>
            </w:r>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0E1E5945" w14:textId="77777777" w:rsidR="004D4A74" w:rsidRPr="003202D9" w:rsidRDefault="00AF1749">
            <w:pPr>
              <w:spacing w:after="0"/>
              <w:rPr>
                <w:lang w:val="nl-NL"/>
              </w:rPr>
            </w:pPr>
            <w:r w:rsidRPr="003202D9">
              <w:rPr>
                <w:sz w:val="14"/>
                <w:lang w:val="nl-NL"/>
              </w:rPr>
              <w:t>Kom bij voorkeur lopend of met de fiets. Parkeer veilig en voorkom stoppen voor de schoolingang.</w:t>
            </w:r>
          </w:p>
        </w:tc>
      </w:tr>
      <w:tr w:rsidR="004D4A74" w:rsidRPr="001E442B" w14:paraId="5D1A77D2"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43C43AD0" w14:textId="77777777" w:rsidR="004D4A74" w:rsidRDefault="00AF1749">
            <w:pPr>
              <w:spacing w:after="0"/>
            </w:pPr>
            <w:proofErr w:type="spellStart"/>
            <w:r>
              <w:rPr>
                <w:b/>
                <w:sz w:val="14"/>
              </w:rPr>
              <w:t>Honden</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5A1119DF" w14:textId="77777777" w:rsidR="004D4A74" w:rsidRPr="003202D9" w:rsidRDefault="00AF1749">
            <w:pPr>
              <w:spacing w:after="0"/>
              <w:rPr>
                <w:lang w:val="nl-NL"/>
              </w:rPr>
            </w:pPr>
            <w:r w:rsidRPr="003202D9">
              <w:rPr>
                <w:sz w:val="14"/>
                <w:lang w:val="nl-NL"/>
              </w:rPr>
              <w:t>Honden zijn niet toegestaan op het plein of in het gebouw.</w:t>
            </w:r>
          </w:p>
        </w:tc>
      </w:tr>
      <w:tr w:rsidR="004D4A74" w:rsidRPr="001E442B" w14:paraId="2BCE9DF7"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5B739E23" w14:textId="77777777" w:rsidR="004D4A74" w:rsidRDefault="00AF1749">
            <w:pPr>
              <w:spacing w:after="0"/>
            </w:pPr>
            <w:proofErr w:type="spellStart"/>
            <w:r>
              <w:rPr>
                <w:b/>
                <w:sz w:val="14"/>
              </w:rPr>
              <w:t>Gevonden</w:t>
            </w:r>
            <w:proofErr w:type="spellEnd"/>
            <w:r>
              <w:rPr>
                <w:b/>
                <w:sz w:val="14"/>
              </w:rPr>
              <w:t xml:space="preserve"> </w:t>
            </w:r>
            <w:proofErr w:type="spellStart"/>
            <w:r>
              <w:rPr>
                <w:b/>
                <w:sz w:val="14"/>
              </w:rPr>
              <w:t>voorwerpen</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7D867F4D" w14:textId="77777777" w:rsidR="004D4A74" w:rsidRPr="003202D9" w:rsidRDefault="00AF1749">
            <w:pPr>
              <w:spacing w:after="0"/>
              <w:rPr>
                <w:lang w:val="nl-NL"/>
              </w:rPr>
            </w:pPr>
            <w:r w:rsidRPr="003202D9">
              <w:rPr>
                <w:sz w:val="14"/>
                <w:lang w:val="nl-NL"/>
              </w:rPr>
              <w:t>Gevonden voorwerpen liggen in de bak in het magazijn bij de teamkamer en worden voor vakanties uitgestald.</w:t>
            </w:r>
          </w:p>
        </w:tc>
      </w:tr>
      <w:tr w:rsidR="004D4A74" w:rsidRPr="001E442B" w14:paraId="63152C51"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308EE346" w14:textId="77777777" w:rsidR="004D4A74" w:rsidRDefault="00AF1749">
            <w:pPr>
              <w:spacing w:after="0"/>
            </w:pPr>
            <w:proofErr w:type="spellStart"/>
            <w:r>
              <w:rPr>
                <w:b/>
                <w:sz w:val="14"/>
              </w:rPr>
              <w:t>Luizencontrole</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74B1C666" w14:textId="77777777" w:rsidR="004D4A74" w:rsidRPr="003202D9" w:rsidRDefault="00AF1749">
            <w:pPr>
              <w:spacing w:after="0"/>
              <w:rPr>
                <w:lang w:val="nl-NL"/>
              </w:rPr>
            </w:pPr>
            <w:r w:rsidRPr="003202D9">
              <w:rPr>
                <w:sz w:val="14"/>
                <w:lang w:val="nl-NL"/>
              </w:rPr>
              <w:t>Na iedere vakantie controleren luizenouders op hoofdluis. Bij hoofdluis worden ouders geïnformeerd.</w:t>
            </w:r>
          </w:p>
        </w:tc>
      </w:tr>
      <w:tr w:rsidR="004D4A74" w:rsidRPr="001E442B" w14:paraId="08E98C2E" w14:textId="77777777" w:rsidTr="4A780B1C">
        <w:trPr>
          <w:jc w:val="center"/>
        </w:trPr>
        <w:tc>
          <w:tcPr>
            <w:tcW w:w="2438" w:type="dxa"/>
            <w:tcBorders>
              <w:top w:val="single" w:sz="4" w:space="0" w:color="DCE8E6"/>
              <w:left w:val="single" w:sz="4" w:space="0" w:color="DCE8E6"/>
              <w:bottom w:val="single" w:sz="4" w:space="0" w:color="DCE8E6"/>
              <w:right w:val="single" w:sz="4" w:space="0" w:color="DCE8E6"/>
            </w:tcBorders>
            <w:shd w:val="clear" w:color="auto" w:fill="EAF6DF"/>
          </w:tcPr>
          <w:p w14:paraId="3E52039B" w14:textId="77777777" w:rsidR="004D4A74" w:rsidRDefault="00AF1749">
            <w:pPr>
              <w:spacing w:after="0"/>
            </w:pPr>
            <w:r>
              <w:rPr>
                <w:b/>
                <w:sz w:val="14"/>
              </w:rPr>
              <w:t>Stagiaires</w:t>
            </w:r>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6B612587" w14:textId="77777777" w:rsidR="004D4A74" w:rsidRPr="003202D9" w:rsidRDefault="2AD83BDF">
            <w:pPr>
              <w:spacing w:after="0"/>
              <w:rPr>
                <w:lang w:val="nl-NL"/>
              </w:rPr>
            </w:pPr>
            <w:r w:rsidRPr="4A780B1C">
              <w:rPr>
                <w:sz w:val="14"/>
                <w:szCs w:val="14"/>
                <w:lang w:val="nl-NL"/>
              </w:rPr>
              <w:t>IKC De Singel is</w:t>
            </w:r>
            <w:r w:rsidR="44959594" w:rsidRPr="4A780B1C">
              <w:rPr>
                <w:sz w:val="14"/>
                <w:szCs w:val="14"/>
                <w:lang w:val="nl-NL"/>
              </w:rPr>
              <w:t xml:space="preserve"> een</w:t>
            </w:r>
            <w:r w:rsidRPr="4A780B1C">
              <w:rPr>
                <w:sz w:val="14"/>
                <w:szCs w:val="14"/>
                <w:lang w:val="nl-NL"/>
              </w:rPr>
              <w:t xml:space="preserve"> opleidingsschool voor studenten van Hogeschool Rotterdam en MBO-instellingen Albeda en Zadkine.</w:t>
            </w:r>
          </w:p>
        </w:tc>
      </w:tr>
    </w:tbl>
    <w:p w14:paraId="02B375FD" w14:textId="77777777" w:rsidR="004D4A74" w:rsidRPr="003202D9" w:rsidRDefault="004D4A74">
      <w:pPr>
        <w:spacing w:after="40"/>
        <w:rPr>
          <w:lang w:val="nl-NL"/>
        </w:rPr>
      </w:pPr>
    </w:p>
    <w:p w14:paraId="39C22402" w14:textId="77777777" w:rsidR="004D4A74" w:rsidRPr="003202D9" w:rsidRDefault="00AF1749">
      <w:pPr>
        <w:pStyle w:val="Kop2"/>
        <w:rPr>
          <w:lang w:val="nl-NL"/>
        </w:rPr>
      </w:pPr>
      <w:r w:rsidRPr="003202D9">
        <w:rPr>
          <w:lang w:val="nl-NL"/>
        </w:rPr>
        <w:t>8.12 Doublure en kleuterverlenging</w:t>
      </w:r>
    </w:p>
    <w:p w14:paraId="67EC23F0" w14:textId="77777777" w:rsidR="004D4A74" w:rsidRPr="003202D9" w:rsidRDefault="2AD83BDF">
      <w:pPr>
        <w:rPr>
          <w:lang w:val="nl-NL"/>
        </w:rPr>
      </w:pPr>
      <w:r w:rsidRPr="4A780B1C">
        <w:rPr>
          <w:lang w:val="nl-NL"/>
        </w:rPr>
        <w:t xml:space="preserve">Een kind moet zich op het eigen niveau kunnen ontwikkelen. In principe doubleert een </w:t>
      </w:r>
      <w:r w:rsidR="1856BF05" w:rsidRPr="4A780B1C">
        <w:rPr>
          <w:lang w:val="nl-NL"/>
        </w:rPr>
        <w:t xml:space="preserve">kind </w:t>
      </w:r>
      <w:r w:rsidRPr="4A780B1C">
        <w:rPr>
          <w:lang w:val="nl-NL"/>
        </w:rPr>
        <w:t>op IKC De Singel niet. Alleen in uitzonderlijke situaties kan doublure of kleuterverlenging worden overwogen, wanneer sociaal-emotionele en cognitieve ontwikkeling, capaciteiten, eerdere begeleiding en langetermijneffect zorgvuldig zijn geanalyseerd.</w:t>
      </w:r>
    </w:p>
    <w:p w14:paraId="692B9C68" w14:textId="77777777" w:rsidR="004D4A74" w:rsidRPr="003202D9" w:rsidRDefault="00AF1749">
      <w:pPr>
        <w:rPr>
          <w:lang w:val="nl-NL"/>
        </w:rPr>
      </w:pPr>
      <w:r w:rsidRPr="003202D9">
        <w:rPr>
          <w:lang w:val="nl-NL"/>
        </w:rPr>
        <w:t>Bij kinderen in groep 2 die in oktober, november of december zijn geboren, kijken we extra goed naar de ontwikkeling. Een eventuele kleuterverlenging wordt onderbouwd met een gemotiveerde analyse en een plan om de ontwikkeling verder te stimuleren. De mening van ouders wordt meegenomen; de school blijft verantwoordelijk voor het besluit.</w:t>
      </w:r>
    </w:p>
    <w:p w14:paraId="491C230A" w14:textId="77777777" w:rsidR="004D4A74" w:rsidRPr="003202D9" w:rsidRDefault="00AF1749">
      <w:pPr>
        <w:rPr>
          <w:lang w:val="nl-NL"/>
        </w:rPr>
      </w:pPr>
      <w:r w:rsidRPr="003202D9">
        <w:rPr>
          <w:lang w:val="nl-NL"/>
        </w:rPr>
        <w:br w:type="page"/>
      </w:r>
    </w:p>
    <w:p w14:paraId="577907A1" w14:textId="77777777" w:rsidR="004D4A74" w:rsidRDefault="00AF1749">
      <w:pPr>
        <w:pStyle w:val="Kop1"/>
      </w:pPr>
      <w:r>
        <w:rPr>
          <w:noProof/>
        </w:rPr>
        <w:lastRenderedPageBreak/>
        <w:drawing>
          <wp:inline distT="0" distB="0" distL="0" distR="0" wp14:anchorId="58C4CF2C" wp14:editId="114CA520">
            <wp:extent cx="234000" cy="21728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on_spider.png"/>
                    <pic:cNvPicPr/>
                  </pic:nvPicPr>
                  <pic:blipFill>
                    <a:blip r:embed="rId20"/>
                    <a:stretch>
                      <a:fillRect/>
                    </a:stretch>
                  </pic:blipFill>
                  <pic:spPr>
                    <a:xfrm>
                      <a:off x="0" y="0"/>
                      <a:ext cx="234000" cy="217286"/>
                    </a:xfrm>
                    <a:prstGeom prst="rect">
                      <a:avLst/>
                    </a:prstGeom>
                  </pic:spPr>
                </pic:pic>
              </a:graphicData>
            </a:graphic>
          </wp:inline>
        </w:drawing>
      </w:r>
      <w:r>
        <w:t xml:space="preserve">  9. Ontwikkeling, toetsing en resultaten</w:t>
      </w:r>
    </w:p>
    <w:p w14:paraId="592692E3" w14:textId="77777777" w:rsidR="004D4A74" w:rsidRDefault="00AF1749">
      <w:pPr>
        <w:jc w:val="center"/>
      </w:pPr>
      <w:r>
        <w:rPr>
          <w:noProof/>
        </w:rPr>
        <w:drawing>
          <wp:inline distT="0" distB="0" distL="0" distR="0" wp14:anchorId="446783CF" wp14:editId="5238651B">
            <wp:extent cx="5940000" cy="33412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aten.jpg"/>
                    <pic:cNvPicPr/>
                  </pic:nvPicPr>
                  <pic:blipFill>
                    <a:blip r:embed="rId23"/>
                    <a:stretch>
                      <a:fillRect/>
                    </a:stretch>
                  </pic:blipFill>
                  <pic:spPr>
                    <a:xfrm>
                      <a:off x="0" y="0"/>
                      <a:ext cx="5940000" cy="3341250"/>
                    </a:xfrm>
                    <a:prstGeom prst="rect">
                      <a:avLst/>
                    </a:prstGeom>
                  </pic:spPr>
                </pic:pic>
              </a:graphicData>
            </a:graphic>
          </wp:inline>
        </w:drawing>
      </w:r>
    </w:p>
    <w:p w14:paraId="37DE01C8" w14:textId="77777777" w:rsidR="004D4A74" w:rsidRPr="003202D9" w:rsidRDefault="00AF1749">
      <w:pPr>
        <w:pStyle w:val="Kop2"/>
        <w:rPr>
          <w:lang w:val="nl-NL"/>
        </w:rPr>
      </w:pPr>
      <w:r w:rsidRPr="003202D9">
        <w:rPr>
          <w:lang w:val="nl-NL"/>
        </w:rPr>
        <w:t>9.1 Handelingsgericht werken</w:t>
      </w:r>
    </w:p>
    <w:p w14:paraId="5AF71E09" w14:textId="77777777" w:rsidR="004D4A74" w:rsidRPr="003202D9" w:rsidRDefault="00AF1749">
      <w:pPr>
        <w:rPr>
          <w:lang w:val="nl-NL"/>
        </w:rPr>
      </w:pPr>
      <w:r w:rsidRPr="003202D9">
        <w:rPr>
          <w:lang w:val="nl-NL"/>
        </w:rPr>
        <w:t>IKC De Singel werkt handelingsgericht. Dat betekent dat we systematisch kijken naar onderwijsbehoeften, doelen stellen, uitvoeren, evalueren en bijstellen. De leerkracht stemt het aanbod af op wat de groep en het kind nodig hebben.</w:t>
      </w:r>
    </w:p>
    <w:p w14:paraId="55482AF1" w14:textId="77777777" w:rsidR="004D4A74" w:rsidRPr="003202D9" w:rsidRDefault="2AD83BDF">
      <w:pPr>
        <w:pStyle w:val="Lijstnummering"/>
        <w:spacing w:after="20"/>
        <w:rPr>
          <w:lang w:val="nl-NL"/>
        </w:rPr>
      </w:pPr>
      <w:r w:rsidRPr="4A780B1C">
        <w:rPr>
          <w:lang w:val="nl-NL"/>
        </w:rPr>
        <w:t xml:space="preserve">Onderwijsbehoeften van </w:t>
      </w:r>
      <w:r w:rsidR="107E22DB" w:rsidRPr="4A780B1C">
        <w:rPr>
          <w:lang w:val="nl-NL"/>
        </w:rPr>
        <w:t>kinderen</w:t>
      </w:r>
      <w:r w:rsidRPr="4A780B1C">
        <w:rPr>
          <w:lang w:val="nl-NL"/>
        </w:rPr>
        <w:t xml:space="preserve"> staan centraal.</w:t>
      </w:r>
    </w:p>
    <w:p w14:paraId="4CA43A10" w14:textId="77777777" w:rsidR="004D4A74" w:rsidRPr="003202D9" w:rsidRDefault="2AD83BDF">
      <w:pPr>
        <w:pStyle w:val="Lijstnummering"/>
        <w:spacing w:after="20"/>
        <w:rPr>
          <w:lang w:val="nl-NL"/>
        </w:rPr>
      </w:pPr>
      <w:r w:rsidRPr="4A780B1C">
        <w:rPr>
          <w:lang w:val="nl-NL"/>
        </w:rPr>
        <w:t>Er is afstemming en wisselwerking tussen kind en omgeving.</w:t>
      </w:r>
    </w:p>
    <w:p w14:paraId="535461D6" w14:textId="77777777" w:rsidR="004D4A74" w:rsidRPr="003202D9" w:rsidRDefault="2AD83BDF">
      <w:pPr>
        <w:pStyle w:val="Lijstnummering"/>
        <w:spacing w:after="20"/>
        <w:rPr>
          <w:lang w:val="nl-NL"/>
        </w:rPr>
      </w:pPr>
      <w:r w:rsidRPr="4A780B1C">
        <w:rPr>
          <w:lang w:val="nl-NL"/>
        </w:rPr>
        <w:t>De leerkracht doet ertoe en maakt het onderwijs passend.</w:t>
      </w:r>
    </w:p>
    <w:p w14:paraId="673A2967" w14:textId="77777777" w:rsidR="004D4A74" w:rsidRPr="003202D9" w:rsidRDefault="2AD83BDF">
      <w:pPr>
        <w:pStyle w:val="Lijstnummering"/>
        <w:spacing w:after="20"/>
        <w:rPr>
          <w:lang w:val="nl-NL"/>
        </w:rPr>
      </w:pPr>
      <w:r w:rsidRPr="4A780B1C">
        <w:rPr>
          <w:lang w:val="nl-NL"/>
        </w:rPr>
        <w:t>Positieve aspecten van kind, groep, leerkracht, school en ouders worden benut.</w:t>
      </w:r>
    </w:p>
    <w:p w14:paraId="3D534C61" w14:textId="77777777" w:rsidR="004D4A74" w:rsidRPr="003202D9" w:rsidRDefault="2AD83BDF">
      <w:pPr>
        <w:pStyle w:val="Lijstnummering"/>
        <w:spacing w:after="20"/>
        <w:rPr>
          <w:lang w:val="nl-NL"/>
        </w:rPr>
      </w:pPr>
      <w:r w:rsidRPr="4A780B1C">
        <w:rPr>
          <w:lang w:val="nl-NL"/>
        </w:rPr>
        <w:t>School en ouders werken constructief samen.</w:t>
      </w:r>
    </w:p>
    <w:p w14:paraId="3FA5F7A9" w14:textId="77777777" w:rsidR="004D4A74" w:rsidRPr="003202D9" w:rsidRDefault="2AD83BDF">
      <w:pPr>
        <w:pStyle w:val="Lijstnummering"/>
        <w:spacing w:after="20"/>
        <w:rPr>
          <w:lang w:val="nl-NL"/>
        </w:rPr>
      </w:pPr>
      <w:r w:rsidRPr="4A780B1C">
        <w:rPr>
          <w:lang w:val="nl-NL"/>
        </w:rPr>
        <w:t>Er wordt doelgericht gewerkt met korte en lange termijn doelen.</w:t>
      </w:r>
    </w:p>
    <w:p w14:paraId="5D1AE0BD" w14:textId="77777777" w:rsidR="004D4A74" w:rsidRPr="003202D9" w:rsidRDefault="52B2AD24" w:rsidP="4A780B1C">
      <w:pPr>
        <w:pStyle w:val="Lijstnummering"/>
        <w:numPr>
          <w:ilvl w:val="0"/>
          <w:numId w:val="0"/>
        </w:numPr>
        <w:spacing w:after="20"/>
        <w:ind w:left="360"/>
        <w:rPr>
          <w:lang w:val="nl-NL"/>
        </w:rPr>
      </w:pPr>
      <w:r w:rsidRPr="4A780B1C">
        <w:rPr>
          <w:lang w:val="nl-NL"/>
        </w:rPr>
        <w:t xml:space="preserve">7.     </w:t>
      </w:r>
      <w:r w:rsidR="2AD83BDF" w:rsidRPr="4A780B1C">
        <w:rPr>
          <w:lang w:val="nl-NL"/>
        </w:rPr>
        <w:t>De werkwijze is systematisch en transparant.</w:t>
      </w:r>
    </w:p>
    <w:p w14:paraId="6B2CA466" w14:textId="77777777" w:rsidR="004D4A74" w:rsidRDefault="00AF1749">
      <w:pPr>
        <w:pStyle w:val="Kop2"/>
      </w:pPr>
      <w:r>
        <w:t xml:space="preserve">9.2 Kleine </w:t>
      </w:r>
      <w:proofErr w:type="spellStart"/>
      <w:r>
        <w:t>en</w:t>
      </w:r>
      <w:proofErr w:type="spellEnd"/>
      <w:r>
        <w:t xml:space="preserve"> </w:t>
      </w:r>
      <w:proofErr w:type="spellStart"/>
      <w:r>
        <w:t>grote</w:t>
      </w:r>
      <w:proofErr w:type="spellEnd"/>
      <w:r>
        <w:t xml:space="preserve"> </w:t>
      </w:r>
      <w:proofErr w:type="spellStart"/>
      <w:r>
        <w:t>cyclus</w:t>
      </w:r>
      <w:proofErr w:type="spellEnd"/>
    </w:p>
    <w:tbl>
      <w:tblPr>
        <w:tblW w:w="0" w:type="auto"/>
        <w:jc w:val="center"/>
        <w:tblLook w:val="04A0" w:firstRow="1" w:lastRow="0" w:firstColumn="1" w:lastColumn="0" w:noHBand="0" w:noVBand="1"/>
      </w:tblPr>
      <w:tblGrid>
        <w:gridCol w:w="2381"/>
        <w:gridCol w:w="6973"/>
      </w:tblGrid>
      <w:tr w:rsidR="004D4A74" w14:paraId="0681B6DE" w14:textId="77777777" w:rsidTr="4A780B1C">
        <w:trPr>
          <w:tblHeade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00665C"/>
          </w:tcPr>
          <w:p w14:paraId="2AABD2EB" w14:textId="77777777" w:rsidR="004D4A74" w:rsidRDefault="2AD83BDF">
            <w:pPr>
              <w:spacing w:after="0"/>
            </w:pPr>
            <w:r w:rsidRPr="4A780B1C">
              <w:rPr>
                <w:b/>
                <w:bCs/>
                <w:color w:val="FFFFFF" w:themeColor="background1"/>
                <w:sz w:val="16"/>
                <w:szCs w:val="16"/>
              </w:rPr>
              <w:t>Cyclus</w:t>
            </w:r>
          </w:p>
          <w:p w14:paraId="1CC75093" w14:textId="77777777" w:rsidR="004D4A74" w:rsidRDefault="004D4A74" w:rsidP="4A780B1C">
            <w:pPr>
              <w:spacing w:after="0"/>
              <w:rPr>
                <w:b/>
                <w:bCs/>
                <w:color w:val="FFFFFF" w:themeColor="background1"/>
                <w:sz w:val="16"/>
                <w:szCs w:val="16"/>
              </w:rPr>
            </w:pPr>
          </w:p>
        </w:tc>
        <w:tc>
          <w:tcPr>
            <w:tcW w:w="6973" w:type="dxa"/>
            <w:tcBorders>
              <w:top w:val="single" w:sz="4" w:space="0" w:color="DCE8E6"/>
              <w:left w:val="single" w:sz="4" w:space="0" w:color="DCE8E6"/>
              <w:bottom w:val="single" w:sz="4" w:space="0" w:color="DCE8E6"/>
              <w:right w:val="single" w:sz="4" w:space="0" w:color="DCE8E6"/>
            </w:tcBorders>
            <w:shd w:val="clear" w:color="auto" w:fill="00665C"/>
          </w:tcPr>
          <w:p w14:paraId="256ACAA8" w14:textId="77777777" w:rsidR="004D4A74" w:rsidRDefault="2AD83BDF">
            <w:pPr>
              <w:spacing w:after="0"/>
            </w:pPr>
            <w:r w:rsidRPr="4A780B1C">
              <w:rPr>
                <w:b/>
                <w:bCs/>
                <w:color w:val="FFFFFF" w:themeColor="background1"/>
                <w:sz w:val="16"/>
                <w:szCs w:val="16"/>
              </w:rPr>
              <w:t>Werkwijze</w:t>
            </w:r>
          </w:p>
          <w:p w14:paraId="0CED4BCD" w14:textId="77777777" w:rsidR="004D4A74" w:rsidRDefault="004D4A74" w:rsidP="4A780B1C">
            <w:pPr>
              <w:spacing w:after="0"/>
              <w:rPr>
                <w:b/>
                <w:bCs/>
                <w:color w:val="FFFFFF" w:themeColor="background1"/>
                <w:sz w:val="16"/>
                <w:szCs w:val="16"/>
              </w:rPr>
            </w:pPr>
          </w:p>
        </w:tc>
      </w:tr>
      <w:tr w:rsidR="004D4A74" w:rsidRPr="001E442B" w14:paraId="1AF23A97"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39510963" w14:textId="77777777" w:rsidR="004D4A74" w:rsidRDefault="00AF1749">
            <w:pPr>
              <w:spacing w:after="0"/>
            </w:pPr>
            <w:r>
              <w:rPr>
                <w:b/>
                <w:sz w:val="16"/>
              </w:rPr>
              <w:t>Kleine cyclus</w:t>
            </w:r>
          </w:p>
        </w:tc>
        <w:tc>
          <w:tcPr>
            <w:tcW w:w="6973" w:type="dxa"/>
            <w:tcBorders>
              <w:top w:val="single" w:sz="4" w:space="0" w:color="DCE8E6"/>
              <w:left w:val="single" w:sz="4" w:space="0" w:color="DCE8E6"/>
              <w:bottom w:val="single" w:sz="4" w:space="0" w:color="DCE8E6"/>
              <w:right w:val="single" w:sz="4" w:space="0" w:color="DCE8E6"/>
            </w:tcBorders>
          </w:tcPr>
          <w:p w14:paraId="74E1F148" w14:textId="77777777" w:rsidR="004D4A74" w:rsidRPr="003202D9" w:rsidRDefault="00AF1749">
            <w:pPr>
              <w:spacing w:after="0"/>
              <w:rPr>
                <w:lang w:val="nl-NL"/>
              </w:rPr>
            </w:pPr>
            <w:r w:rsidRPr="003202D9">
              <w:rPr>
                <w:sz w:val="16"/>
                <w:lang w:val="nl-NL"/>
              </w:rPr>
              <w:t xml:space="preserve">De leerkracht observeert, evalueert en past het aanbod </w:t>
            </w:r>
            <w:proofErr w:type="spellStart"/>
            <w:r w:rsidRPr="003202D9">
              <w:rPr>
                <w:sz w:val="16"/>
                <w:lang w:val="nl-NL"/>
              </w:rPr>
              <w:t>kortcyclisch</w:t>
            </w:r>
            <w:proofErr w:type="spellEnd"/>
            <w:r w:rsidRPr="003202D9">
              <w:rPr>
                <w:sz w:val="16"/>
                <w:lang w:val="nl-NL"/>
              </w:rPr>
              <w:t xml:space="preserve"> aan. Methodetoetsen en observaties laten zien of doelen beheerst worden en of herhaling, verdieping of </w:t>
            </w:r>
            <w:proofErr w:type="spellStart"/>
            <w:r w:rsidRPr="003202D9">
              <w:rPr>
                <w:sz w:val="16"/>
                <w:lang w:val="nl-NL"/>
              </w:rPr>
              <w:t>compacten</w:t>
            </w:r>
            <w:proofErr w:type="spellEnd"/>
            <w:r w:rsidRPr="003202D9">
              <w:rPr>
                <w:sz w:val="16"/>
                <w:lang w:val="nl-NL"/>
              </w:rPr>
              <w:t xml:space="preserve"> nodig is.</w:t>
            </w:r>
          </w:p>
        </w:tc>
      </w:tr>
      <w:tr w:rsidR="004D4A74" w:rsidRPr="001E442B" w14:paraId="7DCAEC6C"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59BE67D4" w14:textId="77777777" w:rsidR="004D4A74" w:rsidRDefault="00AF1749">
            <w:pPr>
              <w:spacing w:after="0"/>
            </w:pPr>
            <w:r>
              <w:rPr>
                <w:b/>
                <w:sz w:val="16"/>
              </w:rPr>
              <w:t xml:space="preserve">Grote </w:t>
            </w:r>
            <w:proofErr w:type="spellStart"/>
            <w:r>
              <w:rPr>
                <w:b/>
                <w:sz w:val="16"/>
              </w:rPr>
              <w:t>cyclus</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78A219F6" w14:textId="77777777" w:rsidR="004D4A74" w:rsidRPr="003202D9" w:rsidRDefault="00AF1749">
            <w:pPr>
              <w:spacing w:after="0"/>
              <w:rPr>
                <w:lang w:val="nl-NL"/>
              </w:rPr>
            </w:pPr>
            <w:r w:rsidRPr="003202D9">
              <w:rPr>
                <w:sz w:val="16"/>
                <w:lang w:val="nl-NL"/>
              </w:rPr>
              <w:t>Twee keer per jaar doorloopt de leerkracht de HGW-cyclus op groepsniveau. IEP-toetsen, observaties en groepsbesprekingen geven zicht op ontwikkeling en onderwijsbehoeften.</w:t>
            </w:r>
          </w:p>
        </w:tc>
      </w:tr>
      <w:tr w:rsidR="004D4A74" w:rsidRPr="001E442B" w14:paraId="7ED3A1A8"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6CDCE763" w14:textId="77777777" w:rsidR="004D4A74" w:rsidRDefault="00AF1749">
            <w:pPr>
              <w:spacing w:after="0"/>
            </w:pPr>
            <w:proofErr w:type="spellStart"/>
            <w:r>
              <w:rPr>
                <w:b/>
                <w:sz w:val="16"/>
              </w:rPr>
              <w:t>Groepsbespreking</w:t>
            </w:r>
            <w:proofErr w:type="spellEnd"/>
          </w:p>
        </w:tc>
        <w:tc>
          <w:tcPr>
            <w:tcW w:w="6973" w:type="dxa"/>
            <w:tcBorders>
              <w:top w:val="single" w:sz="4" w:space="0" w:color="DCE8E6"/>
              <w:left w:val="single" w:sz="4" w:space="0" w:color="DCE8E6"/>
              <w:bottom w:val="single" w:sz="4" w:space="0" w:color="DCE8E6"/>
              <w:right w:val="single" w:sz="4" w:space="0" w:color="DCE8E6"/>
            </w:tcBorders>
          </w:tcPr>
          <w:p w14:paraId="71A5C06A" w14:textId="77777777" w:rsidR="004D4A74" w:rsidRPr="003202D9" w:rsidRDefault="2AD83BDF">
            <w:pPr>
              <w:spacing w:after="0"/>
              <w:rPr>
                <w:lang w:val="nl-NL"/>
              </w:rPr>
            </w:pPr>
            <w:r w:rsidRPr="4A780B1C">
              <w:rPr>
                <w:sz w:val="16"/>
                <w:szCs w:val="16"/>
                <w:lang w:val="nl-NL"/>
              </w:rPr>
              <w:t xml:space="preserve">Na </w:t>
            </w:r>
            <w:r w:rsidR="211F2379" w:rsidRPr="4A780B1C">
              <w:rPr>
                <w:sz w:val="16"/>
                <w:szCs w:val="16"/>
                <w:lang w:val="nl-NL"/>
              </w:rPr>
              <w:t xml:space="preserve">de </w:t>
            </w:r>
            <w:r w:rsidRPr="4A780B1C">
              <w:rPr>
                <w:sz w:val="16"/>
                <w:szCs w:val="16"/>
                <w:lang w:val="nl-NL"/>
              </w:rPr>
              <w:t xml:space="preserve">IEP-toetsen bespreken directie, kwaliteitscoördinator en leerkrachten </w:t>
            </w:r>
            <w:r w:rsidR="3C28C4E4" w:rsidRPr="4A780B1C">
              <w:rPr>
                <w:sz w:val="16"/>
                <w:szCs w:val="16"/>
                <w:lang w:val="nl-NL"/>
              </w:rPr>
              <w:t xml:space="preserve">de </w:t>
            </w:r>
            <w:r w:rsidRPr="4A780B1C">
              <w:rPr>
                <w:sz w:val="16"/>
                <w:szCs w:val="16"/>
                <w:lang w:val="nl-NL"/>
              </w:rPr>
              <w:t>groepsdynamiek, resultaten, ondersteuningsbehoeften, voortgang en vervolgstappen.</w:t>
            </w:r>
          </w:p>
        </w:tc>
      </w:tr>
      <w:tr w:rsidR="004D4A74" w:rsidRPr="001E442B" w14:paraId="0B8C8015" w14:textId="77777777" w:rsidTr="4A780B1C">
        <w:trPr>
          <w:jc w:val="center"/>
        </w:trPr>
        <w:tc>
          <w:tcPr>
            <w:tcW w:w="2381" w:type="dxa"/>
            <w:tcBorders>
              <w:top w:val="single" w:sz="4" w:space="0" w:color="DCE8E6"/>
              <w:left w:val="single" w:sz="4" w:space="0" w:color="DCE8E6"/>
              <w:bottom w:val="single" w:sz="4" w:space="0" w:color="DCE8E6"/>
              <w:right w:val="single" w:sz="4" w:space="0" w:color="DCE8E6"/>
            </w:tcBorders>
            <w:shd w:val="clear" w:color="auto" w:fill="EAF6DF"/>
          </w:tcPr>
          <w:p w14:paraId="17EDB3AD" w14:textId="77777777" w:rsidR="004D4A74" w:rsidRDefault="00AF1749">
            <w:pPr>
              <w:spacing w:after="0"/>
            </w:pPr>
            <w:proofErr w:type="spellStart"/>
            <w:r>
              <w:rPr>
                <w:b/>
                <w:sz w:val="16"/>
              </w:rPr>
              <w:t>Zorgleerlingen</w:t>
            </w:r>
            <w:proofErr w:type="spellEnd"/>
          </w:p>
        </w:tc>
        <w:tc>
          <w:tcPr>
            <w:tcW w:w="6973" w:type="dxa"/>
            <w:tcBorders>
              <w:top w:val="single" w:sz="4" w:space="0" w:color="DCE8E6"/>
              <w:left w:val="single" w:sz="4" w:space="0" w:color="DCE8E6"/>
              <w:bottom w:val="single" w:sz="4" w:space="0" w:color="DCE8E6"/>
              <w:right w:val="single" w:sz="4" w:space="0" w:color="DCE8E6"/>
            </w:tcBorders>
            <w:shd w:val="clear" w:color="auto" w:fill="FAFCFB"/>
          </w:tcPr>
          <w:p w14:paraId="1512C140" w14:textId="77777777" w:rsidR="004D4A74" w:rsidRPr="003202D9" w:rsidRDefault="00AF1749">
            <w:pPr>
              <w:spacing w:after="0"/>
              <w:rPr>
                <w:lang w:val="nl-NL"/>
              </w:rPr>
            </w:pPr>
            <w:r w:rsidRPr="003202D9">
              <w:rPr>
                <w:sz w:val="16"/>
                <w:lang w:val="nl-NL"/>
              </w:rPr>
              <w:t xml:space="preserve">Voor kinderen die extra ondersteuning nodig hebben worden onderwijsbehoeften, signalen, </w:t>
            </w:r>
            <w:proofErr w:type="spellStart"/>
            <w:r w:rsidRPr="003202D9">
              <w:rPr>
                <w:sz w:val="16"/>
                <w:lang w:val="nl-NL"/>
              </w:rPr>
              <w:t>toetsgegevens</w:t>
            </w:r>
            <w:proofErr w:type="spellEnd"/>
            <w:r w:rsidRPr="003202D9">
              <w:rPr>
                <w:sz w:val="16"/>
                <w:lang w:val="nl-NL"/>
              </w:rPr>
              <w:t>, acties en voortgang besproken en vastgelegd.</w:t>
            </w:r>
          </w:p>
        </w:tc>
      </w:tr>
    </w:tbl>
    <w:p w14:paraId="281A5237" w14:textId="77777777" w:rsidR="004D4A74" w:rsidRPr="003202D9" w:rsidRDefault="004D4A74">
      <w:pPr>
        <w:spacing w:after="40"/>
        <w:rPr>
          <w:lang w:val="nl-NL"/>
        </w:rPr>
      </w:pPr>
    </w:p>
    <w:p w14:paraId="14D0BE62" w14:textId="77777777" w:rsidR="004D4A74" w:rsidRPr="003202D9" w:rsidRDefault="00AF1749">
      <w:pPr>
        <w:pStyle w:val="Kop2"/>
        <w:rPr>
          <w:lang w:val="nl-NL"/>
        </w:rPr>
      </w:pPr>
      <w:r w:rsidRPr="003202D9">
        <w:rPr>
          <w:lang w:val="nl-NL"/>
        </w:rPr>
        <w:lastRenderedPageBreak/>
        <w:t>9.3 IEP Leerlingvolgsysteem</w:t>
      </w:r>
    </w:p>
    <w:p w14:paraId="27246422" w14:textId="77777777" w:rsidR="004D4A74" w:rsidRPr="003202D9" w:rsidRDefault="2AD83BDF">
      <w:pPr>
        <w:rPr>
          <w:lang w:val="nl-NL"/>
        </w:rPr>
      </w:pPr>
      <w:r w:rsidRPr="4A780B1C">
        <w:rPr>
          <w:lang w:val="nl-NL"/>
        </w:rPr>
        <w:t xml:space="preserve">Vanaf groep 3 volgen we de ontwikkeling van kinderen met methodegebonden toetsen, observaties en IEP LVS. IEP kijkt naar groei en laat zien wat een kind al kan en wat het nog kan leren. De resultaten worden verwerkt in rapporten en besproken met ouders en </w:t>
      </w:r>
      <w:r w:rsidR="0CE95177" w:rsidRPr="4A780B1C">
        <w:rPr>
          <w:lang w:val="nl-NL"/>
        </w:rPr>
        <w:t>kinderen</w:t>
      </w:r>
      <w:r w:rsidRPr="4A780B1C">
        <w:rPr>
          <w:lang w:val="nl-NL"/>
        </w:rPr>
        <w:t>.</w:t>
      </w:r>
    </w:p>
    <w:p w14:paraId="3A223E79" w14:textId="77777777" w:rsidR="004D4A74" w:rsidRPr="003202D9" w:rsidRDefault="00AF1749">
      <w:pPr>
        <w:pStyle w:val="Kop2"/>
        <w:rPr>
          <w:lang w:val="nl-NL"/>
        </w:rPr>
      </w:pPr>
      <w:r w:rsidRPr="003202D9">
        <w:rPr>
          <w:lang w:val="nl-NL"/>
        </w:rPr>
        <w:t>9.4 Doorstroomtoets en schooladvies</w:t>
      </w:r>
    </w:p>
    <w:p w14:paraId="4EC384CB" w14:textId="77777777" w:rsidR="004D4A74" w:rsidRPr="003202D9" w:rsidRDefault="2AD83BDF">
      <w:pPr>
        <w:rPr>
          <w:lang w:val="nl-NL"/>
        </w:rPr>
      </w:pPr>
      <w:r w:rsidRPr="4A780B1C">
        <w:rPr>
          <w:lang w:val="nl-NL"/>
        </w:rPr>
        <w:t xml:space="preserve">In groep 8 maken </w:t>
      </w:r>
      <w:r w:rsidR="3D6C5902" w:rsidRPr="4A780B1C">
        <w:rPr>
          <w:lang w:val="nl-NL"/>
        </w:rPr>
        <w:t>kindere</w:t>
      </w:r>
      <w:r w:rsidRPr="4A780B1C">
        <w:rPr>
          <w:lang w:val="nl-NL"/>
        </w:rPr>
        <w:t xml:space="preserve">n de IEP Doorstroomtoets. De doorstroomtoets meet </w:t>
      </w:r>
      <w:r w:rsidR="11D851A7" w:rsidRPr="4A780B1C">
        <w:rPr>
          <w:lang w:val="nl-NL"/>
        </w:rPr>
        <w:t xml:space="preserve">het </w:t>
      </w:r>
      <w:r w:rsidRPr="4A780B1C">
        <w:rPr>
          <w:lang w:val="nl-NL"/>
        </w:rPr>
        <w:t>taal- en rekenniveau en geeft een objectief toetsadvies. Het schooladvies van de leerkracht wordt breder onderbouwd met de ontwikkeling in de hele basisschoolperiode, leerprestaties, concentratie, motivatie, doorzettingsvermogen, talenten en gegevens uit ParnasSys.</w:t>
      </w:r>
    </w:p>
    <w:tbl>
      <w:tblPr>
        <w:tblW w:w="0" w:type="auto"/>
        <w:jc w:val="center"/>
        <w:tblLook w:val="04A0" w:firstRow="1" w:lastRow="0" w:firstColumn="1" w:lastColumn="0" w:noHBand="0" w:noVBand="1"/>
      </w:tblPr>
      <w:tblGrid>
        <w:gridCol w:w="3288"/>
        <w:gridCol w:w="6066"/>
      </w:tblGrid>
      <w:tr w:rsidR="004D4A74" w14:paraId="2C76ACB2" w14:textId="77777777">
        <w:trPr>
          <w:tblHeade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00665C"/>
          </w:tcPr>
          <w:p w14:paraId="3DCA3B9C" w14:textId="77777777" w:rsidR="004D4A74" w:rsidRDefault="00AF1749">
            <w:pPr>
              <w:spacing w:after="0"/>
            </w:pPr>
            <w:r>
              <w:rPr>
                <w:b/>
                <w:color w:val="FFFFFF"/>
                <w:sz w:val="16"/>
              </w:rPr>
              <w:t xml:space="preserve">Moment </w:t>
            </w:r>
            <w:proofErr w:type="spellStart"/>
            <w:r>
              <w:rPr>
                <w:b/>
                <w:color w:val="FFFFFF"/>
                <w:sz w:val="16"/>
              </w:rPr>
              <w:t>schooljaar</w:t>
            </w:r>
            <w:proofErr w:type="spellEnd"/>
            <w:r>
              <w:rPr>
                <w:b/>
                <w:color w:val="FFFFFF"/>
                <w:sz w:val="16"/>
              </w:rPr>
              <w:t xml:space="preserve"> 2026-2027</w:t>
            </w:r>
          </w:p>
        </w:tc>
        <w:tc>
          <w:tcPr>
            <w:tcW w:w="6066" w:type="dxa"/>
            <w:tcBorders>
              <w:top w:val="single" w:sz="4" w:space="0" w:color="DCE8E6"/>
              <w:left w:val="single" w:sz="4" w:space="0" w:color="DCE8E6"/>
              <w:bottom w:val="single" w:sz="4" w:space="0" w:color="DCE8E6"/>
              <w:right w:val="single" w:sz="4" w:space="0" w:color="DCE8E6"/>
            </w:tcBorders>
            <w:shd w:val="clear" w:color="auto" w:fill="00665C"/>
          </w:tcPr>
          <w:p w14:paraId="125D9DAD" w14:textId="77777777" w:rsidR="004D4A74" w:rsidRDefault="00AF1749">
            <w:pPr>
              <w:spacing w:after="0"/>
            </w:pPr>
            <w:r>
              <w:rPr>
                <w:b/>
                <w:color w:val="FFFFFF"/>
                <w:sz w:val="16"/>
              </w:rPr>
              <w:t>Stap</w:t>
            </w:r>
          </w:p>
        </w:tc>
      </w:tr>
      <w:tr w:rsidR="004D4A74" w14:paraId="709A7B58" w14:textId="77777777">
        <w:trPr>
          <w:jc w:val="center"/>
        </w:trPr>
        <w:tc>
          <w:tcPr>
            <w:tcW w:w="3288" w:type="dxa"/>
            <w:tcBorders>
              <w:top w:val="single" w:sz="4" w:space="0" w:color="DCE8E6"/>
              <w:left w:val="single" w:sz="4" w:space="0" w:color="DCE8E6"/>
              <w:bottom w:val="single" w:sz="4" w:space="0" w:color="DCE8E6"/>
              <w:right w:val="single" w:sz="4" w:space="0" w:color="DCE8E6"/>
            </w:tcBorders>
          </w:tcPr>
          <w:p w14:paraId="5FCC0101" w14:textId="77777777" w:rsidR="004D4A74" w:rsidRDefault="00AF1749">
            <w:pPr>
              <w:spacing w:after="0"/>
            </w:pPr>
            <w:r>
              <w:rPr>
                <w:sz w:val="16"/>
              </w:rPr>
              <w:t>10 t/m 31 januari</w:t>
            </w:r>
          </w:p>
        </w:tc>
        <w:tc>
          <w:tcPr>
            <w:tcW w:w="6066" w:type="dxa"/>
            <w:tcBorders>
              <w:top w:val="single" w:sz="4" w:space="0" w:color="DCE8E6"/>
              <w:left w:val="single" w:sz="4" w:space="0" w:color="DCE8E6"/>
              <w:bottom w:val="single" w:sz="4" w:space="0" w:color="DCE8E6"/>
              <w:right w:val="single" w:sz="4" w:space="0" w:color="DCE8E6"/>
            </w:tcBorders>
          </w:tcPr>
          <w:p w14:paraId="304F631F" w14:textId="77777777" w:rsidR="004D4A74" w:rsidRDefault="00AF1749">
            <w:pPr>
              <w:spacing w:after="0"/>
            </w:pPr>
            <w:r>
              <w:rPr>
                <w:sz w:val="16"/>
              </w:rPr>
              <w:t>Voorlopig schooladvies</w:t>
            </w:r>
          </w:p>
        </w:tc>
      </w:tr>
      <w:tr w:rsidR="004D4A74" w14:paraId="2BC1C861" w14:textId="77777777">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717ACC10" w14:textId="77777777" w:rsidR="004D4A74" w:rsidRDefault="00AF1749">
            <w:pPr>
              <w:spacing w:after="0"/>
            </w:pPr>
            <w:r>
              <w:rPr>
                <w:sz w:val="16"/>
              </w:rPr>
              <w:t>25 januari t/m 12 februari</w:t>
            </w:r>
          </w:p>
        </w:tc>
        <w:tc>
          <w:tcPr>
            <w:tcW w:w="6066" w:type="dxa"/>
            <w:tcBorders>
              <w:top w:val="single" w:sz="4" w:space="0" w:color="DCE8E6"/>
              <w:left w:val="single" w:sz="4" w:space="0" w:color="DCE8E6"/>
              <w:bottom w:val="single" w:sz="4" w:space="0" w:color="DCE8E6"/>
              <w:right w:val="single" w:sz="4" w:space="0" w:color="DCE8E6"/>
            </w:tcBorders>
            <w:shd w:val="clear" w:color="auto" w:fill="FAFCFB"/>
          </w:tcPr>
          <w:p w14:paraId="0EF36DA3" w14:textId="77777777" w:rsidR="004D4A74" w:rsidRDefault="00AF1749">
            <w:pPr>
              <w:spacing w:after="0"/>
            </w:pPr>
            <w:r>
              <w:rPr>
                <w:sz w:val="16"/>
              </w:rPr>
              <w:t>Afname doorstroomtoets</w:t>
            </w:r>
          </w:p>
        </w:tc>
      </w:tr>
      <w:tr w:rsidR="004D4A74" w14:paraId="69588BCC" w14:textId="77777777">
        <w:trPr>
          <w:jc w:val="center"/>
        </w:trPr>
        <w:tc>
          <w:tcPr>
            <w:tcW w:w="3288" w:type="dxa"/>
            <w:tcBorders>
              <w:top w:val="single" w:sz="4" w:space="0" w:color="DCE8E6"/>
              <w:left w:val="single" w:sz="4" w:space="0" w:color="DCE8E6"/>
              <w:bottom w:val="single" w:sz="4" w:space="0" w:color="DCE8E6"/>
              <w:right w:val="single" w:sz="4" w:space="0" w:color="DCE8E6"/>
            </w:tcBorders>
          </w:tcPr>
          <w:p w14:paraId="4430F3A0" w14:textId="77777777" w:rsidR="004D4A74" w:rsidRDefault="00AF1749">
            <w:pPr>
              <w:spacing w:after="0"/>
            </w:pPr>
            <w:r>
              <w:rPr>
                <w:sz w:val="16"/>
              </w:rPr>
              <w:t>Uiterlijk 15 maart</w:t>
            </w:r>
          </w:p>
        </w:tc>
        <w:tc>
          <w:tcPr>
            <w:tcW w:w="6066" w:type="dxa"/>
            <w:tcBorders>
              <w:top w:val="single" w:sz="4" w:space="0" w:color="DCE8E6"/>
              <w:left w:val="single" w:sz="4" w:space="0" w:color="DCE8E6"/>
              <w:bottom w:val="single" w:sz="4" w:space="0" w:color="DCE8E6"/>
              <w:right w:val="single" w:sz="4" w:space="0" w:color="DCE8E6"/>
            </w:tcBorders>
          </w:tcPr>
          <w:p w14:paraId="24FF186B" w14:textId="77777777" w:rsidR="004D4A74" w:rsidRDefault="00AF1749">
            <w:pPr>
              <w:spacing w:after="0"/>
            </w:pPr>
            <w:r>
              <w:rPr>
                <w:sz w:val="16"/>
              </w:rPr>
              <w:t>Toetsadvies</w:t>
            </w:r>
          </w:p>
        </w:tc>
      </w:tr>
      <w:tr w:rsidR="004D4A74" w14:paraId="197618CF" w14:textId="77777777">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04F80387" w14:textId="77777777" w:rsidR="004D4A74" w:rsidRDefault="00AF1749">
            <w:pPr>
              <w:spacing w:after="0"/>
            </w:pPr>
            <w:r>
              <w:rPr>
                <w:sz w:val="16"/>
              </w:rPr>
              <w:t>Uiterlijk 24 maart</w:t>
            </w:r>
          </w:p>
        </w:tc>
        <w:tc>
          <w:tcPr>
            <w:tcW w:w="6066" w:type="dxa"/>
            <w:tcBorders>
              <w:top w:val="single" w:sz="4" w:space="0" w:color="DCE8E6"/>
              <w:left w:val="single" w:sz="4" w:space="0" w:color="DCE8E6"/>
              <w:bottom w:val="single" w:sz="4" w:space="0" w:color="DCE8E6"/>
              <w:right w:val="single" w:sz="4" w:space="0" w:color="DCE8E6"/>
            </w:tcBorders>
            <w:shd w:val="clear" w:color="auto" w:fill="FAFCFB"/>
          </w:tcPr>
          <w:p w14:paraId="39AC1388" w14:textId="77777777" w:rsidR="004D4A74" w:rsidRDefault="00AF1749">
            <w:pPr>
              <w:spacing w:after="0"/>
            </w:pPr>
            <w:r>
              <w:rPr>
                <w:sz w:val="16"/>
              </w:rPr>
              <w:t>Definitief schooladvies</w:t>
            </w:r>
          </w:p>
        </w:tc>
      </w:tr>
      <w:tr w:rsidR="004D4A74" w14:paraId="2E9AA549" w14:textId="77777777">
        <w:trPr>
          <w:jc w:val="center"/>
        </w:trPr>
        <w:tc>
          <w:tcPr>
            <w:tcW w:w="3288" w:type="dxa"/>
            <w:tcBorders>
              <w:top w:val="single" w:sz="4" w:space="0" w:color="DCE8E6"/>
              <w:left w:val="single" w:sz="4" w:space="0" w:color="DCE8E6"/>
              <w:bottom w:val="single" w:sz="4" w:space="0" w:color="DCE8E6"/>
              <w:right w:val="single" w:sz="4" w:space="0" w:color="DCE8E6"/>
            </w:tcBorders>
          </w:tcPr>
          <w:p w14:paraId="62A26CDA" w14:textId="77777777" w:rsidR="004D4A74" w:rsidRDefault="00AF1749">
            <w:pPr>
              <w:spacing w:after="0"/>
            </w:pPr>
            <w:r>
              <w:rPr>
                <w:sz w:val="16"/>
              </w:rPr>
              <w:t>25 t/m 31 maart</w:t>
            </w:r>
          </w:p>
        </w:tc>
        <w:tc>
          <w:tcPr>
            <w:tcW w:w="6066" w:type="dxa"/>
            <w:tcBorders>
              <w:top w:val="single" w:sz="4" w:space="0" w:color="DCE8E6"/>
              <w:left w:val="single" w:sz="4" w:space="0" w:color="DCE8E6"/>
              <w:bottom w:val="single" w:sz="4" w:space="0" w:color="DCE8E6"/>
              <w:right w:val="single" w:sz="4" w:space="0" w:color="DCE8E6"/>
            </w:tcBorders>
          </w:tcPr>
          <w:p w14:paraId="0C36D51E" w14:textId="77777777" w:rsidR="004D4A74" w:rsidRDefault="00AF1749">
            <w:pPr>
              <w:spacing w:after="0"/>
            </w:pPr>
            <w:r>
              <w:rPr>
                <w:sz w:val="16"/>
              </w:rPr>
              <w:t>Centrale aanmeldweek voortgezet onderwijs</w:t>
            </w:r>
          </w:p>
        </w:tc>
      </w:tr>
      <w:tr w:rsidR="004D4A74" w:rsidRPr="001E442B" w14:paraId="0EB3FCF1" w14:textId="77777777">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7DC39CA2" w14:textId="77777777" w:rsidR="004D4A74" w:rsidRDefault="00AF1749">
            <w:pPr>
              <w:spacing w:after="0"/>
            </w:pPr>
            <w:r>
              <w:rPr>
                <w:sz w:val="16"/>
              </w:rPr>
              <w:t>Uiterlijk 12 mei</w:t>
            </w:r>
          </w:p>
        </w:tc>
        <w:tc>
          <w:tcPr>
            <w:tcW w:w="6066" w:type="dxa"/>
            <w:tcBorders>
              <w:top w:val="single" w:sz="4" w:space="0" w:color="DCE8E6"/>
              <w:left w:val="single" w:sz="4" w:space="0" w:color="DCE8E6"/>
              <w:bottom w:val="single" w:sz="4" w:space="0" w:color="DCE8E6"/>
              <w:right w:val="single" w:sz="4" w:space="0" w:color="DCE8E6"/>
            </w:tcBorders>
            <w:shd w:val="clear" w:color="auto" w:fill="FAFCFB"/>
          </w:tcPr>
          <w:p w14:paraId="545CFF1E" w14:textId="77777777" w:rsidR="004D4A74" w:rsidRPr="003202D9" w:rsidRDefault="00AF1749">
            <w:pPr>
              <w:spacing w:after="0"/>
              <w:rPr>
                <w:lang w:val="nl-NL"/>
              </w:rPr>
            </w:pPr>
            <w:r w:rsidRPr="003202D9">
              <w:rPr>
                <w:sz w:val="16"/>
                <w:lang w:val="nl-NL"/>
              </w:rPr>
              <w:t>Besluit over toelating tot de middelbare school; indien nodig uiterlijk 9 juni</w:t>
            </w:r>
          </w:p>
        </w:tc>
      </w:tr>
    </w:tbl>
    <w:p w14:paraId="29FB5144" w14:textId="77777777" w:rsidR="004D4A74" w:rsidRPr="003202D9" w:rsidRDefault="004D4A74">
      <w:pPr>
        <w:spacing w:after="40"/>
        <w:rPr>
          <w:lang w:val="nl-NL"/>
        </w:rPr>
      </w:pPr>
    </w:p>
    <w:p w14:paraId="29695B85" w14:textId="77777777" w:rsidR="004D4A74" w:rsidRPr="003202D9" w:rsidRDefault="00AF1749">
      <w:pPr>
        <w:rPr>
          <w:lang w:val="nl-NL"/>
        </w:rPr>
      </w:pPr>
      <w:r w:rsidRPr="003202D9">
        <w:rPr>
          <w:lang w:val="nl-NL"/>
        </w:rPr>
        <w:br w:type="page"/>
      </w:r>
    </w:p>
    <w:p w14:paraId="49E8D189" w14:textId="77777777" w:rsidR="004D4A74" w:rsidRPr="003202D9" w:rsidRDefault="00AF1749">
      <w:pPr>
        <w:pStyle w:val="Kop2"/>
        <w:rPr>
          <w:lang w:val="nl-NL"/>
        </w:rPr>
      </w:pPr>
      <w:r w:rsidRPr="003202D9">
        <w:rPr>
          <w:lang w:val="nl-NL"/>
        </w:rPr>
        <w:lastRenderedPageBreak/>
        <w:t>9.5 Resultaten doorstroomtoets</w:t>
      </w:r>
    </w:p>
    <w:p w14:paraId="03BB54E8" w14:textId="77777777" w:rsidR="004D4A74" w:rsidRPr="003202D9" w:rsidRDefault="00AF1749">
      <w:pPr>
        <w:rPr>
          <w:lang w:val="nl-NL"/>
        </w:rPr>
      </w:pPr>
      <w:r w:rsidRPr="003202D9">
        <w:rPr>
          <w:lang w:val="nl-NL"/>
        </w:rPr>
        <w:t>De resultaten in deze gids zijn gebaseerd op het gemiddelde van drie schooljaren. De ambitie van IKC De Singel is om minimaal het landelijk gemiddelde te behalen en de basisvaardigheden verder te versterken via ontwikkelgroepen en specialisten.</w:t>
      </w:r>
    </w:p>
    <w:tbl>
      <w:tblPr>
        <w:tblW w:w="0" w:type="auto"/>
        <w:jc w:val="center"/>
        <w:tblLook w:val="04A0" w:firstRow="1" w:lastRow="0" w:firstColumn="1" w:lastColumn="0" w:noHBand="0" w:noVBand="1"/>
      </w:tblPr>
      <w:tblGrid>
        <w:gridCol w:w="2835"/>
        <w:gridCol w:w="1814"/>
        <w:gridCol w:w="2608"/>
        <w:gridCol w:w="2154"/>
      </w:tblGrid>
      <w:tr w:rsidR="004D4A74" w14:paraId="1700965B" w14:textId="77777777" w:rsidTr="4A780B1C">
        <w:trPr>
          <w:tblHeade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00665C"/>
          </w:tcPr>
          <w:p w14:paraId="44B4FD7B" w14:textId="77777777" w:rsidR="004D4A74" w:rsidRDefault="2AD83BDF">
            <w:pPr>
              <w:spacing w:after="0"/>
            </w:pPr>
            <w:r w:rsidRPr="4A780B1C">
              <w:rPr>
                <w:b/>
                <w:bCs/>
                <w:color w:val="FFFFFF" w:themeColor="background1"/>
                <w:sz w:val="16"/>
                <w:szCs w:val="16"/>
              </w:rPr>
              <w:t>Referentieniveau</w:t>
            </w:r>
          </w:p>
          <w:p w14:paraId="6E6D302C" w14:textId="77777777" w:rsidR="004D4A74" w:rsidRDefault="004D4A74" w:rsidP="4A780B1C">
            <w:pPr>
              <w:spacing w:after="0"/>
              <w:rPr>
                <w:b/>
                <w:bCs/>
                <w:color w:val="FFFFFF" w:themeColor="background1"/>
                <w:sz w:val="16"/>
                <w:szCs w:val="16"/>
              </w:rPr>
            </w:pPr>
          </w:p>
        </w:tc>
        <w:tc>
          <w:tcPr>
            <w:tcW w:w="1814" w:type="dxa"/>
            <w:tcBorders>
              <w:top w:val="single" w:sz="4" w:space="0" w:color="DCE8E6"/>
              <w:left w:val="single" w:sz="4" w:space="0" w:color="DCE8E6"/>
              <w:bottom w:val="single" w:sz="4" w:space="0" w:color="DCE8E6"/>
              <w:right w:val="single" w:sz="4" w:space="0" w:color="DCE8E6"/>
            </w:tcBorders>
            <w:shd w:val="clear" w:color="auto" w:fill="00665C"/>
          </w:tcPr>
          <w:p w14:paraId="6DDDF5AD" w14:textId="77777777" w:rsidR="004D4A74" w:rsidRDefault="00AF1749">
            <w:pPr>
              <w:spacing w:after="0"/>
            </w:pPr>
            <w:r>
              <w:rPr>
                <w:b/>
                <w:color w:val="FFFFFF"/>
                <w:sz w:val="16"/>
              </w:rPr>
              <w:t>IKC De Singel</w:t>
            </w:r>
          </w:p>
        </w:tc>
        <w:tc>
          <w:tcPr>
            <w:tcW w:w="2608" w:type="dxa"/>
            <w:tcBorders>
              <w:top w:val="single" w:sz="4" w:space="0" w:color="DCE8E6"/>
              <w:left w:val="single" w:sz="4" w:space="0" w:color="DCE8E6"/>
              <w:bottom w:val="single" w:sz="4" w:space="0" w:color="DCE8E6"/>
              <w:right w:val="single" w:sz="4" w:space="0" w:color="DCE8E6"/>
            </w:tcBorders>
            <w:shd w:val="clear" w:color="auto" w:fill="00665C"/>
          </w:tcPr>
          <w:p w14:paraId="7726EB0D" w14:textId="77777777" w:rsidR="004D4A74" w:rsidRDefault="2AD83BDF">
            <w:pPr>
              <w:spacing w:after="0"/>
            </w:pPr>
            <w:r w:rsidRPr="4A780B1C">
              <w:rPr>
                <w:b/>
                <w:bCs/>
                <w:color w:val="FFFFFF" w:themeColor="background1"/>
                <w:sz w:val="16"/>
                <w:szCs w:val="16"/>
              </w:rPr>
              <w:t>Signaleringswaarde inspecti</w:t>
            </w:r>
            <w:r w:rsidR="643A2932" w:rsidRPr="4A780B1C">
              <w:rPr>
                <w:b/>
                <w:bCs/>
                <w:color w:val="FFFFFF" w:themeColor="background1"/>
                <w:sz w:val="16"/>
                <w:szCs w:val="16"/>
              </w:rPr>
              <w:t>e</w:t>
            </w:r>
          </w:p>
          <w:p w14:paraId="2B143FA5" w14:textId="77777777" w:rsidR="004D4A74" w:rsidRDefault="004D4A74" w:rsidP="4A780B1C">
            <w:pPr>
              <w:spacing w:after="0"/>
              <w:rPr>
                <w:b/>
                <w:bCs/>
                <w:color w:val="FFFFFF" w:themeColor="background1"/>
                <w:sz w:val="16"/>
                <w:szCs w:val="16"/>
              </w:rPr>
            </w:pPr>
          </w:p>
          <w:p w14:paraId="42DA6266" w14:textId="77777777" w:rsidR="004D4A74" w:rsidRDefault="004D4A74" w:rsidP="4A780B1C">
            <w:pPr>
              <w:spacing w:after="0"/>
              <w:rPr>
                <w:b/>
                <w:bCs/>
                <w:color w:val="FFFFFF" w:themeColor="background1"/>
                <w:sz w:val="16"/>
                <w:szCs w:val="16"/>
              </w:rPr>
            </w:pPr>
          </w:p>
        </w:tc>
        <w:tc>
          <w:tcPr>
            <w:tcW w:w="2154" w:type="dxa"/>
            <w:tcBorders>
              <w:top w:val="single" w:sz="4" w:space="0" w:color="DCE8E6"/>
              <w:left w:val="single" w:sz="4" w:space="0" w:color="DCE8E6"/>
              <w:bottom w:val="single" w:sz="4" w:space="0" w:color="DCE8E6"/>
              <w:right w:val="single" w:sz="4" w:space="0" w:color="DCE8E6"/>
            </w:tcBorders>
            <w:shd w:val="clear" w:color="auto" w:fill="00665C"/>
          </w:tcPr>
          <w:p w14:paraId="4EFDCB81" w14:textId="77777777" w:rsidR="004D4A74" w:rsidRDefault="2AD83BDF">
            <w:pPr>
              <w:spacing w:after="0"/>
            </w:pPr>
            <w:r w:rsidRPr="4A780B1C">
              <w:rPr>
                <w:b/>
                <w:bCs/>
                <w:color w:val="FFFFFF" w:themeColor="background1"/>
                <w:sz w:val="16"/>
                <w:szCs w:val="16"/>
              </w:rPr>
              <w:t>Vergelijkbare scholen</w:t>
            </w:r>
          </w:p>
          <w:p w14:paraId="7974F5A4" w14:textId="77777777" w:rsidR="004D4A74" w:rsidRDefault="004D4A74" w:rsidP="4A780B1C">
            <w:pPr>
              <w:spacing w:after="0"/>
              <w:rPr>
                <w:b/>
                <w:bCs/>
                <w:color w:val="FFFFFF" w:themeColor="background1"/>
                <w:sz w:val="16"/>
                <w:szCs w:val="16"/>
              </w:rPr>
            </w:pPr>
          </w:p>
        </w:tc>
      </w:tr>
      <w:tr w:rsidR="004D4A74" w14:paraId="6E7C0F32" w14:textId="77777777" w:rsidTr="4A780B1C">
        <w:trPr>
          <w:jc w:val="center"/>
        </w:trPr>
        <w:tc>
          <w:tcPr>
            <w:tcW w:w="2835" w:type="dxa"/>
            <w:tcBorders>
              <w:top w:val="single" w:sz="4" w:space="0" w:color="DCE8E6"/>
              <w:left w:val="single" w:sz="4" w:space="0" w:color="DCE8E6"/>
              <w:bottom w:val="single" w:sz="4" w:space="0" w:color="DCE8E6"/>
              <w:right w:val="single" w:sz="4" w:space="0" w:color="DCE8E6"/>
            </w:tcBorders>
          </w:tcPr>
          <w:p w14:paraId="0C94EB9E" w14:textId="77777777" w:rsidR="004D4A74" w:rsidRDefault="00AF1749">
            <w:pPr>
              <w:spacing w:after="0"/>
            </w:pPr>
            <w:r>
              <w:rPr>
                <w:sz w:val="16"/>
              </w:rPr>
              <w:t>1F - fundamenteel niveau</w:t>
            </w:r>
          </w:p>
        </w:tc>
        <w:tc>
          <w:tcPr>
            <w:tcW w:w="1814" w:type="dxa"/>
            <w:tcBorders>
              <w:top w:val="single" w:sz="4" w:space="0" w:color="DCE8E6"/>
              <w:left w:val="single" w:sz="4" w:space="0" w:color="DCE8E6"/>
              <w:bottom w:val="single" w:sz="4" w:space="0" w:color="DCE8E6"/>
              <w:right w:val="single" w:sz="4" w:space="0" w:color="DCE8E6"/>
            </w:tcBorders>
          </w:tcPr>
          <w:p w14:paraId="481FB59C" w14:textId="77777777" w:rsidR="004D4A74" w:rsidRDefault="00AF1749">
            <w:pPr>
              <w:spacing w:after="0"/>
            </w:pPr>
            <w:r>
              <w:rPr>
                <w:sz w:val="16"/>
              </w:rPr>
              <w:t>94,9%</w:t>
            </w:r>
          </w:p>
        </w:tc>
        <w:tc>
          <w:tcPr>
            <w:tcW w:w="2608" w:type="dxa"/>
            <w:tcBorders>
              <w:top w:val="single" w:sz="4" w:space="0" w:color="DCE8E6"/>
              <w:left w:val="single" w:sz="4" w:space="0" w:color="DCE8E6"/>
              <w:bottom w:val="single" w:sz="4" w:space="0" w:color="DCE8E6"/>
              <w:right w:val="single" w:sz="4" w:space="0" w:color="DCE8E6"/>
            </w:tcBorders>
          </w:tcPr>
          <w:p w14:paraId="0386F7C5" w14:textId="77777777" w:rsidR="004D4A74" w:rsidRDefault="00AF1749">
            <w:pPr>
              <w:spacing w:after="0"/>
            </w:pPr>
            <w:r>
              <w:rPr>
                <w:sz w:val="16"/>
              </w:rPr>
              <w:t>85,0%</w:t>
            </w:r>
          </w:p>
        </w:tc>
        <w:tc>
          <w:tcPr>
            <w:tcW w:w="2154" w:type="dxa"/>
            <w:tcBorders>
              <w:top w:val="single" w:sz="4" w:space="0" w:color="DCE8E6"/>
              <w:left w:val="single" w:sz="4" w:space="0" w:color="DCE8E6"/>
              <w:bottom w:val="single" w:sz="4" w:space="0" w:color="DCE8E6"/>
              <w:right w:val="single" w:sz="4" w:space="0" w:color="DCE8E6"/>
            </w:tcBorders>
          </w:tcPr>
          <w:p w14:paraId="6BDBE8BA" w14:textId="77777777" w:rsidR="004D4A74" w:rsidRDefault="00AF1749">
            <w:pPr>
              <w:spacing w:after="0"/>
            </w:pPr>
            <w:r>
              <w:rPr>
                <w:sz w:val="16"/>
              </w:rPr>
              <w:t>95,8%</w:t>
            </w:r>
          </w:p>
        </w:tc>
      </w:tr>
      <w:tr w:rsidR="004D4A74" w14:paraId="69035D4F" w14:textId="77777777" w:rsidTr="4A780B1C">
        <w:trPr>
          <w:jc w:val="center"/>
        </w:trPr>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285FD319" w14:textId="77777777" w:rsidR="004D4A74" w:rsidRDefault="00AF1749">
            <w:pPr>
              <w:spacing w:after="0"/>
            </w:pPr>
            <w:r>
              <w:rPr>
                <w:sz w:val="16"/>
              </w:rPr>
              <w:t>1S/2F - streefniveau</w:t>
            </w:r>
          </w:p>
        </w:tc>
        <w:tc>
          <w:tcPr>
            <w:tcW w:w="1814" w:type="dxa"/>
            <w:tcBorders>
              <w:top w:val="single" w:sz="4" w:space="0" w:color="DCE8E6"/>
              <w:left w:val="single" w:sz="4" w:space="0" w:color="DCE8E6"/>
              <w:bottom w:val="single" w:sz="4" w:space="0" w:color="DCE8E6"/>
              <w:right w:val="single" w:sz="4" w:space="0" w:color="DCE8E6"/>
            </w:tcBorders>
            <w:shd w:val="clear" w:color="auto" w:fill="FAFCFB"/>
          </w:tcPr>
          <w:p w14:paraId="7F322924" w14:textId="77777777" w:rsidR="004D4A74" w:rsidRDefault="00AF1749">
            <w:pPr>
              <w:spacing w:after="0"/>
            </w:pPr>
            <w:r>
              <w:rPr>
                <w:sz w:val="16"/>
              </w:rPr>
              <w:t>59,0%</w:t>
            </w:r>
          </w:p>
        </w:tc>
        <w:tc>
          <w:tcPr>
            <w:tcW w:w="2608" w:type="dxa"/>
            <w:tcBorders>
              <w:top w:val="single" w:sz="4" w:space="0" w:color="DCE8E6"/>
              <w:left w:val="single" w:sz="4" w:space="0" w:color="DCE8E6"/>
              <w:bottom w:val="single" w:sz="4" w:space="0" w:color="DCE8E6"/>
              <w:right w:val="single" w:sz="4" w:space="0" w:color="DCE8E6"/>
            </w:tcBorders>
            <w:shd w:val="clear" w:color="auto" w:fill="FAFCFB"/>
          </w:tcPr>
          <w:p w14:paraId="426139B9" w14:textId="77777777" w:rsidR="004D4A74" w:rsidRDefault="00AF1749">
            <w:pPr>
              <w:spacing w:after="0"/>
            </w:pPr>
            <w:r>
              <w:rPr>
                <w:sz w:val="16"/>
              </w:rPr>
              <w:t>45,5%</w:t>
            </w:r>
          </w:p>
        </w:tc>
        <w:tc>
          <w:tcPr>
            <w:tcW w:w="2154" w:type="dxa"/>
            <w:tcBorders>
              <w:top w:val="single" w:sz="4" w:space="0" w:color="DCE8E6"/>
              <w:left w:val="single" w:sz="4" w:space="0" w:color="DCE8E6"/>
              <w:bottom w:val="single" w:sz="4" w:space="0" w:color="DCE8E6"/>
              <w:right w:val="single" w:sz="4" w:space="0" w:color="DCE8E6"/>
            </w:tcBorders>
            <w:shd w:val="clear" w:color="auto" w:fill="FAFCFB"/>
          </w:tcPr>
          <w:p w14:paraId="26F03A90" w14:textId="77777777" w:rsidR="004D4A74" w:rsidRDefault="00AF1749">
            <w:pPr>
              <w:spacing w:after="0"/>
            </w:pPr>
            <w:r>
              <w:rPr>
                <w:sz w:val="16"/>
              </w:rPr>
              <w:t>55,0%</w:t>
            </w:r>
          </w:p>
        </w:tc>
      </w:tr>
    </w:tbl>
    <w:p w14:paraId="411F85FA" w14:textId="77777777" w:rsidR="004D4A74" w:rsidRDefault="004D4A74">
      <w:pPr>
        <w:spacing w:after="40"/>
      </w:pPr>
    </w:p>
    <w:p w14:paraId="71639F55" w14:textId="77777777" w:rsidR="004D4A74" w:rsidRDefault="00AF1749">
      <w:pPr>
        <w:spacing w:before="40" w:after="40"/>
        <w:jc w:val="center"/>
      </w:pPr>
      <w:r>
        <w:rPr>
          <w:noProof/>
        </w:rPr>
        <w:drawing>
          <wp:inline distT="0" distB="0" distL="0" distR="0" wp14:anchorId="54707922" wp14:editId="79E3E3BE">
            <wp:extent cx="4500000" cy="1444573"/>
            <wp:effectExtent l="0" t="0" r="0" b="0"/>
            <wp:docPr id="692984658" name="Picture 69298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34.png"/>
                    <pic:cNvPicPr/>
                  </pic:nvPicPr>
                  <pic:blipFill>
                    <a:blip r:embed="rId24"/>
                    <a:stretch>
                      <a:fillRect/>
                    </a:stretch>
                  </pic:blipFill>
                  <pic:spPr>
                    <a:xfrm>
                      <a:off x="0" y="0"/>
                      <a:ext cx="4500000" cy="1444573"/>
                    </a:xfrm>
                    <a:prstGeom prst="rect">
                      <a:avLst/>
                    </a:prstGeom>
                  </pic:spPr>
                </pic:pic>
              </a:graphicData>
            </a:graphic>
          </wp:inline>
        </w:drawing>
      </w:r>
      <w:r>
        <w:br/>
      </w:r>
      <w:r>
        <w:rPr>
          <w:noProof/>
        </w:rPr>
        <w:drawing>
          <wp:inline distT="0" distB="0" distL="0" distR="0" wp14:anchorId="36A4DA6C" wp14:editId="6D5C3860">
            <wp:extent cx="4500000" cy="1454965"/>
            <wp:effectExtent l="0" t="0" r="0" b="0"/>
            <wp:docPr id="692984659" name="Picture 692984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35.png"/>
                    <pic:cNvPicPr/>
                  </pic:nvPicPr>
                  <pic:blipFill>
                    <a:blip r:embed="rId25"/>
                    <a:stretch>
                      <a:fillRect/>
                    </a:stretch>
                  </pic:blipFill>
                  <pic:spPr>
                    <a:xfrm>
                      <a:off x="0" y="0"/>
                      <a:ext cx="4500000" cy="1454965"/>
                    </a:xfrm>
                    <a:prstGeom prst="rect">
                      <a:avLst/>
                    </a:prstGeom>
                  </pic:spPr>
                </pic:pic>
              </a:graphicData>
            </a:graphic>
          </wp:inline>
        </w:drawing>
      </w:r>
    </w:p>
    <w:p w14:paraId="15E48614" w14:textId="77777777" w:rsidR="004D4A74" w:rsidRDefault="00AF1749">
      <w:pPr>
        <w:pStyle w:val="Kop2"/>
        <w:pageBreakBefore/>
      </w:pPr>
      <w:r>
        <w:lastRenderedPageBreak/>
        <w:t>9.6 Schooladviezen 2024-2025</w:t>
      </w:r>
    </w:p>
    <w:tbl>
      <w:tblPr>
        <w:tblW w:w="0" w:type="auto"/>
        <w:jc w:val="center"/>
        <w:tblLook w:val="04A0" w:firstRow="1" w:lastRow="0" w:firstColumn="1" w:lastColumn="0" w:noHBand="0" w:noVBand="1"/>
      </w:tblPr>
      <w:tblGrid>
        <w:gridCol w:w="3969"/>
        <w:gridCol w:w="2835"/>
      </w:tblGrid>
      <w:tr w:rsidR="004D4A74" w14:paraId="0A1EB04F" w14:textId="77777777" w:rsidTr="4A780B1C">
        <w:trPr>
          <w:tblHeader/>
          <w:jc w:val="center"/>
        </w:trPr>
        <w:tc>
          <w:tcPr>
            <w:tcW w:w="3969" w:type="dxa"/>
            <w:tcBorders>
              <w:top w:val="single" w:sz="4" w:space="0" w:color="DCE8E6"/>
              <w:left w:val="single" w:sz="4" w:space="0" w:color="DCE8E6"/>
              <w:bottom w:val="single" w:sz="4" w:space="0" w:color="DCE8E6"/>
              <w:right w:val="single" w:sz="4" w:space="0" w:color="DCE8E6"/>
            </w:tcBorders>
            <w:shd w:val="clear" w:color="auto" w:fill="00665C"/>
          </w:tcPr>
          <w:p w14:paraId="7AF86D07" w14:textId="77777777" w:rsidR="004D4A74" w:rsidRDefault="2AD83BDF">
            <w:pPr>
              <w:spacing w:after="0"/>
            </w:pPr>
            <w:r w:rsidRPr="4A780B1C">
              <w:rPr>
                <w:b/>
                <w:bCs/>
                <w:color w:val="FFFFFF" w:themeColor="background1"/>
                <w:sz w:val="17"/>
                <w:szCs w:val="17"/>
              </w:rPr>
              <w:t>Schooladvies</w:t>
            </w:r>
          </w:p>
        </w:tc>
        <w:tc>
          <w:tcPr>
            <w:tcW w:w="2835" w:type="dxa"/>
            <w:tcBorders>
              <w:top w:val="single" w:sz="4" w:space="0" w:color="DCE8E6"/>
              <w:left w:val="single" w:sz="4" w:space="0" w:color="DCE8E6"/>
              <w:bottom w:val="single" w:sz="4" w:space="0" w:color="DCE8E6"/>
              <w:right w:val="single" w:sz="4" w:space="0" w:color="DCE8E6"/>
            </w:tcBorders>
            <w:shd w:val="clear" w:color="auto" w:fill="00665C"/>
          </w:tcPr>
          <w:p w14:paraId="277B957D" w14:textId="77777777" w:rsidR="004D4A74" w:rsidRDefault="2AD83BDF">
            <w:pPr>
              <w:spacing w:after="0"/>
            </w:pPr>
            <w:r w:rsidRPr="4A780B1C">
              <w:rPr>
                <w:b/>
                <w:bCs/>
                <w:color w:val="FFFFFF" w:themeColor="background1"/>
                <w:sz w:val="17"/>
                <w:szCs w:val="17"/>
              </w:rPr>
              <w:t>Percentage leerlingen</w:t>
            </w:r>
          </w:p>
          <w:p w14:paraId="4B229E46" w14:textId="77777777" w:rsidR="004D4A74" w:rsidRDefault="004D4A74" w:rsidP="4A780B1C">
            <w:pPr>
              <w:spacing w:after="0"/>
              <w:rPr>
                <w:b/>
                <w:bCs/>
                <w:color w:val="FFFFFF" w:themeColor="background1"/>
                <w:sz w:val="17"/>
                <w:szCs w:val="17"/>
              </w:rPr>
            </w:pPr>
          </w:p>
        </w:tc>
      </w:tr>
      <w:tr w:rsidR="004D4A74" w14:paraId="0DF1A2DF" w14:textId="77777777" w:rsidTr="4A780B1C">
        <w:trPr>
          <w:jc w:val="center"/>
        </w:trPr>
        <w:tc>
          <w:tcPr>
            <w:tcW w:w="3969" w:type="dxa"/>
            <w:tcBorders>
              <w:top w:val="single" w:sz="4" w:space="0" w:color="DCE8E6"/>
              <w:left w:val="single" w:sz="4" w:space="0" w:color="DCE8E6"/>
              <w:bottom w:val="single" w:sz="4" w:space="0" w:color="DCE8E6"/>
              <w:right w:val="single" w:sz="4" w:space="0" w:color="DCE8E6"/>
            </w:tcBorders>
          </w:tcPr>
          <w:p w14:paraId="565E881C" w14:textId="77777777" w:rsidR="004D4A74" w:rsidRDefault="00AF1749">
            <w:pPr>
              <w:spacing w:after="0"/>
            </w:pPr>
            <w:r>
              <w:rPr>
                <w:sz w:val="17"/>
              </w:rPr>
              <w:t>vmbo-k / -(g)t</w:t>
            </w:r>
          </w:p>
        </w:tc>
        <w:tc>
          <w:tcPr>
            <w:tcW w:w="2835" w:type="dxa"/>
            <w:tcBorders>
              <w:top w:val="single" w:sz="4" w:space="0" w:color="DCE8E6"/>
              <w:left w:val="single" w:sz="4" w:space="0" w:color="DCE8E6"/>
              <w:bottom w:val="single" w:sz="4" w:space="0" w:color="DCE8E6"/>
              <w:right w:val="single" w:sz="4" w:space="0" w:color="DCE8E6"/>
            </w:tcBorders>
          </w:tcPr>
          <w:p w14:paraId="039889F8" w14:textId="77777777" w:rsidR="004D4A74" w:rsidRDefault="00AF1749">
            <w:pPr>
              <w:spacing w:after="0"/>
            </w:pPr>
            <w:r>
              <w:rPr>
                <w:sz w:val="17"/>
              </w:rPr>
              <w:t>14,3%</w:t>
            </w:r>
          </w:p>
        </w:tc>
      </w:tr>
      <w:tr w:rsidR="004D4A74" w14:paraId="466EB943" w14:textId="77777777" w:rsidTr="4A780B1C">
        <w:trPr>
          <w:jc w:val="center"/>
        </w:trPr>
        <w:tc>
          <w:tcPr>
            <w:tcW w:w="3969" w:type="dxa"/>
            <w:tcBorders>
              <w:top w:val="single" w:sz="4" w:space="0" w:color="DCE8E6"/>
              <w:left w:val="single" w:sz="4" w:space="0" w:color="DCE8E6"/>
              <w:bottom w:val="single" w:sz="4" w:space="0" w:color="DCE8E6"/>
              <w:right w:val="single" w:sz="4" w:space="0" w:color="DCE8E6"/>
            </w:tcBorders>
            <w:shd w:val="clear" w:color="auto" w:fill="FAFCFB"/>
          </w:tcPr>
          <w:p w14:paraId="0A020C32" w14:textId="77777777" w:rsidR="004D4A74" w:rsidRDefault="00AF1749">
            <w:pPr>
              <w:spacing w:after="0"/>
            </w:pPr>
            <w:r>
              <w:rPr>
                <w:sz w:val="17"/>
              </w:rPr>
              <w:t>vmbo-(g)t / havo</w:t>
            </w:r>
          </w:p>
        </w:tc>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0B9AA313" w14:textId="77777777" w:rsidR="004D4A74" w:rsidRDefault="00AF1749">
            <w:pPr>
              <w:spacing w:after="0"/>
            </w:pPr>
            <w:r>
              <w:rPr>
                <w:sz w:val="17"/>
              </w:rPr>
              <w:t>19,0%</w:t>
            </w:r>
          </w:p>
        </w:tc>
      </w:tr>
      <w:tr w:rsidR="004D4A74" w14:paraId="16AF8920" w14:textId="77777777" w:rsidTr="4A780B1C">
        <w:trPr>
          <w:jc w:val="center"/>
        </w:trPr>
        <w:tc>
          <w:tcPr>
            <w:tcW w:w="3969" w:type="dxa"/>
            <w:tcBorders>
              <w:top w:val="single" w:sz="4" w:space="0" w:color="DCE8E6"/>
              <w:left w:val="single" w:sz="4" w:space="0" w:color="DCE8E6"/>
              <w:bottom w:val="single" w:sz="4" w:space="0" w:color="DCE8E6"/>
              <w:right w:val="single" w:sz="4" w:space="0" w:color="DCE8E6"/>
            </w:tcBorders>
          </w:tcPr>
          <w:p w14:paraId="20C6235F" w14:textId="77777777" w:rsidR="004D4A74" w:rsidRDefault="00AF1749">
            <w:pPr>
              <w:spacing w:after="0"/>
            </w:pPr>
            <w:r>
              <w:rPr>
                <w:sz w:val="17"/>
              </w:rPr>
              <w:t>havo</w:t>
            </w:r>
          </w:p>
        </w:tc>
        <w:tc>
          <w:tcPr>
            <w:tcW w:w="2835" w:type="dxa"/>
            <w:tcBorders>
              <w:top w:val="single" w:sz="4" w:space="0" w:color="DCE8E6"/>
              <w:left w:val="single" w:sz="4" w:space="0" w:color="DCE8E6"/>
              <w:bottom w:val="single" w:sz="4" w:space="0" w:color="DCE8E6"/>
              <w:right w:val="single" w:sz="4" w:space="0" w:color="DCE8E6"/>
            </w:tcBorders>
          </w:tcPr>
          <w:p w14:paraId="6C47B9CB" w14:textId="77777777" w:rsidR="004D4A74" w:rsidRDefault="00AF1749">
            <w:pPr>
              <w:spacing w:after="0"/>
            </w:pPr>
            <w:r>
              <w:rPr>
                <w:sz w:val="17"/>
              </w:rPr>
              <w:t>14,3%</w:t>
            </w:r>
          </w:p>
        </w:tc>
      </w:tr>
      <w:tr w:rsidR="004D4A74" w14:paraId="5F1D01C1" w14:textId="77777777" w:rsidTr="4A780B1C">
        <w:trPr>
          <w:jc w:val="center"/>
        </w:trPr>
        <w:tc>
          <w:tcPr>
            <w:tcW w:w="3969" w:type="dxa"/>
            <w:tcBorders>
              <w:top w:val="single" w:sz="4" w:space="0" w:color="DCE8E6"/>
              <w:left w:val="single" w:sz="4" w:space="0" w:color="DCE8E6"/>
              <w:bottom w:val="single" w:sz="4" w:space="0" w:color="DCE8E6"/>
              <w:right w:val="single" w:sz="4" w:space="0" w:color="DCE8E6"/>
            </w:tcBorders>
            <w:shd w:val="clear" w:color="auto" w:fill="FAFCFB"/>
          </w:tcPr>
          <w:p w14:paraId="672C4526" w14:textId="77777777" w:rsidR="004D4A74" w:rsidRDefault="00AF1749">
            <w:pPr>
              <w:spacing w:after="0"/>
            </w:pPr>
            <w:r>
              <w:rPr>
                <w:sz w:val="17"/>
              </w:rPr>
              <w:t>havo / vwo</w:t>
            </w:r>
          </w:p>
        </w:tc>
        <w:tc>
          <w:tcPr>
            <w:tcW w:w="2835" w:type="dxa"/>
            <w:tcBorders>
              <w:top w:val="single" w:sz="4" w:space="0" w:color="DCE8E6"/>
              <w:left w:val="single" w:sz="4" w:space="0" w:color="DCE8E6"/>
              <w:bottom w:val="single" w:sz="4" w:space="0" w:color="DCE8E6"/>
              <w:right w:val="single" w:sz="4" w:space="0" w:color="DCE8E6"/>
            </w:tcBorders>
            <w:shd w:val="clear" w:color="auto" w:fill="FAFCFB"/>
          </w:tcPr>
          <w:p w14:paraId="2865A94F" w14:textId="77777777" w:rsidR="004D4A74" w:rsidRDefault="00AF1749">
            <w:pPr>
              <w:spacing w:after="0"/>
            </w:pPr>
            <w:r>
              <w:rPr>
                <w:sz w:val="17"/>
              </w:rPr>
              <w:t>19,0%</w:t>
            </w:r>
          </w:p>
        </w:tc>
      </w:tr>
      <w:tr w:rsidR="004D4A74" w14:paraId="3C9DC1D7" w14:textId="77777777" w:rsidTr="4A780B1C">
        <w:trPr>
          <w:jc w:val="center"/>
        </w:trPr>
        <w:tc>
          <w:tcPr>
            <w:tcW w:w="3969" w:type="dxa"/>
            <w:tcBorders>
              <w:top w:val="single" w:sz="4" w:space="0" w:color="DCE8E6"/>
              <w:left w:val="single" w:sz="4" w:space="0" w:color="DCE8E6"/>
              <w:bottom w:val="single" w:sz="4" w:space="0" w:color="DCE8E6"/>
              <w:right w:val="single" w:sz="4" w:space="0" w:color="DCE8E6"/>
            </w:tcBorders>
          </w:tcPr>
          <w:p w14:paraId="76D942F2" w14:textId="77777777" w:rsidR="004D4A74" w:rsidRDefault="00AF1749">
            <w:pPr>
              <w:spacing w:after="0"/>
            </w:pPr>
            <w:r>
              <w:rPr>
                <w:sz w:val="17"/>
              </w:rPr>
              <w:t>vwo</w:t>
            </w:r>
          </w:p>
        </w:tc>
        <w:tc>
          <w:tcPr>
            <w:tcW w:w="2835" w:type="dxa"/>
            <w:tcBorders>
              <w:top w:val="single" w:sz="4" w:space="0" w:color="DCE8E6"/>
              <w:left w:val="single" w:sz="4" w:space="0" w:color="DCE8E6"/>
              <w:bottom w:val="single" w:sz="4" w:space="0" w:color="DCE8E6"/>
              <w:right w:val="single" w:sz="4" w:space="0" w:color="DCE8E6"/>
            </w:tcBorders>
          </w:tcPr>
          <w:p w14:paraId="07EA2518" w14:textId="77777777" w:rsidR="004D4A74" w:rsidRDefault="00AF1749">
            <w:pPr>
              <w:spacing w:after="0"/>
            </w:pPr>
            <w:r>
              <w:rPr>
                <w:sz w:val="17"/>
              </w:rPr>
              <w:t>33,3%</w:t>
            </w:r>
          </w:p>
        </w:tc>
      </w:tr>
    </w:tbl>
    <w:p w14:paraId="0B2230D2" w14:textId="77777777" w:rsidR="004D4A74" w:rsidRDefault="004D4A74">
      <w:pPr>
        <w:spacing w:after="40"/>
      </w:pPr>
    </w:p>
    <w:p w14:paraId="39B7A85A" w14:textId="77777777" w:rsidR="004D4A74" w:rsidRDefault="00AF1749">
      <w:pPr>
        <w:spacing w:before="40" w:after="40"/>
        <w:jc w:val="center"/>
      </w:pPr>
      <w:r>
        <w:rPr>
          <w:noProof/>
        </w:rPr>
        <w:drawing>
          <wp:inline distT="0" distB="0" distL="0" distR="0" wp14:anchorId="05EB9E3C" wp14:editId="3B2211E1">
            <wp:extent cx="4500000" cy="1964203"/>
            <wp:effectExtent l="0" t="0" r="0" b="0"/>
            <wp:docPr id="692984660" name="Picture 692984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36_graph.png"/>
                    <pic:cNvPicPr/>
                  </pic:nvPicPr>
                  <pic:blipFill>
                    <a:blip r:embed="rId26"/>
                    <a:stretch>
                      <a:fillRect/>
                    </a:stretch>
                  </pic:blipFill>
                  <pic:spPr>
                    <a:xfrm>
                      <a:off x="0" y="0"/>
                      <a:ext cx="4500000" cy="1964203"/>
                    </a:xfrm>
                    <a:prstGeom prst="rect">
                      <a:avLst/>
                    </a:prstGeom>
                  </pic:spPr>
                </pic:pic>
              </a:graphicData>
            </a:graphic>
          </wp:inline>
        </w:drawing>
      </w:r>
    </w:p>
    <w:p w14:paraId="55C26A26" w14:textId="77777777" w:rsidR="004D4A74" w:rsidRPr="003202D9" w:rsidRDefault="00AF1749">
      <w:pPr>
        <w:pStyle w:val="Kop2"/>
        <w:rPr>
          <w:lang w:val="nl-NL"/>
        </w:rPr>
      </w:pPr>
      <w:r w:rsidRPr="003202D9">
        <w:rPr>
          <w:lang w:val="nl-NL"/>
        </w:rPr>
        <w:t>9.7 Sociale ontwikkeling</w:t>
      </w:r>
    </w:p>
    <w:p w14:paraId="1E6F0B66" w14:textId="77777777" w:rsidR="004D4A74" w:rsidRPr="003202D9" w:rsidRDefault="00AF1749">
      <w:pPr>
        <w:rPr>
          <w:lang w:val="nl-NL"/>
        </w:rPr>
      </w:pPr>
      <w:r w:rsidRPr="003202D9">
        <w:rPr>
          <w:lang w:val="nl-NL"/>
        </w:rPr>
        <w:t xml:space="preserve">De Singel wil een fijne en veilige school zijn waar iedereen telt en zichzelf mag zijn. We besteden bewust aandacht aan een positieve groepssfeer, sociale veiligheid en welbevinden. De Gouden Weken, De </w:t>
      </w:r>
      <w:proofErr w:type="spellStart"/>
      <w:r w:rsidRPr="003202D9">
        <w:rPr>
          <w:lang w:val="nl-NL"/>
        </w:rPr>
        <w:t>Gelukskoffer</w:t>
      </w:r>
      <w:proofErr w:type="spellEnd"/>
      <w:r w:rsidRPr="003202D9">
        <w:rPr>
          <w:lang w:val="nl-NL"/>
        </w:rPr>
        <w:t xml:space="preserve"> en duidelijke omgangsafspraken ondersteunen dit.</w:t>
      </w:r>
    </w:p>
    <w:p w14:paraId="2515087F" w14:textId="77777777" w:rsidR="004D4A74" w:rsidRPr="003202D9" w:rsidRDefault="00AF1749">
      <w:pPr>
        <w:rPr>
          <w:lang w:val="nl-NL"/>
        </w:rPr>
      </w:pPr>
      <w:r w:rsidRPr="003202D9">
        <w:rPr>
          <w:lang w:val="nl-NL"/>
        </w:rPr>
        <w:t xml:space="preserve">Voor groep 1 en 2 volgen we de sociaal-emotionele ontwikkeling met de leerlijnen van het jonge kind in </w:t>
      </w:r>
      <w:proofErr w:type="spellStart"/>
      <w:r w:rsidRPr="003202D9">
        <w:rPr>
          <w:lang w:val="nl-NL"/>
        </w:rPr>
        <w:t>ParnasSys</w:t>
      </w:r>
      <w:proofErr w:type="spellEnd"/>
      <w:r w:rsidRPr="003202D9">
        <w:rPr>
          <w:lang w:val="nl-NL"/>
        </w:rPr>
        <w:t>. In de hogere groepen gebruiken we IEP Hart. De sociale veiligheidsbeleving van de bovenbouw wordt jaarlijks gemonitord en besproken.</w:t>
      </w:r>
    </w:p>
    <w:p w14:paraId="32F3ABB5" w14:textId="77777777" w:rsidR="004D4A74" w:rsidRPr="003202D9" w:rsidRDefault="00AF1749">
      <w:pPr>
        <w:rPr>
          <w:lang w:val="nl-NL"/>
        </w:rPr>
      </w:pPr>
      <w:r w:rsidRPr="003202D9">
        <w:rPr>
          <w:lang w:val="nl-NL"/>
        </w:rPr>
        <w:br w:type="page"/>
      </w:r>
    </w:p>
    <w:p w14:paraId="490F01BD" w14:textId="77777777" w:rsidR="004D4A74" w:rsidRDefault="00AF1749">
      <w:pPr>
        <w:pStyle w:val="Kop1"/>
      </w:pPr>
      <w:r>
        <w:rPr>
          <w:noProof/>
        </w:rPr>
        <w:lastRenderedPageBreak/>
        <w:drawing>
          <wp:inline distT="0" distB="0" distL="0" distR="0" wp14:anchorId="4CDB4326" wp14:editId="7D0E223B">
            <wp:extent cx="279400" cy="354467"/>
            <wp:effectExtent l="0" t="0" r="635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3"/>
                    <a:stretch>
                      <a:fillRect/>
                    </a:stretch>
                  </pic:blipFill>
                  <pic:spPr>
                    <a:xfrm>
                      <a:off x="0" y="0"/>
                      <a:ext cx="289329" cy="367064"/>
                    </a:xfrm>
                    <a:prstGeom prst="rect">
                      <a:avLst/>
                    </a:prstGeom>
                  </pic:spPr>
                </pic:pic>
              </a:graphicData>
            </a:graphic>
          </wp:inline>
        </w:drawing>
      </w:r>
      <w:r>
        <w:t xml:space="preserve">  10. Schooltijden, opvang, vakanties en bereikbaarheid</w:t>
      </w:r>
    </w:p>
    <w:p w14:paraId="5FC29855" w14:textId="77777777" w:rsidR="004D4A74" w:rsidRDefault="00AF1749">
      <w:pPr>
        <w:jc w:val="center"/>
      </w:pPr>
      <w:r>
        <w:rPr>
          <w:noProof/>
        </w:rPr>
        <w:drawing>
          <wp:inline distT="0" distB="0" distL="0" distR="0" wp14:anchorId="66C0EA02" wp14:editId="11DE4125">
            <wp:extent cx="5940000" cy="33412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kantie.jpg"/>
                    <pic:cNvPicPr/>
                  </pic:nvPicPr>
                  <pic:blipFill>
                    <a:blip r:embed="rId27"/>
                    <a:stretch>
                      <a:fillRect/>
                    </a:stretch>
                  </pic:blipFill>
                  <pic:spPr>
                    <a:xfrm>
                      <a:off x="0" y="0"/>
                      <a:ext cx="5940000" cy="3341250"/>
                    </a:xfrm>
                    <a:prstGeom prst="rect">
                      <a:avLst/>
                    </a:prstGeom>
                  </pic:spPr>
                </pic:pic>
              </a:graphicData>
            </a:graphic>
          </wp:inline>
        </w:drawing>
      </w:r>
    </w:p>
    <w:p w14:paraId="475AEB91" w14:textId="77777777" w:rsidR="004D4A74" w:rsidRDefault="00AF1749">
      <w:pPr>
        <w:pStyle w:val="Kop2"/>
      </w:pPr>
      <w:r>
        <w:t>10.1 Schooltijden en opvang</w:t>
      </w:r>
    </w:p>
    <w:tbl>
      <w:tblPr>
        <w:tblW w:w="0" w:type="auto"/>
        <w:jc w:val="center"/>
        <w:tblLook w:val="04A0" w:firstRow="1" w:lastRow="0" w:firstColumn="1" w:lastColumn="0" w:noHBand="0" w:noVBand="1"/>
      </w:tblPr>
      <w:tblGrid>
        <w:gridCol w:w="1701"/>
        <w:gridCol w:w="2551"/>
        <w:gridCol w:w="2551"/>
        <w:gridCol w:w="2551"/>
      </w:tblGrid>
      <w:tr w:rsidR="004D4A74" w14:paraId="37171454" w14:textId="77777777" w:rsidTr="4A780B1C">
        <w:trPr>
          <w:tblHeader/>
          <w:jc w:val="center"/>
        </w:trPr>
        <w:tc>
          <w:tcPr>
            <w:tcW w:w="1701" w:type="dxa"/>
            <w:tcBorders>
              <w:top w:val="single" w:sz="4" w:space="0" w:color="DCE8E6"/>
              <w:left w:val="single" w:sz="4" w:space="0" w:color="DCE8E6"/>
              <w:bottom w:val="single" w:sz="4" w:space="0" w:color="DCE8E6"/>
              <w:right w:val="single" w:sz="4" w:space="0" w:color="DCE8E6"/>
            </w:tcBorders>
            <w:shd w:val="clear" w:color="auto" w:fill="00665C"/>
          </w:tcPr>
          <w:p w14:paraId="060BE8BB" w14:textId="77777777" w:rsidR="004D4A74" w:rsidRDefault="00AF1749">
            <w:pPr>
              <w:spacing w:after="0"/>
            </w:pPr>
            <w:r>
              <w:rPr>
                <w:b/>
                <w:color w:val="FFFFFF"/>
                <w:sz w:val="17"/>
              </w:rPr>
              <w:t>Dag</w:t>
            </w:r>
          </w:p>
        </w:tc>
        <w:tc>
          <w:tcPr>
            <w:tcW w:w="2551" w:type="dxa"/>
            <w:tcBorders>
              <w:top w:val="single" w:sz="4" w:space="0" w:color="DCE8E6"/>
              <w:left w:val="single" w:sz="4" w:space="0" w:color="DCE8E6"/>
              <w:bottom w:val="single" w:sz="4" w:space="0" w:color="DCE8E6"/>
              <w:right w:val="single" w:sz="4" w:space="0" w:color="DCE8E6"/>
            </w:tcBorders>
            <w:shd w:val="clear" w:color="auto" w:fill="00665C"/>
          </w:tcPr>
          <w:p w14:paraId="11EBF340" w14:textId="77777777" w:rsidR="004D4A74" w:rsidRDefault="2AD83BDF">
            <w:pPr>
              <w:spacing w:after="0"/>
            </w:pPr>
            <w:r w:rsidRPr="4A780B1C">
              <w:rPr>
                <w:b/>
                <w:bCs/>
                <w:color w:val="FFFFFF" w:themeColor="background1"/>
                <w:sz w:val="17"/>
                <w:szCs w:val="17"/>
              </w:rPr>
              <w:t>Voorschoolse opvang</w:t>
            </w:r>
          </w:p>
        </w:tc>
        <w:tc>
          <w:tcPr>
            <w:tcW w:w="2551" w:type="dxa"/>
            <w:tcBorders>
              <w:top w:val="single" w:sz="4" w:space="0" w:color="DCE8E6"/>
              <w:left w:val="single" w:sz="4" w:space="0" w:color="DCE8E6"/>
              <w:bottom w:val="single" w:sz="4" w:space="0" w:color="DCE8E6"/>
              <w:right w:val="single" w:sz="4" w:space="0" w:color="DCE8E6"/>
            </w:tcBorders>
            <w:shd w:val="clear" w:color="auto" w:fill="00665C"/>
          </w:tcPr>
          <w:p w14:paraId="23DFA343" w14:textId="77777777" w:rsidR="004D4A74" w:rsidRDefault="2AD83BDF">
            <w:pPr>
              <w:spacing w:after="0"/>
            </w:pPr>
            <w:r w:rsidRPr="4A780B1C">
              <w:rPr>
                <w:b/>
                <w:bCs/>
                <w:color w:val="FFFFFF" w:themeColor="background1"/>
                <w:sz w:val="17"/>
                <w:szCs w:val="17"/>
              </w:rPr>
              <w:t>Schooltijd</w:t>
            </w:r>
          </w:p>
        </w:tc>
        <w:tc>
          <w:tcPr>
            <w:tcW w:w="2551" w:type="dxa"/>
            <w:tcBorders>
              <w:top w:val="single" w:sz="4" w:space="0" w:color="DCE8E6"/>
              <w:left w:val="single" w:sz="4" w:space="0" w:color="DCE8E6"/>
              <w:bottom w:val="single" w:sz="4" w:space="0" w:color="DCE8E6"/>
              <w:right w:val="single" w:sz="4" w:space="0" w:color="DCE8E6"/>
            </w:tcBorders>
            <w:shd w:val="clear" w:color="auto" w:fill="00665C"/>
          </w:tcPr>
          <w:p w14:paraId="5586FFFB" w14:textId="77777777" w:rsidR="004D4A74" w:rsidRDefault="2AD83BDF">
            <w:pPr>
              <w:spacing w:after="0"/>
            </w:pPr>
            <w:r w:rsidRPr="4A780B1C">
              <w:rPr>
                <w:b/>
                <w:bCs/>
                <w:color w:val="FFFFFF" w:themeColor="background1"/>
                <w:sz w:val="17"/>
                <w:szCs w:val="17"/>
              </w:rPr>
              <w:t>Naschoolse opvang</w:t>
            </w:r>
          </w:p>
        </w:tc>
      </w:tr>
      <w:tr w:rsidR="004D4A74" w14:paraId="0C9397AC" w14:textId="77777777" w:rsidTr="4A780B1C">
        <w:trPr>
          <w:jc w:val="center"/>
        </w:trPr>
        <w:tc>
          <w:tcPr>
            <w:tcW w:w="1701" w:type="dxa"/>
            <w:tcBorders>
              <w:top w:val="single" w:sz="4" w:space="0" w:color="DCE8E6"/>
              <w:left w:val="single" w:sz="4" w:space="0" w:color="DCE8E6"/>
              <w:bottom w:val="single" w:sz="4" w:space="0" w:color="DCE8E6"/>
              <w:right w:val="single" w:sz="4" w:space="0" w:color="DCE8E6"/>
            </w:tcBorders>
          </w:tcPr>
          <w:p w14:paraId="0B73B3AF" w14:textId="77777777" w:rsidR="004D4A74" w:rsidRDefault="00AF1749">
            <w:pPr>
              <w:spacing w:after="0"/>
            </w:pPr>
            <w:r>
              <w:rPr>
                <w:sz w:val="17"/>
              </w:rPr>
              <w:t>Maandag</w:t>
            </w:r>
          </w:p>
        </w:tc>
        <w:tc>
          <w:tcPr>
            <w:tcW w:w="2551" w:type="dxa"/>
            <w:tcBorders>
              <w:top w:val="single" w:sz="4" w:space="0" w:color="DCE8E6"/>
              <w:left w:val="single" w:sz="4" w:space="0" w:color="DCE8E6"/>
              <w:bottom w:val="single" w:sz="4" w:space="0" w:color="DCE8E6"/>
              <w:right w:val="single" w:sz="4" w:space="0" w:color="DCE8E6"/>
            </w:tcBorders>
          </w:tcPr>
          <w:p w14:paraId="70C0F9E4" w14:textId="77777777" w:rsidR="004D4A74" w:rsidRDefault="00AF1749">
            <w:pPr>
              <w:spacing w:after="0"/>
            </w:pPr>
            <w:r>
              <w:rPr>
                <w:sz w:val="17"/>
              </w:rPr>
              <w:t>07.30 - 08.30</w:t>
            </w:r>
          </w:p>
        </w:tc>
        <w:tc>
          <w:tcPr>
            <w:tcW w:w="2551" w:type="dxa"/>
            <w:tcBorders>
              <w:top w:val="single" w:sz="4" w:space="0" w:color="DCE8E6"/>
              <w:left w:val="single" w:sz="4" w:space="0" w:color="DCE8E6"/>
              <w:bottom w:val="single" w:sz="4" w:space="0" w:color="DCE8E6"/>
              <w:right w:val="single" w:sz="4" w:space="0" w:color="DCE8E6"/>
            </w:tcBorders>
          </w:tcPr>
          <w:p w14:paraId="363F9E4F" w14:textId="77777777" w:rsidR="004D4A74" w:rsidRDefault="00AF1749">
            <w:pPr>
              <w:spacing w:after="0"/>
            </w:pPr>
            <w:r>
              <w:rPr>
                <w:sz w:val="17"/>
              </w:rPr>
              <w:t>08.30 - 14.15</w:t>
            </w:r>
          </w:p>
        </w:tc>
        <w:tc>
          <w:tcPr>
            <w:tcW w:w="2551" w:type="dxa"/>
            <w:tcBorders>
              <w:top w:val="single" w:sz="4" w:space="0" w:color="DCE8E6"/>
              <w:left w:val="single" w:sz="4" w:space="0" w:color="DCE8E6"/>
              <w:bottom w:val="single" w:sz="4" w:space="0" w:color="DCE8E6"/>
              <w:right w:val="single" w:sz="4" w:space="0" w:color="DCE8E6"/>
            </w:tcBorders>
          </w:tcPr>
          <w:p w14:paraId="41A9078E" w14:textId="77777777" w:rsidR="004D4A74" w:rsidRDefault="00AF1749">
            <w:pPr>
              <w:spacing w:after="0"/>
            </w:pPr>
            <w:r>
              <w:rPr>
                <w:sz w:val="17"/>
              </w:rPr>
              <w:t>14.15 - 18.30</w:t>
            </w:r>
          </w:p>
        </w:tc>
      </w:tr>
      <w:tr w:rsidR="004D4A74" w14:paraId="7D223CD4" w14:textId="77777777" w:rsidTr="4A780B1C">
        <w:trPr>
          <w:jc w:val="center"/>
        </w:trPr>
        <w:tc>
          <w:tcPr>
            <w:tcW w:w="1701" w:type="dxa"/>
            <w:tcBorders>
              <w:top w:val="single" w:sz="4" w:space="0" w:color="DCE8E6"/>
              <w:left w:val="single" w:sz="4" w:space="0" w:color="DCE8E6"/>
              <w:bottom w:val="single" w:sz="4" w:space="0" w:color="DCE8E6"/>
              <w:right w:val="single" w:sz="4" w:space="0" w:color="DCE8E6"/>
            </w:tcBorders>
            <w:shd w:val="clear" w:color="auto" w:fill="FAFCFB"/>
          </w:tcPr>
          <w:p w14:paraId="152E6718" w14:textId="77777777" w:rsidR="004D4A74" w:rsidRDefault="00AF1749">
            <w:pPr>
              <w:spacing w:after="0"/>
            </w:pPr>
            <w:r>
              <w:rPr>
                <w:sz w:val="17"/>
              </w:rPr>
              <w:t>Dinsdag</w:t>
            </w:r>
          </w:p>
        </w:tc>
        <w:tc>
          <w:tcPr>
            <w:tcW w:w="2551" w:type="dxa"/>
            <w:tcBorders>
              <w:top w:val="single" w:sz="4" w:space="0" w:color="DCE8E6"/>
              <w:left w:val="single" w:sz="4" w:space="0" w:color="DCE8E6"/>
              <w:bottom w:val="single" w:sz="4" w:space="0" w:color="DCE8E6"/>
              <w:right w:val="single" w:sz="4" w:space="0" w:color="DCE8E6"/>
            </w:tcBorders>
            <w:shd w:val="clear" w:color="auto" w:fill="FAFCFB"/>
          </w:tcPr>
          <w:p w14:paraId="3035D3BE" w14:textId="77777777" w:rsidR="004D4A74" w:rsidRDefault="00AF1749">
            <w:pPr>
              <w:spacing w:after="0"/>
            </w:pPr>
            <w:r>
              <w:rPr>
                <w:sz w:val="17"/>
              </w:rPr>
              <w:t>07.30 - 08.30</w:t>
            </w:r>
          </w:p>
        </w:tc>
        <w:tc>
          <w:tcPr>
            <w:tcW w:w="2551" w:type="dxa"/>
            <w:tcBorders>
              <w:top w:val="single" w:sz="4" w:space="0" w:color="DCE8E6"/>
              <w:left w:val="single" w:sz="4" w:space="0" w:color="DCE8E6"/>
              <w:bottom w:val="single" w:sz="4" w:space="0" w:color="DCE8E6"/>
              <w:right w:val="single" w:sz="4" w:space="0" w:color="DCE8E6"/>
            </w:tcBorders>
            <w:shd w:val="clear" w:color="auto" w:fill="FAFCFB"/>
          </w:tcPr>
          <w:p w14:paraId="1C08F991" w14:textId="77777777" w:rsidR="004D4A74" w:rsidRDefault="00AF1749">
            <w:pPr>
              <w:spacing w:after="0"/>
            </w:pPr>
            <w:r>
              <w:rPr>
                <w:sz w:val="17"/>
              </w:rPr>
              <w:t>08.30 - 14.15</w:t>
            </w:r>
          </w:p>
        </w:tc>
        <w:tc>
          <w:tcPr>
            <w:tcW w:w="2551" w:type="dxa"/>
            <w:tcBorders>
              <w:top w:val="single" w:sz="4" w:space="0" w:color="DCE8E6"/>
              <w:left w:val="single" w:sz="4" w:space="0" w:color="DCE8E6"/>
              <w:bottom w:val="single" w:sz="4" w:space="0" w:color="DCE8E6"/>
              <w:right w:val="single" w:sz="4" w:space="0" w:color="DCE8E6"/>
            </w:tcBorders>
            <w:shd w:val="clear" w:color="auto" w:fill="FAFCFB"/>
          </w:tcPr>
          <w:p w14:paraId="1F5AE57A" w14:textId="77777777" w:rsidR="004D4A74" w:rsidRDefault="00AF1749">
            <w:pPr>
              <w:spacing w:after="0"/>
            </w:pPr>
            <w:r>
              <w:rPr>
                <w:sz w:val="17"/>
              </w:rPr>
              <w:t>14.15 - 18.30</w:t>
            </w:r>
          </w:p>
        </w:tc>
      </w:tr>
      <w:tr w:rsidR="004D4A74" w14:paraId="13092BD8" w14:textId="77777777" w:rsidTr="4A780B1C">
        <w:trPr>
          <w:jc w:val="center"/>
        </w:trPr>
        <w:tc>
          <w:tcPr>
            <w:tcW w:w="1701" w:type="dxa"/>
            <w:tcBorders>
              <w:top w:val="single" w:sz="4" w:space="0" w:color="DCE8E6"/>
              <w:left w:val="single" w:sz="4" w:space="0" w:color="DCE8E6"/>
              <w:bottom w:val="single" w:sz="4" w:space="0" w:color="DCE8E6"/>
              <w:right w:val="single" w:sz="4" w:space="0" w:color="DCE8E6"/>
            </w:tcBorders>
          </w:tcPr>
          <w:p w14:paraId="2584841B" w14:textId="77777777" w:rsidR="004D4A74" w:rsidRDefault="00AF1749">
            <w:pPr>
              <w:spacing w:after="0"/>
            </w:pPr>
            <w:r>
              <w:rPr>
                <w:sz w:val="17"/>
              </w:rPr>
              <w:t>Woensdag</w:t>
            </w:r>
          </w:p>
        </w:tc>
        <w:tc>
          <w:tcPr>
            <w:tcW w:w="2551" w:type="dxa"/>
            <w:tcBorders>
              <w:top w:val="single" w:sz="4" w:space="0" w:color="DCE8E6"/>
              <w:left w:val="single" w:sz="4" w:space="0" w:color="DCE8E6"/>
              <w:bottom w:val="single" w:sz="4" w:space="0" w:color="DCE8E6"/>
              <w:right w:val="single" w:sz="4" w:space="0" w:color="DCE8E6"/>
            </w:tcBorders>
          </w:tcPr>
          <w:p w14:paraId="67CCD9A5" w14:textId="77777777" w:rsidR="004D4A74" w:rsidRDefault="00AF1749">
            <w:pPr>
              <w:spacing w:after="0"/>
            </w:pPr>
            <w:r>
              <w:rPr>
                <w:sz w:val="17"/>
              </w:rPr>
              <w:t>-</w:t>
            </w:r>
          </w:p>
        </w:tc>
        <w:tc>
          <w:tcPr>
            <w:tcW w:w="2551" w:type="dxa"/>
            <w:tcBorders>
              <w:top w:val="single" w:sz="4" w:space="0" w:color="DCE8E6"/>
              <w:left w:val="single" w:sz="4" w:space="0" w:color="DCE8E6"/>
              <w:bottom w:val="single" w:sz="4" w:space="0" w:color="DCE8E6"/>
              <w:right w:val="single" w:sz="4" w:space="0" w:color="DCE8E6"/>
            </w:tcBorders>
          </w:tcPr>
          <w:p w14:paraId="38C686FA" w14:textId="77777777" w:rsidR="004D4A74" w:rsidRDefault="00AF1749">
            <w:pPr>
              <w:spacing w:after="0"/>
            </w:pPr>
            <w:r>
              <w:rPr>
                <w:sz w:val="17"/>
              </w:rPr>
              <w:t>08.30 - 12.45</w:t>
            </w:r>
          </w:p>
        </w:tc>
        <w:tc>
          <w:tcPr>
            <w:tcW w:w="2551" w:type="dxa"/>
            <w:tcBorders>
              <w:top w:val="single" w:sz="4" w:space="0" w:color="DCE8E6"/>
              <w:left w:val="single" w:sz="4" w:space="0" w:color="DCE8E6"/>
              <w:bottom w:val="single" w:sz="4" w:space="0" w:color="DCE8E6"/>
              <w:right w:val="single" w:sz="4" w:space="0" w:color="DCE8E6"/>
            </w:tcBorders>
          </w:tcPr>
          <w:p w14:paraId="3334FE36" w14:textId="77777777" w:rsidR="004D4A74" w:rsidRDefault="00AF1749">
            <w:pPr>
              <w:spacing w:after="0"/>
            </w:pPr>
            <w:r>
              <w:rPr>
                <w:sz w:val="17"/>
              </w:rPr>
              <w:t>-</w:t>
            </w:r>
          </w:p>
        </w:tc>
      </w:tr>
      <w:tr w:rsidR="004D4A74" w14:paraId="523C95B1" w14:textId="77777777" w:rsidTr="4A780B1C">
        <w:trPr>
          <w:jc w:val="center"/>
        </w:trPr>
        <w:tc>
          <w:tcPr>
            <w:tcW w:w="1701" w:type="dxa"/>
            <w:tcBorders>
              <w:top w:val="single" w:sz="4" w:space="0" w:color="DCE8E6"/>
              <w:left w:val="single" w:sz="4" w:space="0" w:color="DCE8E6"/>
              <w:bottom w:val="single" w:sz="4" w:space="0" w:color="DCE8E6"/>
              <w:right w:val="single" w:sz="4" w:space="0" w:color="DCE8E6"/>
            </w:tcBorders>
            <w:shd w:val="clear" w:color="auto" w:fill="FAFCFB"/>
          </w:tcPr>
          <w:p w14:paraId="61E3C938" w14:textId="77777777" w:rsidR="004D4A74" w:rsidRDefault="00AF1749">
            <w:pPr>
              <w:spacing w:after="0"/>
            </w:pPr>
            <w:r>
              <w:rPr>
                <w:sz w:val="17"/>
              </w:rPr>
              <w:t>Donderdag</w:t>
            </w:r>
          </w:p>
        </w:tc>
        <w:tc>
          <w:tcPr>
            <w:tcW w:w="2551" w:type="dxa"/>
            <w:tcBorders>
              <w:top w:val="single" w:sz="4" w:space="0" w:color="DCE8E6"/>
              <w:left w:val="single" w:sz="4" w:space="0" w:color="DCE8E6"/>
              <w:bottom w:val="single" w:sz="4" w:space="0" w:color="DCE8E6"/>
              <w:right w:val="single" w:sz="4" w:space="0" w:color="DCE8E6"/>
            </w:tcBorders>
            <w:shd w:val="clear" w:color="auto" w:fill="FAFCFB"/>
          </w:tcPr>
          <w:p w14:paraId="7AAB5BAE" w14:textId="77777777" w:rsidR="004D4A74" w:rsidRDefault="00AF1749">
            <w:pPr>
              <w:spacing w:after="0"/>
            </w:pPr>
            <w:r>
              <w:rPr>
                <w:sz w:val="17"/>
              </w:rPr>
              <w:t>07.30 - 08.30</w:t>
            </w:r>
          </w:p>
        </w:tc>
        <w:tc>
          <w:tcPr>
            <w:tcW w:w="2551" w:type="dxa"/>
            <w:tcBorders>
              <w:top w:val="single" w:sz="4" w:space="0" w:color="DCE8E6"/>
              <w:left w:val="single" w:sz="4" w:space="0" w:color="DCE8E6"/>
              <w:bottom w:val="single" w:sz="4" w:space="0" w:color="DCE8E6"/>
              <w:right w:val="single" w:sz="4" w:space="0" w:color="DCE8E6"/>
            </w:tcBorders>
            <w:shd w:val="clear" w:color="auto" w:fill="FAFCFB"/>
          </w:tcPr>
          <w:p w14:paraId="1AE92976" w14:textId="77777777" w:rsidR="004D4A74" w:rsidRDefault="00AF1749">
            <w:pPr>
              <w:spacing w:after="0"/>
            </w:pPr>
            <w:r>
              <w:rPr>
                <w:sz w:val="17"/>
              </w:rPr>
              <w:t>08.30 - 14.15</w:t>
            </w:r>
          </w:p>
        </w:tc>
        <w:tc>
          <w:tcPr>
            <w:tcW w:w="2551" w:type="dxa"/>
            <w:tcBorders>
              <w:top w:val="single" w:sz="4" w:space="0" w:color="DCE8E6"/>
              <w:left w:val="single" w:sz="4" w:space="0" w:color="DCE8E6"/>
              <w:bottom w:val="single" w:sz="4" w:space="0" w:color="DCE8E6"/>
              <w:right w:val="single" w:sz="4" w:space="0" w:color="DCE8E6"/>
            </w:tcBorders>
            <w:shd w:val="clear" w:color="auto" w:fill="FAFCFB"/>
          </w:tcPr>
          <w:p w14:paraId="7DE84218" w14:textId="77777777" w:rsidR="004D4A74" w:rsidRDefault="00AF1749">
            <w:pPr>
              <w:spacing w:after="0"/>
            </w:pPr>
            <w:r>
              <w:rPr>
                <w:sz w:val="17"/>
              </w:rPr>
              <w:t>14.15 - 18.30</w:t>
            </w:r>
          </w:p>
        </w:tc>
      </w:tr>
      <w:tr w:rsidR="004D4A74" w14:paraId="1711C8D0" w14:textId="77777777" w:rsidTr="4A780B1C">
        <w:trPr>
          <w:jc w:val="center"/>
        </w:trPr>
        <w:tc>
          <w:tcPr>
            <w:tcW w:w="1701" w:type="dxa"/>
            <w:tcBorders>
              <w:top w:val="single" w:sz="4" w:space="0" w:color="DCE8E6"/>
              <w:left w:val="single" w:sz="4" w:space="0" w:color="DCE8E6"/>
              <w:bottom w:val="single" w:sz="4" w:space="0" w:color="DCE8E6"/>
              <w:right w:val="single" w:sz="4" w:space="0" w:color="DCE8E6"/>
            </w:tcBorders>
          </w:tcPr>
          <w:p w14:paraId="7947949E" w14:textId="77777777" w:rsidR="004D4A74" w:rsidRDefault="00AF1749">
            <w:pPr>
              <w:spacing w:after="0"/>
            </w:pPr>
            <w:r>
              <w:rPr>
                <w:sz w:val="17"/>
              </w:rPr>
              <w:t>Vrijdag</w:t>
            </w:r>
          </w:p>
        </w:tc>
        <w:tc>
          <w:tcPr>
            <w:tcW w:w="2551" w:type="dxa"/>
            <w:tcBorders>
              <w:top w:val="single" w:sz="4" w:space="0" w:color="DCE8E6"/>
              <w:left w:val="single" w:sz="4" w:space="0" w:color="DCE8E6"/>
              <w:bottom w:val="single" w:sz="4" w:space="0" w:color="DCE8E6"/>
              <w:right w:val="single" w:sz="4" w:space="0" w:color="DCE8E6"/>
            </w:tcBorders>
          </w:tcPr>
          <w:p w14:paraId="4A1D7220" w14:textId="77777777" w:rsidR="004D4A74" w:rsidRDefault="00AF1749">
            <w:pPr>
              <w:spacing w:after="0"/>
            </w:pPr>
            <w:r>
              <w:rPr>
                <w:sz w:val="17"/>
              </w:rPr>
              <w:t>07.30 - 08.30</w:t>
            </w:r>
          </w:p>
        </w:tc>
        <w:tc>
          <w:tcPr>
            <w:tcW w:w="2551" w:type="dxa"/>
            <w:tcBorders>
              <w:top w:val="single" w:sz="4" w:space="0" w:color="DCE8E6"/>
              <w:left w:val="single" w:sz="4" w:space="0" w:color="DCE8E6"/>
              <w:bottom w:val="single" w:sz="4" w:space="0" w:color="DCE8E6"/>
              <w:right w:val="single" w:sz="4" w:space="0" w:color="DCE8E6"/>
            </w:tcBorders>
          </w:tcPr>
          <w:p w14:paraId="66B011DC" w14:textId="77777777" w:rsidR="004D4A74" w:rsidRDefault="00AF1749">
            <w:pPr>
              <w:spacing w:after="0"/>
            </w:pPr>
            <w:r>
              <w:rPr>
                <w:sz w:val="17"/>
              </w:rPr>
              <w:t>08.30 - 14.15</w:t>
            </w:r>
          </w:p>
        </w:tc>
        <w:tc>
          <w:tcPr>
            <w:tcW w:w="2551" w:type="dxa"/>
            <w:tcBorders>
              <w:top w:val="single" w:sz="4" w:space="0" w:color="DCE8E6"/>
              <w:left w:val="single" w:sz="4" w:space="0" w:color="DCE8E6"/>
              <w:bottom w:val="single" w:sz="4" w:space="0" w:color="DCE8E6"/>
              <w:right w:val="single" w:sz="4" w:space="0" w:color="DCE8E6"/>
            </w:tcBorders>
          </w:tcPr>
          <w:p w14:paraId="0BAA15C4" w14:textId="77777777" w:rsidR="004D4A74" w:rsidRDefault="00AF1749">
            <w:pPr>
              <w:spacing w:after="0"/>
            </w:pPr>
            <w:r>
              <w:rPr>
                <w:sz w:val="17"/>
              </w:rPr>
              <w:t>14.15 - 18.30</w:t>
            </w:r>
          </w:p>
        </w:tc>
      </w:tr>
    </w:tbl>
    <w:p w14:paraId="2051876A" w14:textId="77777777" w:rsidR="004D4A74" w:rsidRDefault="004D4A74">
      <w:pPr>
        <w:spacing w:after="40"/>
      </w:pPr>
    </w:p>
    <w:p w14:paraId="72C4BBA8" w14:textId="77777777" w:rsidR="004D4A74" w:rsidRPr="003202D9" w:rsidRDefault="2AD83BDF">
      <w:pPr>
        <w:rPr>
          <w:lang w:val="nl-NL"/>
        </w:rPr>
      </w:pPr>
      <w:r w:rsidRPr="4A780B1C">
        <w:rPr>
          <w:lang w:val="nl-NL"/>
        </w:rPr>
        <w:t>Voorschoolse opvang en naschoolse opvang zijn beschikbaar op maandag, dinsdag, donderdag en vrijdag. Inschrijven kan via www.wijzer.nu.</w:t>
      </w:r>
    </w:p>
    <w:p w14:paraId="0060072F" w14:textId="77777777" w:rsidR="004D4A74" w:rsidRPr="003202D9" w:rsidRDefault="00AF1749">
      <w:pPr>
        <w:pStyle w:val="Kop2"/>
        <w:rPr>
          <w:lang w:val="nl-NL"/>
        </w:rPr>
      </w:pPr>
      <w:r w:rsidRPr="003202D9">
        <w:rPr>
          <w:lang w:val="nl-NL"/>
        </w:rPr>
        <w:t>10.2 Vakantierooster 2026-2027</w:t>
      </w:r>
    </w:p>
    <w:p w14:paraId="7F003FF5" w14:textId="77777777" w:rsidR="004D4A74" w:rsidRPr="003202D9" w:rsidRDefault="00AF1749">
      <w:pPr>
        <w:rPr>
          <w:lang w:val="nl-NL"/>
        </w:rPr>
      </w:pPr>
      <w:r w:rsidRPr="003202D9">
        <w:rPr>
          <w:lang w:val="nl-NL"/>
        </w:rPr>
        <w:t xml:space="preserve">IKC De Singel valt in regio Midden. In </w:t>
      </w:r>
      <w:proofErr w:type="spellStart"/>
      <w:r w:rsidRPr="003202D9">
        <w:rPr>
          <w:lang w:val="nl-NL"/>
        </w:rPr>
        <w:t>Parro</w:t>
      </w:r>
      <w:proofErr w:type="spellEnd"/>
      <w:r w:rsidRPr="003202D9">
        <w:rPr>
          <w:lang w:val="nl-NL"/>
        </w:rPr>
        <w:t xml:space="preserve"> vindt u de actuele jaarkalender met eventuele aanvullende studiedagen en activiteiten.</w:t>
      </w:r>
    </w:p>
    <w:tbl>
      <w:tblPr>
        <w:tblW w:w="0" w:type="auto"/>
        <w:jc w:val="center"/>
        <w:tblLook w:val="04A0" w:firstRow="1" w:lastRow="0" w:firstColumn="1" w:lastColumn="0" w:noHBand="0" w:noVBand="1"/>
      </w:tblPr>
      <w:tblGrid>
        <w:gridCol w:w="3288"/>
        <w:gridCol w:w="3061"/>
        <w:gridCol w:w="3061"/>
      </w:tblGrid>
      <w:tr w:rsidR="004D4A74" w14:paraId="01ABD197" w14:textId="77777777" w:rsidTr="4A780B1C">
        <w:trPr>
          <w:tblHeade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00665C"/>
          </w:tcPr>
          <w:p w14:paraId="47A28873" w14:textId="77777777" w:rsidR="004D4A74" w:rsidRDefault="00AF1749">
            <w:pPr>
              <w:spacing w:after="0"/>
            </w:pPr>
            <w:proofErr w:type="spellStart"/>
            <w:r>
              <w:rPr>
                <w:b/>
                <w:color w:val="FFFFFF"/>
                <w:sz w:val="16"/>
              </w:rPr>
              <w:t>Vakantie</w:t>
            </w:r>
            <w:proofErr w:type="spellEnd"/>
            <w:r>
              <w:rPr>
                <w:b/>
                <w:color w:val="FFFFFF"/>
                <w:sz w:val="16"/>
              </w:rPr>
              <w:t xml:space="preserve"> / </w:t>
            </w:r>
            <w:proofErr w:type="spellStart"/>
            <w:r>
              <w:rPr>
                <w:b/>
                <w:color w:val="FFFFFF"/>
                <w:sz w:val="16"/>
              </w:rPr>
              <w:t>vrije</w:t>
            </w:r>
            <w:proofErr w:type="spellEnd"/>
            <w:r>
              <w:rPr>
                <w:b/>
                <w:color w:val="FFFFFF"/>
                <w:sz w:val="16"/>
              </w:rPr>
              <w:t xml:space="preserve"> </w:t>
            </w:r>
            <w:proofErr w:type="spellStart"/>
            <w:r>
              <w:rPr>
                <w:b/>
                <w:color w:val="FFFFFF"/>
                <w:sz w:val="16"/>
              </w:rPr>
              <w:t>dag</w:t>
            </w:r>
            <w:proofErr w:type="spellEnd"/>
          </w:p>
        </w:tc>
        <w:tc>
          <w:tcPr>
            <w:tcW w:w="3061" w:type="dxa"/>
            <w:tcBorders>
              <w:top w:val="single" w:sz="4" w:space="0" w:color="DCE8E6"/>
              <w:left w:val="single" w:sz="4" w:space="0" w:color="DCE8E6"/>
              <w:bottom w:val="single" w:sz="4" w:space="0" w:color="DCE8E6"/>
              <w:right w:val="single" w:sz="4" w:space="0" w:color="DCE8E6"/>
            </w:tcBorders>
            <w:shd w:val="clear" w:color="auto" w:fill="00665C"/>
          </w:tcPr>
          <w:p w14:paraId="415981F6" w14:textId="77777777" w:rsidR="004D4A74" w:rsidRDefault="00AF1749">
            <w:pPr>
              <w:spacing w:after="0"/>
            </w:pPr>
            <w:r>
              <w:rPr>
                <w:b/>
                <w:color w:val="FFFFFF"/>
                <w:sz w:val="16"/>
              </w:rPr>
              <w:t>Van</w:t>
            </w:r>
          </w:p>
        </w:tc>
        <w:tc>
          <w:tcPr>
            <w:tcW w:w="3061" w:type="dxa"/>
            <w:tcBorders>
              <w:top w:val="single" w:sz="4" w:space="0" w:color="DCE8E6"/>
              <w:left w:val="single" w:sz="4" w:space="0" w:color="DCE8E6"/>
              <w:bottom w:val="single" w:sz="4" w:space="0" w:color="DCE8E6"/>
              <w:right w:val="single" w:sz="4" w:space="0" w:color="DCE8E6"/>
            </w:tcBorders>
            <w:shd w:val="clear" w:color="auto" w:fill="00665C"/>
          </w:tcPr>
          <w:p w14:paraId="21DBA092" w14:textId="77777777" w:rsidR="004D4A74" w:rsidRDefault="00AF1749">
            <w:pPr>
              <w:spacing w:after="0"/>
            </w:pPr>
            <w:r>
              <w:rPr>
                <w:b/>
                <w:color w:val="FFFFFF"/>
                <w:sz w:val="16"/>
              </w:rPr>
              <w:t>Tot en met</w:t>
            </w:r>
          </w:p>
        </w:tc>
      </w:tr>
      <w:tr w:rsidR="004D4A74" w14:paraId="54DCADEE"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tcPr>
          <w:p w14:paraId="37944B73" w14:textId="77777777" w:rsidR="004D4A74" w:rsidRDefault="00AF1749">
            <w:pPr>
              <w:spacing w:after="0"/>
            </w:pPr>
            <w:r>
              <w:rPr>
                <w:sz w:val="16"/>
              </w:rPr>
              <w:t>Wijzer studiedag</w:t>
            </w:r>
          </w:p>
        </w:tc>
        <w:tc>
          <w:tcPr>
            <w:tcW w:w="3061" w:type="dxa"/>
            <w:tcBorders>
              <w:top w:val="single" w:sz="4" w:space="0" w:color="DCE8E6"/>
              <w:left w:val="single" w:sz="4" w:space="0" w:color="DCE8E6"/>
              <w:bottom w:val="single" w:sz="4" w:space="0" w:color="DCE8E6"/>
              <w:right w:val="single" w:sz="4" w:space="0" w:color="DCE8E6"/>
            </w:tcBorders>
          </w:tcPr>
          <w:p w14:paraId="4F1F3A18" w14:textId="77777777" w:rsidR="004D4A74" w:rsidRDefault="00AF1749">
            <w:pPr>
              <w:spacing w:after="0"/>
            </w:pPr>
            <w:r>
              <w:rPr>
                <w:sz w:val="16"/>
              </w:rPr>
              <w:t>2 oktober 2026</w:t>
            </w:r>
          </w:p>
        </w:tc>
        <w:tc>
          <w:tcPr>
            <w:tcW w:w="3061" w:type="dxa"/>
            <w:tcBorders>
              <w:top w:val="single" w:sz="4" w:space="0" w:color="DCE8E6"/>
              <w:left w:val="single" w:sz="4" w:space="0" w:color="DCE8E6"/>
              <w:bottom w:val="single" w:sz="4" w:space="0" w:color="DCE8E6"/>
              <w:right w:val="single" w:sz="4" w:space="0" w:color="DCE8E6"/>
            </w:tcBorders>
          </w:tcPr>
          <w:p w14:paraId="7C0487DA" w14:textId="77777777" w:rsidR="004D4A74" w:rsidRDefault="00AF1749">
            <w:pPr>
              <w:spacing w:after="0"/>
            </w:pPr>
            <w:r>
              <w:rPr>
                <w:sz w:val="16"/>
              </w:rPr>
              <w:t>2 oktober 2026</w:t>
            </w:r>
          </w:p>
        </w:tc>
      </w:tr>
      <w:tr w:rsidR="004D4A74" w14:paraId="5F41D1AE"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3109677E" w14:textId="77777777" w:rsidR="004D4A74" w:rsidRDefault="00AF1749">
            <w:pPr>
              <w:spacing w:after="0"/>
            </w:pPr>
            <w:r>
              <w:rPr>
                <w:sz w:val="16"/>
              </w:rPr>
              <w:t>Herfstvakantie</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50D4130E" w14:textId="77777777" w:rsidR="004D4A74" w:rsidRDefault="00AF1749">
            <w:pPr>
              <w:spacing w:after="0"/>
            </w:pPr>
            <w:r>
              <w:rPr>
                <w:sz w:val="16"/>
              </w:rPr>
              <w:t>17 oktober 2026</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72EBE875" w14:textId="77777777" w:rsidR="004D4A74" w:rsidRDefault="00AF1749">
            <w:pPr>
              <w:spacing w:after="0"/>
            </w:pPr>
            <w:r>
              <w:rPr>
                <w:sz w:val="16"/>
              </w:rPr>
              <w:t>25 oktober 2026</w:t>
            </w:r>
          </w:p>
        </w:tc>
      </w:tr>
      <w:tr w:rsidR="004D4A74" w14:paraId="1F593502"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tcPr>
          <w:p w14:paraId="7B15DFBE" w14:textId="77777777" w:rsidR="004D4A74" w:rsidRDefault="00AF1749">
            <w:pPr>
              <w:spacing w:after="0"/>
            </w:pPr>
            <w:r>
              <w:rPr>
                <w:sz w:val="16"/>
              </w:rPr>
              <w:t>Kerstvakantie</w:t>
            </w:r>
          </w:p>
        </w:tc>
        <w:tc>
          <w:tcPr>
            <w:tcW w:w="3061" w:type="dxa"/>
            <w:tcBorders>
              <w:top w:val="single" w:sz="4" w:space="0" w:color="DCE8E6"/>
              <w:left w:val="single" w:sz="4" w:space="0" w:color="DCE8E6"/>
              <w:bottom w:val="single" w:sz="4" w:space="0" w:color="DCE8E6"/>
              <w:right w:val="single" w:sz="4" w:space="0" w:color="DCE8E6"/>
            </w:tcBorders>
          </w:tcPr>
          <w:p w14:paraId="11356C92" w14:textId="77777777" w:rsidR="004D4A74" w:rsidRDefault="00AF1749">
            <w:pPr>
              <w:spacing w:after="0"/>
            </w:pPr>
            <w:r>
              <w:rPr>
                <w:sz w:val="16"/>
              </w:rPr>
              <w:t>19 december 2026</w:t>
            </w:r>
          </w:p>
        </w:tc>
        <w:tc>
          <w:tcPr>
            <w:tcW w:w="3061" w:type="dxa"/>
            <w:tcBorders>
              <w:top w:val="single" w:sz="4" w:space="0" w:color="DCE8E6"/>
              <w:left w:val="single" w:sz="4" w:space="0" w:color="DCE8E6"/>
              <w:bottom w:val="single" w:sz="4" w:space="0" w:color="DCE8E6"/>
              <w:right w:val="single" w:sz="4" w:space="0" w:color="DCE8E6"/>
            </w:tcBorders>
          </w:tcPr>
          <w:p w14:paraId="4992C9EC" w14:textId="77777777" w:rsidR="004D4A74" w:rsidRDefault="00AF1749">
            <w:pPr>
              <w:spacing w:after="0"/>
            </w:pPr>
            <w:r>
              <w:rPr>
                <w:sz w:val="16"/>
              </w:rPr>
              <w:t>3 januari 2027</w:t>
            </w:r>
          </w:p>
        </w:tc>
      </w:tr>
      <w:tr w:rsidR="004D4A74" w14:paraId="25F8EF71"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3C535223" w14:textId="77777777" w:rsidR="004D4A74" w:rsidRDefault="00AF1749">
            <w:pPr>
              <w:spacing w:after="0"/>
            </w:pPr>
            <w:r>
              <w:rPr>
                <w:sz w:val="16"/>
              </w:rPr>
              <w:t>Voorjaarsvakantie</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6382DC55" w14:textId="77777777" w:rsidR="004D4A74" w:rsidRDefault="00AF1749">
            <w:pPr>
              <w:spacing w:after="0"/>
            </w:pPr>
            <w:r>
              <w:rPr>
                <w:sz w:val="16"/>
              </w:rPr>
              <w:t>20 februari 2027</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2E4B9DFE" w14:textId="77777777" w:rsidR="004D4A74" w:rsidRDefault="00AF1749">
            <w:pPr>
              <w:spacing w:after="0"/>
            </w:pPr>
            <w:r>
              <w:rPr>
                <w:sz w:val="16"/>
              </w:rPr>
              <w:t>28 februari 2027</w:t>
            </w:r>
          </w:p>
        </w:tc>
      </w:tr>
      <w:tr w:rsidR="004D4A74" w14:paraId="2FBA3B4B"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tcPr>
          <w:p w14:paraId="5A06978B" w14:textId="77777777" w:rsidR="004D4A74" w:rsidRDefault="00AF1749">
            <w:pPr>
              <w:spacing w:after="0"/>
            </w:pPr>
            <w:r>
              <w:rPr>
                <w:sz w:val="16"/>
              </w:rPr>
              <w:t>Paasweekeinde</w:t>
            </w:r>
          </w:p>
        </w:tc>
        <w:tc>
          <w:tcPr>
            <w:tcW w:w="3061" w:type="dxa"/>
            <w:tcBorders>
              <w:top w:val="single" w:sz="4" w:space="0" w:color="DCE8E6"/>
              <w:left w:val="single" w:sz="4" w:space="0" w:color="DCE8E6"/>
              <w:bottom w:val="single" w:sz="4" w:space="0" w:color="DCE8E6"/>
              <w:right w:val="single" w:sz="4" w:space="0" w:color="DCE8E6"/>
            </w:tcBorders>
          </w:tcPr>
          <w:p w14:paraId="49F09300" w14:textId="77777777" w:rsidR="004D4A74" w:rsidRDefault="00AF1749">
            <w:pPr>
              <w:spacing w:after="0"/>
            </w:pPr>
            <w:r>
              <w:rPr>
                <w:sz w:val="16"/>
              </w:rPr>
              <w:t>26 maart 2027</w:t>
            </w:r>
          </w:p>
        </w:tc>
        <w:tc>
          <w:tcPr>
            <w:tcW w:w="3061" w:type="dxa"/>
            <w:tcBorders>
              <w:top w:val="single" w:sz="4" w:space="0" w:color="DCE8E6"/>
              <w:left w:val="single" w:sz="4" w:space="0" w:color="DCE8E6"/>
              <w:bottom w:val="single" w:sz="4" w:space="0" w:color="DCE8E6"/>
              <w:right w:val="single" w:sz="4" w:space="0" w:color="DCE8E6"/>
            </w:tcBorders>
          </w:tcPr>
          <w:p w14:paraId="2D44493C" w14:textId="77777777" w:rsidR="004D4A74" w:rsidRDefault="00AF1749">
            <w:pPr>
              <w:spacing w:after="0"/>
            </w:pPr>
            <w:r>
              <w:rPr>
                <w:sz w:val="16"/>
              </w:rPr>
              <w:t>29 maart 2027</w:t>
            </w:r>
          </w:p>
        </w:tc>
      </w:tr>
      <w:tr w:rsidR="004D4A74" w14:paraId="3B092592"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16818471" w14:textId="77777777" w:rsidR="004D4A74" w:rsidRDefault="00AF1749">
            <w:pPr>
              <w:spacing w:after="0"/>
            </w:pPr>
            <w:r>
              <w:rPr>
                <w:sz w:val="16"/>
              </w:rPr>
              <w:t>Meivakantie</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01C28E83" w14:textId="77777777" w:rsidR="004D4A74" w:rsidRDefault="00AF1749">
            <w:pPr>
              <w:spacing w:after="0"/>
            </w:pPr>
            <w:r>
              <w:rPr>
                <w:sz w:val="16"/>
              </w:rPr>
              <w:t>24 april 2027</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1FE1F88E" w14:textId="77777777" w:rsidR="004D4A74" w:rsidRDefault="06C6B190">
            <w:pPr>
              <w:spacing w:after="0"/>
            </w:pPr>
            <w:r w:rsidRPr="4A780B1C">
              <w:rPr>
                <w:sz w:val="16"/>
                <w:szCs w:val="16"/>
              </w:rPr>
              <w:t>9</w:t>
            </w:r>
            <w:r w:rsidR="2AD83BDF" w:rsidRPr="4A780B1C">
              <w:rPr>
                <w:sz w:val="16"/>
                <w:szCs w:val="16"/>
              </w:rPr>
              <w:t xml:space="preserve"> mei 2027</w:t>
            </w:r>
          </w:p>
        </w:tc>
      </w:tr>
      <w:tr w:rsidR="004D4A74" w14:paraId="3D1C4927"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tcPr>
          <w:p w14:paraId="68F3358B" w14:textId="77777777" w:rsidR="004D4A74" w:rsidRDefault="00AF1749">
            <w:pPr>
              <w:spacing w:after="0"/>
            </w:pPr>
            <w:r>
              <w:rPr>
                <w:sz w:val="16"/>
              </w:rPr>
              <w:t>Koningsdag</w:t>
            </w:r>
          </w:p>
        </w:tc>
        <w:tc>
          <w:tcPr>
            <w:tcW w:w="3061" w:type="dxa"/>
            <w:tcBorders>
              <w:top w:val="single" w:sz="4" w:space="0" w:color="DCE8E6"/>
              <w:left w:val="single" w:sz="4" w:space="0" w:color="DCE8E6"/>
              <w:bottom w:val="single" w:sz="4" w:space="0" w:color="DCE8E6"/>
              <w:right w:val="single" w:sz="4" w:space="0" w:color="DCE8E6"/>
            </w:tcBorders>
          </w:tcPr>
          <w:p w14:paraId="5559F7BA" w14:textId="77777777" w:rsidR="004D4A74" w:rsidRDefault="00AF1749">
            <w:pPr>
              <w:spacing w:after="0"/>
            </w:pPr>
            <w:r>
              <w:rPr>
                <w:sz w:val="16"/>
              </w:rPr>
              <w:t>27 april 2027</w:t>
            </w:r>
          </w:p>
        </w:tc>
        <w:tc>
          <w:tcPr>
            <w:tcW w:w="3061" w:type="dxa"/>
            <w:tcBorders>
              <w:top w:val="single" w:sz="4" w:space="0" w:color="DCE8E6"/>
              <w:left w:val="single" w:sz="4" w:space="0" w:color="DCE8E6"/>
              <w:bottom w:val="single" w:sz="4" w:space="0" w:color="DCE8E6"/>
              <w:right w:val="single" w:sz="4" w:space="0" w:color="DCE8E6"/>
            </w:tcBorders>
          </w:tcPr>
          <w:p w14:paraId="7781796D" w14:textId="77777777" w:rsidR="004D4A74" w:rsidRDefault="00AF1749">
            <w:pPr>
              <w:spacing w:after="0"/>
            </w:pPr>
            <w:r>
              <w:rPr>
                <w:sz w:val="16"/>
              </w:rPr>
              <w:t>27 april 2027</w:t>
            </w:r>
          </w:p>
        </w:tc>
      </w:tr>
      <w:tr w:rsidR="004D4A74" w14:paraId="501FB4A6"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012F2F12" w14:textId="77777777" w:rsidR="004D4A74" w:rsidRDefault="00AF1749">
            <w:pPr>
              <w:spacing w:after="0"/>
            </w:pPr>
            <w:r>
              <w:rPr>
                <w:sz w:val="16"/>
              </w:rPr>
              <w:t>Hemelvaart</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0A2D671C" w14:textId="77777777" w:rsidR="004D4A74" w:rsidRDefault="00AF1749">
            <w:pPr>
              <w:spacing w:after="0"/>
            </w:pPr>
            <w:r>
              <w:rPr>
                <w:sz w:val="16"/>
              </w:rPr>
              <w:t>6 mei 2027</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0AD95F0A" w14:textId="77777777" w:rsidR="004D4A74" w:rsidRDefault="00AF1749">
            <w:pPr>
              <w:spacing w:after="0"/>
            </w:pPr>
            <w:r>
              <w:rPr>
                <w:sz w:val="16"/>
              </w:rPr>
              <w:t>6 mei 2027</w:t>
            </w:r>
          </w:p>
        </w:tc>
      </w:tr>
      <w:tr w:rsidR="004D4A74" w14:paraId="73E5CC8C"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tcPr>
          <w:p w14:paraId="6B62145D" w14:textId="77777777" w:rsidR="004D4A74" w:rsidRDefault="00AF1749">
            <w:pPr>
              <w:spacing w:after="0"/>
            </w:pPr>
            <w:r>
              <w:rPr>
                <w:sz w:val="16"/>
              </w:rPr>
              <w:t>Pinksteren</w:t>
            </w:r>
          </w:p>
        </w:tc>
        <w:tc>
          <w:tcPr>
            <w:tcW w:w="3061" w:type="dxa"/>
            <w:tcBorders>
              <w:top w:val="single" w:sz="4" w:space="0" w:color="DCE8E6"/>
              <w:left w:val="single" w:sz="4" w:space="0" w:color="DCE8E6"/>
              <w:bottom w:val="single" w:sz="4" w:space="0" w:color="DCE8E6"/>
              <w:right w:val="single" w:sz="4" w:space="0" w:color="DCE8E6"/>
            </w:tcBorders>
          </w:tcPr>
          <w:p w14:paraId="2CB42407" w14:textId="77777777" w:rsidR="004D4A74" w:rsidRDefault="00AF1749">
            <w:pPr>
              <w:spacing w:after="0"/>
            </w:pPr>
            <w:r>
              <w:rPr>
                <w:sz w:val="16"/>
              </w:rPr>
              <w:t>15 mei 2027</w:t>
            </w:r>
          </w:p>
        </w:tc>
        <w:tc>
          <w:tcPr>
            <w:tcW w:w="3061" w:type="dxa"/>
            <w:tcBorders>
              <w:top w:val="single" w:sz="4" w:space="0" w:color="DCE8E6"/>
              <w:left w:val="single" w:sz="4" w:space="0" w:color="DCE8E6"/>
              <w:bottom w:val="single" w:sz="4" w:space="0" w:color="DCE8E6"/>
              <w:right w:val="single" w:sz="4" w:space="0" w:color="DCE8E6"/>
            </w:tcBorders>
          </w:tcPr>
          <w:p w14:paraId="15D6FE48" w14:textId="77777777" w:rsidR="004D4A74" w:rsidRDefault="00AF1749">
            <w:pPr>
              <w:spacing w:after="0"/>
            </w:pPr>
            <w:r>
              <w:rPr>
                <w:sz w:val="16"/>
              </w:rPr>
              <w:t>17 mei 2027</w:t>
            </w:r>
          </w:p>
        </w:tc>
      </w:tr>
      <w:tr w:rsidR="004D4A74" w14:paraId="28E9BAC2" w14:textId="77777777" w:rsidTr="4A780B1C">
        <w:trPr>
          <w:jc w:val="center"/>
        </w:trPr>
        <w:tc>
          <w:tcPr>
            <w:tcW w:w="3288" w:type="dxa"/>
            <w:tcBorders>
              <w:top w:val="single" w:sz="4" w:space="0" w:color="DCE8E6"/>
              <w:left w:val="single" w:sz="4" w:space="0" w:color="DCE8E6"/>
              <w:bottom w:val="single" w:sz="4" w:space="0" w:color="DCE8E6"/>
              <w:right w:val="single" w:sz="4" w:space="0" w:color="DCE8E6"/>
            </w:tcBorders>
            <w:shd w:val="clear" w:color="auto" w:fill="FAFCFB"/>
          </w:tcPr>
          <w:p w14:paraId="51E50022" w14:textId="77777777" w:rsidR="004D4A74" w:rsidRDefault="00AF1749">
            <w:pPr>
              <w:spacing w:after="0"/>
            </w:pPr>
            <w:r>
              <w:rPr>
                <w:sz w:val="16"/>
              </w:rPr>
              <w:t>Zomervakantie</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5942FA22" w14:textId="77777777" w:rsidR="004D4A74" w:rsidRDefault="00AF1749">
            <w:pPr>
              <w:spacing w:after="0"/>
            </w:pPr>
            <w:r>
              <w:rPr>
                <w:sz w:val="16"/>
              </w:rPr>
              <w:t>17 juli 2027</w:t>
            </w:r>
          </w:p>
        </w:tc>
        <w:tc>
          <w:tcPr>
            <w:tcW w:w="3061" w:type="dxa"/>
            <w:tcBorders>
              <w:top w:val="single" w:sz="4" w:space="0" w:color="DCE8E6"/>
              <w:left w:val="single" w:sz="4" w:space="0" w:color="DCE8E6"/>
              <w:bottom w:val="single" w:sz="4" w:space="0" w:color="DCE8E6"/>
              <w:right w:val="single" w:sz="4" w:space="0" w:color="DCE8E6"/>
            </w:tcBorders>
            <w:shd w:val="clear" w:color="auto" w:fill="FAFCFB"/>
          </w:tcPr>
          <w:p w14:paraId="7982C5C3" w14:textId="77777777" w:rsidR="004D4A74" w:rsidRDefault="00AF1749">
            <w:pPr>
              <w:spacing w:after="0"/>
            </w:pPr>
            <w:r>
              <w:rPr>
                <w:sz w:val="16"/>
              </w:rPr>
              <w:t>29 augustus 2027</w:t>
            </w:r>
          </w:p>
        </w:tc>
      </w:tr>
    </w:tbl>
    <w:p w14:paraId="29AE7421" w14:textId="77777777" w:rsidR="004D4A74" w:rsidRDefault="004D4A74">
      <w:pPr>
        <w:spacing w:after="40"/>
      </w:pPr>
    </w:p>
    <w:p w14:paraId="24A9CCB0" w14:textId="77777777" w:rsidR="004D4A74" w:rsidRDefault="00AF1749">
      <w:pPr>
        <w:pStyle w:val="Kop2"/>
      </w:pPr>
      <w:r>
        <w:lastRenderedPageBreak/>
        <w:t>10.3 Bereikbaarheid personeel</w:t>
      </w:r>
    </w:p>
    <w:tbl>
      <w:tblPr>
        <w:tblW w:w="0" w:type="auto"/>
        <w:jc w:val="center"/>
        <w:tblLook w:val="04A0" w:firstRow="1" w:lastRow="0" w:firstColumn="1" w:lastColumn="0" w:noHBand="0" w:noVBand="1"/>
      </w:tblPr>
      <w:tblGrid>
        <w:gridCol w:w="2268"/>
        <w:gridCol w:w="3685"/>
        <w:gridCol w:w="3402"/>
      </w:tblGrid>
      <w:tr w:rsidR="004D4A74" w14:paraId="0E64D6B8" w14:textId="77777777">
        <w:trPr>
          <w:tblHeade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00665C"/>
          </w:tcPr>
          <w:p w14:paraId="211E4658" w14:textId="77777777" w:rsidR="004D4A74" w:rsidRDefault="00AF1749">
            <w:pPr>
              <w:spacing w:after="0"/>
            </w:pPr>
            <w:r>
              <w:rPr>
                <w:b/>
                <w:color w:val="FFFFFF"/>
                <w:sz w:val="17"/>
              </w:rPr>
              <w:t>Wie</w:t>
            </w:r>
          </w:p>
        </w:tc>
        <w:tc>
          <w:tcPr>
            <w:tcW w:w="3685" w:type="dxa"/>
            <w:tcBorders>
              <w:top w:val="single" w:sz="4" w:space="0" w:color="DCE8E6"/>
              <w:left w:val="single" w:sz="4" w:space="0" w:color="DCE8E6"/>
              <w:bottom w:val="single" w:sz="4" w:space="0" w:color="DCE8E6"/>
              <w:right w:val="single" w:sz="4" w:space="0" w:color="DCE8E6"/>
            </w:tcBorders>
            <w:shd w:val="clear" w:color="auto" w:fill="00665C"/>
          </w:tcPr>
          <w:p w14:paraId="217D5F9C" w14:textId="77777777" w:rsidR="004D4A74" w:rsidRDefault="00AF1749">
            <w:pPr>
              <w:spacing w:after="0"/>
            </w:pPr>
            <w:r>
              <w:rPr>
                <w:b/>
                <w:color w:val="FFFFFF"/>
                <w:sz w:val="17"/>
              </w:rPr>
              <w:t>Dag(en)</w:t>
            </w:r>
          </w:p>
        </w:tc>
        <w:tc>
          <w:tcPr>
            <w:tcW w:w="3402" w:type="dxa"/>
            <w:tcBorders>
              <w:top w:val="single" w:sz="4" w:space="0" w:color="DCE8E6"/>
              <w:left w:val="single" w:sz="4" w:space="0" w:color="DCE8E6"/>
              <w:bottom w:val="single" w:sz="4" w:space="0" w:color="DCE8E6"/>
              <w:right w:val="single" w:sz="4" w:space="0" w:color="DCE8E6"/>
            </w:tcBorders>
            <w:shd w:val="clear" w:color="auto" w:fill="00665C"/>
          </w:tcPr>
          <w:p w14:paraId="61C99BA4" w14:textId="77777777" w:rsidR="004D4A74" w:rsidRDefault="00AF1749">
            <w:pPr>
              <w:spacing w:after="0"/>
            </w:pPr>
            <w:r>
              <w:rPr>
                <w:b/>
                <w:color w:val="FFFFFF"/>
                <w:sz w:val="17"/>
              </w:rPr>
              <w:t>Tijd(en)</w:t>
            </w:r>
          </w:p>
        </w:tc>
      </w:tr>
      <w:tr w:rsidR="004D4A74" w14:paraId="49C87992" w14:textId="77777777">
        <w:trPr>
          <w:jc w:val="center"/>
        </w:trPr>
        <w:tc>
          <w:tcPr>
            <w:tcW w:w="2268" w:type="dxa"/>
            <w:tcBorders>
              <w:top w:val="single" w:sz="4" w:space="0" w:color="DCE8E6"/>
              <w:left w:val="single" w:sz="4" w:space="0" w:color="DCE8E6"/>
              <w:bottom w:val="single" w:sz="4" w:space="0" w:color="DCE8E6"/>
              <w:right w:val="single" w:sz="4" w:space="0" w:color="DCE8E6"/>
            </w:tcBorders>
          </w:tcPr>
          <w:p w14:paraId="4D8E1926" w14:textId="77777777" w:rsidR="004D4A74" w:rsidRDefault="00AF1749">
            <w:pPr>
              <w:spacing w:after="0"/>
            </w:pPr>
            <w:r>
              <w:rPr>
                <w:sz w:val="17"/>
              </w:rPr>
              <w:t>Directeur</w:t>
            </w:r>
          </w:p>
        </w:tc>
        <w:tc>
          <w:tcPr>
            <w:tcW w:w="3685" w:type="dxa"/>
            <w:tcBorders>
              <w:top w:val="single" w:sz="4" w:space="0" w:color="DCE8E6"/>
              <w:left w:val="single" w:sz="4" w:space="0" w:color="DCE8E6"/>
              <w:bottom w:val="single" w:sz="4" w:space="0" w:color="DCE8E6"/>
              <w:right w:val="single" w:sz="4" w:space="0" w:color="DCE8E6"/>
            </w:tcBorders>
          </w:tcPr>
          <w:p w14:paraId="5F67AB82" w14:textId="77777777" w:rsidR="004D4A74" w:rsidRDefault="00AF1749">
            <w:pPr>
              <w:spacing w:after="0"/>
            </w:pPr>
            <w:r>
              <w:rPr>
                <w:sz w:val="17"/>
              </w:rPr>
              <w:t>maandag t/m vrijdag</w:t>
            </w:r>
          </w:p>
        </w:tc>
        <w:tc>
          <w:tcPr>
            <w:tcW w:w="3402" w:type="dxa"/>
            <w:tcBorders>
              <w:top w:val="single" w:sz="4" w:space="0" w:color="DCE8E6"/>
              <w:left w:val="single" w:sz="4" w:space="0" w:color="DCE8E6"/>
              <w:bottom w:val="single" w:sz="4" w:space="0" w:color="DCE8E6"/>
              <w:right w:val="single" w:sz="4" w:space="0" w:color="DCE8E6"/>
            </w:tcBorders>
          </w:tcPr>
          <w:p w14:paraId="272B78DD" w14:textId="77777777" w:rsidR="004D4A74" w:rsidRDefault="00AF1749">
            <w:pPr>
              <w:spacing w:after="0"/>
            </w:pPr>
            <w:r>
              <w:rPr>
                <w:sz w:val="17"/>
              </w:rPr>
              <w:t>08.00 - 16.30 uur</w:t>
            </w:r>
          </w:p>
        </w:tc>
      </w:tr>
      <w:tr w:rsidR="004D4A74" w14:paraId="57F19EC1" w14:textId="77777777">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FAFCFB"/>
          </w:tcPr>
          <w:p w14:paraId="2AECB43A" w14:textId="77777777" w:rsidR="004D4A74" w:rsidRDefault="00AF1749">
            <w:pPr>
              <w:spacing w:after="0"/>
            </w:pPr>
            <w:r>
              <w:rPr>
                <w:sz w:val="17"/>
              </w:rPr>
              <w:t>Team onderwijs</w:t>
            </w:r>
          </w:p>
        </w:tc>
        <w:tc>
          <w:tcPr>
            <w:tcW w:w="3685" w:type="dxa"/>
            <w:tcBorders>
              <w:top w:val="single" w:sz="4" w:space="0" w:color="DCE8E6"/>
              <w:left w:val="single" w:sz="4" w:space="0" w:color="DCE8E6"/>
              <w:bottom w:val="single" w:sz="4" w:space="0" w:color="DCE8E6"/>
              <w:right w:val="single" w:sz="4" w:space="0" w:color="DCE8E6"/>
            </w:tcBorders>
            <w:shd w:val="clear" w:color="auto" w:fill="FAFCFB"/>
          </w:tcPr>
          <w:p w14:paraId="55CAD4E9" w14:textId="77777777" w:rsidR="004D4A74" w:rsidRDefault="00AF1749">
            <w:pPr>
              <w:spacing w:after="0"/>
            </w:pPr>
            <w:r>
              <w:rPr>
                <w:sz w:val="17"/>
              </w:rPr>
              <w:t>maandag t/m vrijdag</w:t>
            </w:r>
          </w:p>
        </w:tc>
        <w:tc>
          <w:tcPr>
            <w:tcW w:w="3402" w:type="dxa"/>
            <w:tcBorders>
              <w:top w:val="single" w:sz="4" w:space="0" w:color="DCE8E6"/>
              <w:left w:val="single" w:sz="4" w:space="0" w:color="DCE8E6"/>
              <w:bottom w:val="single" w:sz="4" w:space="0" w:color="DCE8E6"/>
              <w:right w:val="single" w:sz="4" w:space="0" w:color="DCE8E6"/>
            </w:tcBorders>
            <w:shd w:val="clear" w:color="auto" w:fill="FAFCFB"/>
          </w:tcPr>
          <w:p w14:paraId="6156BF31" w14:textId="77777777" w:rsidR="004D4A74" w:rsidRDefault="00AF1749">
            <w:pPr>
              <w:spacing w:after="0"/>
            </w:pPr>
            <w:r>
              <w:rPr>
                <w:sz w:val="17"/>
              </w:rPr>
              <w:t>08.00 - 16.30 uur</w:t>
            </w:r>
          </w:p>
        </w:tc>
      </w:tr>
      <w:tr w:rsidR="004D4A74" w14:paraId="64AE377A" w14:textId="77777777">
        <w:trPr>
          <w:jc w:val="center"/>
        </w:trPr>
        <w:tc>
          <w:tcPr>
            <w:tcW w:w="2268" w:type="dxa"/>
            <w:tcBorders>
              <w:top w:val="single" w:sz="4" w:space="0" w:color="DCE8E6"/>
              <w:left w:val="single" w:sz="4" w:space="0" w:color="DCE8E6"/>
              <w:bottom w:val="single" w:sz="4" w:space="0" w:color="DCE8E6"/>
              <w:right w:val="single" w:sz="4" w:space="0" w:color="DCE8E6"/>
            </w:tcBorders>
          </w:tcPr>
          <w:p w14:paraId="6B6437CA" w14:textId="77777777" w:rsidR="004D4A74" w:rsidRDefault="00AF1749">
            <w:pPr>
              <w:spacing w:after="0"/>
            </w:pPr>
            <w:r>
              <w:rPr>
                <w:sz w:val="17"/>
              </w:rPr>
              <w:t>Team opvang</w:t>
            </w:r>
          </w:p>
        </w:tc>
        <w:tc>
          <w:tcPr>
            <w:tcW w:w="3685" w:type="dxa"/>
            <w:tcBorders>
              <w:top w:val="single" w:sz="4" w:space="0" w:color="DCE8E6"/>
              <w:left w:val="single" w:sz="4" w:space="0" w:color="DCE8E6"/>
              <w:bottom w:val="single" w:sz="4" w:space="0" w:color="DCE8E6"/>
              <w:right w:val="single" w:sz="4" w:space="0" w:color="DCE8E6"/>
            </w:tcBorders>
          </w:tcPr>
          <w:p w14:paraId="7EBD2CE0" w14:textId="77777777" w:rsidR="004D4A74" w:rsidRDefault="00AF1749">
            <w:pPr>
              <w:spacing w:after="0"/>
            </w:pPr>
            <w:r>
              <w:rPr>
                <w:sz w:val="17"/>
              </w:rPr>
              <w:t>maandag, dinsdag en donderdag</w:t>
            </w:r>
          </w:p>
        </w:tc>
        <w:tc>
          <w:tcPr>
            <w:tcW w:w="3402" w:type="dxa"/>
            <w:tcBorders>
              <w:top w:val="single" w:sz="4" w:space="0" w:color="DCE8E6"/>
              <w:left w:val="single" w:sz="4" w:space="0" w:color="DCE8E6"/>
              <w:bottom w:val="single" w:sz="4" w:space="0" w:color="DCE8E6"/>
              <w:right w:val="single" w:sz="4" w:space="0" w:color="DCE8E6"/>
            </w:tcBorders>
          </w:tcPr>
          <w:p w14:paraId="3A6F8E2D" w14:textId="77777777" w:rsidR="004D4A74" w:rsidRDefault="00AF1749">
            <w:pPr>
              <w:spacing w:after="0"/>
            </w:pPr>
            <w:r>
              <w:rPr>
                <w:sz w:val="17"/>
              </w:rPr>
              <w:t>07.30 - 18.30 uur</w:t>
            </w:r>
          </w:p>
        </w:tc>
      </w:tr>
      <w:tr w:rsidR="004D4A74" w14:paraId="7B05A5A3" w14:textId="77777777">
        <w:trPr>
          <w:jc w:val="center"/>
        </w:trPr>
        <w:tc>
          <w:tcPr>
            <w:tcW w:w="2268" w:type="dxa"/>
            <w:tcBorders>
              <w:top w:val="single" w:sz="4" w:space="0" w:color="DCE8E6"/>
              <w:left w:val="single" w:sz="4" w:space="0" w:color="DCE8E6"/>
              <w:bottom w:val="single" w:sz="4" w:space="0" w:color="DCE8E6"/>
              <w:right w:val="single" w:sz="4" w:space="0" w:color="DCE8E6"/>
            </w:tcBorders>
            <w:shd w:val="clear" w:color="auto" w:fill="FAFCFB"/>
          </w:tcPr>
          <w:p w14:paraId="0A932914" w14:textId="77777777" w:rsidR="004D4A74" w:rsidRDefault="00AF1749">
            <w:pPr>
              <w:spacing w:after="0"/>
            </w:pPr>
            <w:r>
              <w:rPr>
                <w:sz w:val="17"/>
              </w:rPr>
              <w:t>Team opvang</w:t>
            </w:r>
          </w:p>
        </w:tc>
        <w:tc>
          <w:tcPr>
            <w:tcW w:w="3685" w:type="dxa"/>
            <w:tcBorders>
              <w:top w:val="single" w:sz="4" w:space="0" w:color="DCE8E6"/>
              <w:left w:val="single" w:sz="4" w:space="0" w:color="DCE8E6"/>
              <w:bottom w:val="single" w:sz="4" w:space="0" w:color="DCE8E6"/>
              <w:right w:val="single" w:sz="4" w:space="0" w:color="DCE8E6"/>
            </w:tcBorders>
            <w:shd w:val="clear" w:color="auto" w:fill="FAFCFB"/>
          </w:tcPr>
          <w:p w14:paraId="4A9B8B01" w14:textId="77777777" w:rsidR="004D4A74" w:rsidRDefault="00AF1749">
            <w:pPr>
              <w:spacing w:after="0"/>
            </w:pPr>
            <w:r>
              <w:rPr>
                <w:sz w:val="17"/>
              </w:rPr>
              <w:t>woensdag en vrijdag</w:t>
            </w:r>
          </w:p>
        </w:tc>
        <w:tc>
          <w:tcPr>
            <w:tcW w:w="3402" w:type="dxa"/>
            <w:tcBorders>
              <w:top w:val="single" w:sz="4" w:space="0" w:color="DCE8E6"/>
              <w:left w:val="single" w:sz="4" w:space="0" w:color="DCE8E6"/>
              <w:bottom w:val="single" w:sz="4" w:space="0" w:color="DCE8E6"/>
              <w:right w:val="single" w:sz="4" w:space="0" w:color="DCE8E6"/>
            </w:tcBorders>
            <w:shd w:val="clear" w:color="auto" w:fill="FAFCFB"/>
          </w:tcPr>
          <w:p w14:paraId="4C307BAE" w14:textId="77777777" w:rsidR="004D4A74" w:rsidRDefault="00AF1749">
            <w:pPr>
              <w:spacing w:after="0"/>
            </w:pPr>
            <w:r>
              <w:rPr>
                <w:sz w:val="17"/>
              </w:rPr>
              <w:t>08.00 - 18.30 uur</w:t>
            </w:r>
          </w:p>
        </w:tc>
      </w:tr>
    </w:tbl>
    <w:p w14:paraId="22B05FD8" w14:textId="77777777" w:rsidR="004D4A74" w:rsidRDefault="004D4A74">
      <w:pPr>
        <w:spacing w:after="40"/>
      </w:pPr>
    </w:p>
    <w:tbl>
      <w:tblPr>
        <w:tblW w:w="0" w:type="auto"/>
        <w:jc w:val="center"/>
        <w:tblLook w:val="04A0" w:firstRow="1" w:lastRow="0" w:firstColumn="1" w:lastColumn="0" w:noHBand="0" w:noVBand="1"/>
      </w:tblPr>
      <w:tblGrid>
        <w:gridCol w:w="8787"/>
      </w:tblGrid>
      <w:tr w:rsidR="003202D9" w:rsidRPr="001E442B" w14:paraId="0018498E" w14:textId="77777777">
        <w:trPr>
          <w:jc w:val="center"/>
        </w:trPr>
        <w:tc>
          <w:tcPr>
            <w:tcW w:w="8787" w:type="dxa"/>
            <w:tcBorders>
              <w:top w:val="single" w:sz="4" w:space="0" w:color="79C143"/>
              <w:left w:val="single" w:sz="4" w:space="0" w:color="79C143"/>
              <w:bottom w:val="single" w:sz="4" w:space="0" w:color="79C143"/>
              <w:right w:val="single" w:sz="4" w:space="0" w:color="79C143"/>
            </w:tcBorders>
            <w:shd w:val="clear" w:color="auto" w:fill="F6FBF1"/>
            <w:vAlign w:val="center"/>
          </w:tcPr>
          <w:p w14:paraId="63599E3C" w14:textId="77777777" w:rsidR="003202D9" w:rsidRPr="003202D9" w:rsidRDefault="003202D9">
            <w:pPr>
              <w:spacing w:after="0"/>
              <w:rPr>
                <w:lang w:val="nl-NL"/>
              </w:rPr>
            </w:pPr>
            <w:r w:rsidRPr="003202D9">
              <w:rPr>
                <w:b/>
                <w:color w:val="00665C"/>
                <w:lang w:val="nl-NL"/>
              </w:rPr>
              <w:t>Contact</w:t>
            </w:r>
            <w:r w:rsidRPr="003202D9">
              <w:rPr>
                <w:b/>
                <w:color w:val="00665C"/>
                <w:lang w:val="nl-NL"/>
              </w:rPr>
              <w:br/>
            </w:r>
            <w:r w:rsidRPr="003202D9">
              <w:rPr>
                <w:sz w:val="17"/>
                <w:lang w:val="nl-NL"/>
              </w:rPr>
              <w:t xml:space="preserve">IKC De Singel - </w:t>
            </w:r>
            <w:proofErr w:type="spellStart"/>
            <w:r w:rsidRPr="003202D9">
              <w:rPr>
                <w:sz w:val="17"/>
                <w:lang w:val="nl-NL"/>
              </w:rPr>
              <w:t>Kruidenpad</w:t>
            </w:r>
            <w:proofErr w:type="spellEnd"/>
            <w:r w:rsidRPr="003202D9">
              <w:rPr>
                <w:sz w:val="17"/>
                <w:lang w:val="nl-NL"/>
              </w:rPr>
              <w:t xml:space="preserve"> 1-2 - 3137 WD Vlaardingen - 010 - 474 6379 - www.ikcdesingel.nl</w:t>
            </w:r>
          </w:p>
        </w:tc>
      </w:tr>
    </w:tbl>
    <w:p w14:paraId="3ECA7353" w14:textId="77777777" w:rsidR="004D4A74" w:rsidRPr="003202D9" w:rsidRDefault="004D4A74">
      <w:pPr>
        <w:spacing w:after="40"/>
        <w:rPr>
          <w:lang w:val="nl-NL"/>
        </w:rPr>
      </w:pPr>
    </w:p>
    <w:p w14:paraId="77B70D78" w14:textId="77777777" w:rsidR="004D4A74" w:rsidRPr="003202D9" w:rsidRDefault="00AF1749">
      <w:pPr>
        <w:rPr>
          <w:lang w:val="nl-NL"/>
        </w:rPr>
      </w:pPr>
      <w:r w:rsidRPr="003202D9">
        <w:rPr>
          <w:lang w:val="nl-NL"/>
        </w:rPr>
        <w:br w:type="page"/>
      </w:r>
    </w:p>
    <w:p w14:paraId="448CA5A9" w14:textId="77777777" w:rsidR="004D4A74" w:rsidRPr="003202D9" w:rsidRDefault="00AF1749">
      <w:pPr>
        <w:pStyle w:val="Kop1"/>
        <w:rPr>
          <w:lang w:val="nl-NL"/>
        </w:rPr>
      </w:pPr>
      <w:r>
        <w:rPr>
          <w:noProof/>
        </w:rPr>
        <w:lastRenderedPageBreak/>
        <w:drawing>
          <wp:inline distT="0" distB="0" distL="0" distR="0" wp14:anchorId="347F10F1" wp14:editId="6845D7A4">
            <wp:extent cx="307087" cy="3302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4"/>
                    <a:stretch>
                      <a:fillRect/>
                    </a:stretch>
                  </pic:blipFill>
                  <pic:spPr>
                    <a:xfrm>
                      <a:off x="0" y="0"/>
                      <a:ext cx="308633" cy="331862"/>
                    </a:xfrm>
                    <a:prstGeom prst="rect">
                      <a:avLst/>
                    </a:prstGeom>
                  </pic:spPr>
                </pic:pic>
              </a:graphicData>
            </a:graphic>
          </wp:inline>
        </w:drawing>
      </w:r>
      <w:r w:rsidRPr="003202D9">
        <w:rPr>
          <w:lang w:val="nl-NL"/>
        </w:rPr>
        <w:t xml:space="preserve">  Belangrijke documenten en vindplaatsen</w:t>
      </w:r>
    </w:p>
    <w:p w14:paraId="62BC21FA" w14:textId="77777777" w:rsidR="004D4A74" w:rsidRPr="003202D9" w:rsidRDefault="00AF1749">
      <w:pPr>
        <w:rPr>
          <w:lang w:val="nl-NL"/>
        </w:rPr>
      </w:pPr>
      <w:r w:rsidRPr="003202D9">
        <w:rPr>
          <w:lang w:val="nl-NL"/>
        </w:rPr>
        <w:t xml:space="preserve">Naast deze schoolgids zijn verschillende documenten op school of via de website beschikbaar, zoals het gedragsprotocol, </w:t>
      </w:r>
      <w:proofErr w:type="spellStart"/>
      <w:r w:rsidRPr="003202D9">
        <w:rPr>
          <w:lang w:val="nl-NL"/>
        </w:rPr>
        <w:t>privacyinformatie</w:t>
      </w:r>
      <w:proofErr w:type="spellEnd"/>
      <w:r w:rsidRPr="003202D9">
        <w:rPr>
          <w:lang w:val="nl-NL"/>
        </w:rPr>
        <w:t>, de jaarkalender, het ondersteuningsaanbod, het pedagogisch werkplan van de opvang en de klachtenregeling.</w:t>
      </w:r>
    </w:p>
    <w:tbl>
      <w:tblPr>
        <w:tblW w:w="0" w:type="auto"/>
        <w:jc w:val="center"/>
        <w:tblLook w:val="04A0" w:firstRow="1" w:lastRow="0" w:firstColumn="1" w:lastColumn="0" w:noHBand="0" w:noVBand="1"/>
      </w:tblPr>
      <w:tblGrid>
        <w:gridCol w:w="3402"/>
        <w:gridCol w:w="5953"/>
      </w:tblGrid>
      <w:tr w:rsidR="004D4A74" w14:paraId="3CFD3223" w14:textId="77777777" w:rsidTr="4A780B1C">
        <w:trPr>
          <w:tblHeade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00665C"/>
          </w:tcPr>
          <w:p w14:paraId="66706F00" w14:textId="77777777" w:rsidR="004D4A74" w:rsidRDefault="2AD83BDF">
            <w:pPr>
              <w:spacing w:after="0"/>
            </w:pPr>
            <w:r w:rsidRPr="4A780B1C">
              <w:rPr>
                <w:b/>
                <w:bCs/>
                <w:color w:val="FFFFFF" w:themeColor="background1"/>
                <w:sz w:val="17"/>
                <w:szCs w:val="17"/>
              </w:rPr>
              <w:t>Document / informatie</w:t>
            </w:r>
          </w:p>
          <w:p w14:paraId="025F4485" w14:textId="77777777" w:rsidR="004D4A74" w:rsidRDefault="004D4A74" w:rsidP="4A780B1C">
            <w:pPr>
              <w:spacing w:after="0"/>
              <w:rPr>
                <w:b/>
                <w:bCs/>
                <w:color w:val="FFFFFF" w:themeColor="background1"/>
                <w:sz w:val="17"/>
                <w:szCs w:val="17"/>
              </w:rPr>
            </w:pPr>
          </w:p>
        </w:tc>
        <w:tc>
          <w:tcPr>
            <w:tcW w:w="5953" w:type="dxa"/>
            <w:tcBorders>
              <w:top w:val="single" w:sz="4" w:space="0" w:color="DCE8E6"/>
              <w:left w:val="single" w:sz="4" w:space="0" w:color="DCE8E6"/>
              <w:bottom w:val="single" w:sz="4" w:space="0" w:color="DCE8E6"/>
              <w:right w:val="single" w:sz="4" w:space="0" w:color="DCE8E6"/>
            </w:tcBorders>
            <w:shd w:val="clear" w:color="auto" w:fill="00665C"/>
          </w:tcPr>
          <w:p w14:paraId="1BD45CEA" w14:textId="77777777" w:rsidR="004D4A74" w:rsidRDefault="2AD83BDF">
            <w:pPr>
              <w:spacing w:after="0"/>
            </w:pPr>
            <w:r w:rsidRPr="4A780B1C">
              <w:rPr>
                <w:b/>
                <w:bCs/>
                <w:color w:val="FFFFFF" w:themeColor="background1"/>
                <w:sz w:val="17"/>
                <w:szCs w:val="17"/>
              </w:rPr>
              <w:t>Waar te vinden</w:t>
            </w:r>
          </w:p>
        </w:tc>
      </w:tr>
      <w:tr w:rsidR="004D4A74" w14:paraId="2233EEEB"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58792AE0" w14:textId="77777777" w:rsidR="004D4A74" w:rsidRDefault="00AF1749">
            <w:pPr>
              <w:spacing w:after="0"/>
            </w:pPr>
            <w:r>
              <w:rPr>
                <w:b/>
                <w:sz w:val="17"/>
              </w:rPr>
              <w:t>Jaarkalender</w:t>
            </w:r>
          </w:p>
        </w:tc>
        <w:tc>
          <w:tcPr>
            <w:tcW w:w="5953" w:type="dxa"/>
            <w:tcBorders>
              <w:top w:val="single" w:sz="4" w:space="0" w:color="DCE8E6"/>
              <w:left w:val="single" w:sz="4" w:space="0" w:color="DCE8E6"/>
              <w:bottom w:val="single" w:sz="4" w:space="0" w:color="DCE8E6"/>
              <w:right w:val="single" w:sz="4" w:space="0" w:color="DCE8E6"/>
            </w:tcBorders>
          </w:tcPr>
          <w:p w14:paraId="3B6EBC20" w14:textId="77777777" w:rsidR="004D4A74" w:rsidRDefault="00AF1749">
            <w:pPr>
              <w:spacing w:after="0"/>
            </w:pPr>
            <w:r>
              <w:rPr>
                <w:sz w:val="17"/>
              </w:rPr>
              <w:t>Parro</w:t>
            </w:r>
          </w:p>
        </w:tc>
      </w:tr>
      <w:tr w:rsidR="004D4A74" w14:paraId="3EC84408"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3D61784D" w14:textId="77777777" w:rsidR="004D4A74" w:rsidRDefault="00AF1749">
            <w:pPr>
              <w:spacing w:after="0"/>
            </w:pPr>
            <w:r>
              <w:rPr>
                <w:b/>
                <w:sz w:val="17"/>
              </w:rPr>
              <w:t>Nieuws en groepsinformatie</w:t>
            </w:r>
          </w:p>
        </w:tc>
        <w:tc>
          <w:tcPr>
            <w:tcW w:w="5953" w:type="dxa"/>
            <w:tcBorders>
              <w:top w:val="single" w:sz="4" w:space="0" w:color="DCE8E6"/>
              <w:left w:val="single" w:sz="4" w:space="0" w:color="DCE8E6"/>
              <w:bottom w:val="single" w:sz="4" w:space="0" w:color="DCE8E6"/>
              <w:right w:val="single" w:sz="4" w:space="0" w:color="DCE8E6"/>
            </w:tcBorders>
            <w:shd w:val="clear" w:color="auto" w:fill="FAFCFB"/>
          </w:tcPr>
          <w:p w14:paraId="5F50EE06" w14:textId="77777777" w:rsidR="004D4A74" w:rsidRDefault="00AF1749">
            <w:pPr>
              <w:spacing w:after="0"/>
            </w:pPr>
            <w:r>
              <w:rPr>
                <w:sz w:val="17"/>
              </w:rPr>
              <w:t>Parro</w:t>
            </w:r>
          </w:p>
        </w:tc>
      </w:tr>
      <w:tr w:rsidR="004D4A74" w:rsidRPr="001E442B" w14:paraId="2527C79E"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23E6B74E" w14:textId="77777777" w:rsidR="004D4A74" w:rsidRDefault="00AF1749">
            <w:pPr>
              <w:spacing w:after="0"/>
            </w:pPr>
            <w:r>
              <w:rPr>
                <w:b/>
                <w:sz w:val="17"/>
              </w:rPr>
              <w:t>Opvanginformatie</w:t>
            </w:r>
          </w:p>
        </w:tc>
        <w:tc>
          <w:tcPr>
            <w:tcW w:w="5953" w:type="dxa"/>
            <w:tcBorders>
              <w:top w:val="single" w:sz="4" w:space="0" w:color="DCE8E6"/>
              <w:left w:val="single" w:sz="4" w:space="0" w:color="DCE8E6"/>
              <w:bottom w:val="single" w:sz="4" w:space="0" w:color="DCE8E6"/>
              <w:right w:val="single" w:sz="4" w:space="0" w:color="DCE8E6"/>
            </w:tcBorders>
          </w:tcPr>
          <w:p w14:paraId="6513015A" w14:textId="77777777" w:rsidR="004D4A74" w:rsidRPr="001E442B" w:rsidRDefault="00AF1749">
            <w:pPr>
              <w:spacing w:after="0"/>
              <w:rPr>
                <w:lang w:val="nl-NL"/>
              </w:rPr>
            </w:pPr>
            <w:proofErr w:type="spellStart"/>
            <w:r w:rsidRPr="001E442B">
              <w:rPr>
                <w:sz w:val="17"/>
                <w:lang w:val="nl-NL"/>
              </w:rPr>
              <w:t>Kidsconnect</w:t>
            </w:r>
            <w:proofErr w:type="spellEnd"/>
            <w:r w:rsidRPr="001E442B">
              <w:rPr>
                <w:sz w:val="17"/>
                <w:lang w:val="nl-NL"/>
              </w:rPr>
              <w:t xml:space="preserve"> en www.wijzer.nu</w:t>
            </w:r>
          </w:p>
        </w:tc>
      </w:tr>
      <w:tr w:rsidR="004D4A74" w14:paraId="6E05BB9E"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0221BDC9" w14:textId="77777777" w:rsidR="004D4A74" w:rsidRDefault="00AF1749">
            <w:pPr>
              <w:spacing w:after="0"/>
            </w:pPr>
            <w:proofErr w:type="spellStart"/>
            <w:r>
              <w:rPr>
                <w:b/>
                <w:sz w:val="17"/>
              </w:rPr>
              <w:t>Schoolinformatie</w:t>
            </w:r>
            <w:proofErr w:type="spellEnd"/>
            <w:r>
              <w:rPr>
                <w:b/>
                <w:sz w:val="17"/>
              </w:rPr>
              <w:t xml:space="preserve"> </w:t>
            </w:r>
            <w:proofErr w:type="spellStart"/>
            <w:r>
              <w:rPr>
                <w:b/>
                <w:sz w:val="17"/>
              </w:rPr>
              <w:t>en</w:t>
            </w:r>
            <w:proofErr w:type="spellEnd"/>
            <w:r>
              <w:rPr>
                <w:b/>
                <w:sz w:val="17"/>
              </w:rPr>
              <w:t xml:space="preserve"> downloads</w:t>
            </w:r>
          </w:p>
        </w:tc>
        <w:tc>
          <w:tcPr>
            <w:tcW w:w="5953" w:type="dxa"/>
            <w:tcBorders>
              <w:top w:val="single" w:sz="4" w:space="0" w:color="DCE8E6"/>
              <w:left w:val="single" w:sz="4" w:space="0" w:color="DCE8E6"/>
              <w:bottom w:val="single" w:sz="4" w:space="0" w:color="DCE8E6"/>
              <w:right w:val="single" w:sz="4" w:space="0" w:color="DCE8E6"/>
            </w:tcBorders>
            <w:shd w:val="clear" w:color="auto" w:fill="FAFCFB"/>
          </w:tcPr>
          <w:p w14:paraId="637A8323" w14:textId="77777777" w:rsidR="004D4A74" w:rsidRDefault="00AF1749">
            <w:pPr>
              <w:spacing w:after="0"/>
            </w:pPr>
            <w:r>
              <w:rPr>
                <w:sz w:val="17"/>
              </w:rPr>
              <w:t>www.ikcdesingel.nl</w:t>
            </w:r>
          </w:p>
        </w:tc>
      </w:tr>
      <w:tr w:rsidR="004D4A74" w14:paraId="18EFC646"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6CFB8E70" w14:textId="77777777" w:rsidR="004D4A74" w:rsidRDefault="00AF1749">
            <w:pPr>
              <w:spacing w:after="0"/>
            </w:pPr>
            <w:r>
              <w:rPr>
                <w:b/>
                <w:sz w:val="17"/>
              </w:rPr>
              <w:t>Schoolgegevens en resultaten</w:t>
            </w:r>
          </w:p>
        </w:tc>
        <w:tc>
          <w:tcPr>
            <w:tcW w:w="5953" w:type="dxa"/>
            <w:tcBorders>
              <w:top w:val="single" w:sz="4" w:space="0" w:color="DCE8E6"/>
              <w:left w:val="single" w:sz="4" w:space="0" w:color="DCE8E6"/>
              <w:bottom w:val="single" w:sz="4" w:space="0" w:color="DCE8E6"/>
              <w:right w:val="single" w:sz="4" w:space="0" w:color="DCE8E6"/>
            </w:tcBorders>
          </w:tcPr>
          <w:p w14:paraId="09944A37" w14:textId="77777777" w:rsidR="004D4A74" w:rsidRDefault="00AF1749">
            <w:pPr>
              <w:spacing w:after="0"/>
            </w:pPr>
            <w:r>
              <w:rPr>
                <w:sz w:val="17"/>
              </w:rPr>
              <w:t>scholenopdekaart.nl</w:t>
            </w:r>
          </w:p>
        </w:tc>
      </w:tr>
      <w:tr w:rsidR="004D4A74" w:rsidRPr="001E442B" w14:paraId="3107A133"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419617F0" w14:textId="77777777" w:rsidR="004D4A74" w:rsidRDefault="00AF1749">
            <w:pPr>
              <w:spacing w:after="0"/>
            </w:pPr>
            <w:r>
              <w:rPr>
                <w:b/>
                <w:sz w:val="17"/>
              </w:rPr>
              <w:t>Gedragsprotocol en anti-pestbeleid</w:t>
            </w:r>
          </w:p>
        </w:tc>
        <w:tc>
          <w:tcPr>
            <w:tcW w:w="5953" w:type="dxa"/>
            <w:tcBorders>
              <w:top w:val="single" w:sz="4" w:space="0" w:color="DCE8E6"/>
              <w:left w:val="single" w:sz="4" w:space="0" w:color="DCE8E6"/>
              <w:bottom w:val="single" w:sz="4" w:space="0" w:color="DCE8E6"/>
              <w:right w:val="single" w:sz="4" w:space="0" w:color="DCE8E6"/>
            </w:tcBorders>
            <w:shd w:val="clear" w:color="auto" w:fill="FAFCFB"/>
          </w:tcPr>
          <w:p w14:paraId="362127FB" w14:textId="77777777" w:rsidR="004D4A74" w:rsidRPr="003202D9" w:rsidRDefault="00AF1749">
            <w:pPr>
              <w:spacing w:after="0"/>
              <w:rPr>
                <w:lang w:val="nl-NL"/>
              </w:rPr>
            </w:pPr>
            <w:r w:rsidRPr="003202D9">
              <w:rPr>
                <w:sz w:val="17"/>
                <w:lang w:val="nl-NL"/>
              </w:rPr>
              <w:t>Op te vragen bij directie</w:t>
            </w:r>
          </w:p>
        </w:tc>
      </w:tr>
      <w:tr w:rsidR="004D4A74" w14:paraId="7092A37C" w14:textId="77777777" w:rsidTr="4A780B1C">
        <w:trPr>
          <w:jc w:val="center"/>
        </w:trPr>
        <w:tc>
          <w:tcPr>
            <w:tcW w:w="3402" w:type="dxa"/>
            <w:tcBorders>
              <w:top w:val="single" w:sz="4" w:space="0" w:color="DCE8E6"/>
              <w:left w:val="single" w:sz="4" w:space="0" w:color="DCE8E6"/>
              <w:bottom w:val="single" w:sz="4" w:space="0" w:color="DCE8E6"/>
              <w:right w:val="single" w:sz="4" w:space="0" w:color="DCE8E6"/>
            </w:tcBorders>
            <w:shd w:val="clear" w:color="auto" w:fill="EAF6DF"/>
          </w:tcPr>
          <w:p w14:paraId="0CBFF347" w14:textId="77777777" w:rsidR="004D4A74" w:rsidRDefault="00AF1749">
            <w:pPr>
              <w:spacing w:after="0"/>
            </w:pPr>
            <w:proofErr w:type="spellStart"/>
            <w:r>
              <w:rPr>
                <w:b/>
                <w:sz w:val="17"/>
              </w:rPr>
              <w:t>Privacyreglement</w:t>
            </w:r>
            <w:proofErr w:type="spellEnd"/>
            <w:r>
              <w:rPr>
                <w:b/>
                <w:sz w:val="17"/>
              </w:rPr>
              <w:t xml:space="preserve"> </w:t>
            </w:r>
            <w:proofErr w:type="spellStart"/>
            <w:r>
              <w:rPr>
                <w:b/>
                <w:sz w:val="17"/>
              </w:rPr>
              <w:t>Wijzer</w:t>
            </w:r>
            <w:proofErr w:type="spellEnd"/>
          </w:p>
        </w:tc>
        <w:tc>
          <w:tcPr>
            <w:tcW w:w="5953" w:type="dxa"/>
            <w:tcBorders>
              <w:top w:val="single" w:sz="4" w:space="0" w:color="DCE8E6"/>
              <w:left w:val="single" w:sz="4" w:space="0" w:color="DCE8E6"/>
              <w:bottom w:val="single" w:sz="4" w:space="0" w:color="DCE8E6"/>
              <w:right w:val="single" w:sz="4" w:space="0" w:color="DCE8E6"/>
            </w:tcBorders>
          </w:tcPr>
          <w:p w14:paraId="3AE4A4CA" w14:textId="77777777" w:rsidR="004D4A74" w:rsidRDefault="00AF1749">
            <w:pPr>
              <w:spacing w:after="0"/>
            </w:pPr>
            <w:r>
              <w:rPr>
                <w:sz w:val="17"/>
              </w:rPr>
              <w:t>www.wijzer.nu/privacy</w:t>
            </w:r>
          </w:p>
        </w:tc>
      </w:tr>
    </w:tbl>
    <w:p w14:paraId="4496BE8A" w14:textId="77777777" w:rsidR="004D4A74" w:rsidRDefault="004D4A74">
      <w:pPr>
        <w:spacing w:after="40"/>
      </w:pPr>
    </w:p>
    <w:p w14:paraId="66187C96" w14:textId="77777777" w:rsidR="004D4A74" w:rsidRPr="003202D9" w:rsidRDefault="00AF1749">
      <w:pPr>
        <w:rPr>
          <w:lang w:val="nl-NL"/>
        </w:rPr>
      </w:pPr>
      <w:r w:rsidRPr="003202D9">
        <w:rPr>
          <w:lang w:val="nl-NL"/>
        </w:rPr>
        <w:t xml:space="preserve">Deze schoolgids is bedoeld als praktisch document voor ouders en verzorgers. Waar actuele data kunnen wijzigen, zoals studiedagen, activiteiten en opvangmogelijkheden, communiceert de school via </w:t>
      </w:r>
      <w:proofErr w:type="spellStart"/>
      <w:r w:rsidRPr="003202D9">
        <w:rPr>
          <w:lang w:val="nl-NL"/>
        </w:rPr>
        <w:t>Parro</w:t>
      </w:r>
      <w:proofErr w:type="spellEnd"/>
      <w:r w:rsidRPr="003202D9">
        <w:rPr>
          <w:lang w:val="nl-NL"/>
        </w:rPr>
        <w:t xml:space="preserve">, </w:t>
      </w:r>
      <w:proofErr w:type="spellStart"/>
      <w:r w:rsidRPr="003202D9">
        <w:rPr>
          <w:lang w:val="nl-NL"/>
        </w:rPr>
        <w:t>Kidsconnect</w:t>
      </w:r>
      <w:proofErr w:type="spellEnd"/>
      <w:r w:rsidRPr="003202D9">
        <w:rPr>
          <w:lang w:val="nl-NL"/>
        </w:rPr>
        <w:t xml:space="preserve"> of de website.</w:t>
      </w:r>
    </w:p>
    <w:sectPr w:rsidR="004D4A74" w:rsidRPr="003202D9" w:rsidSect="00034616">
      <w:headerReference w:type="default" r:id="rId28"/>
      <w:footerReference w:type="default" r:id="rId29"/>
      <w:pgSz w:w="11906" w:h="16838"/>
      <w:pgMar w:top="935"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38FA4" w14:textId="77777777" w:rsidR="00B920BB" w:rsidRDefault="00B920BB">
      <w:pPr>
        <w:spacing w:after="0" w:line="240" w:lineRule="auto"/>
      </w:pPr>
      <w:r>
        <w:separator/>
      </w:r>
    </w:p>
  </w:endnote>
  <w:endnote w:type="continuationSeparator" w:id="0">
    <w:p w14:paraId="23AB5D64" w14:textId="77777777" w:rsidR="00B920BB" w:rsidRDefault="00B92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4D6AD" w14:textId="77777777" w:rsidR="004D4A74" w:rsidRPr="003202D9" w:rsidRDefault="00AF1749">
    <w:pPr>
      <w:pStyle w:val="Voettekst"/>
      <w:rPr>
        <w:lang w:val="nl-NL"/>
      </w:rPr>
    </w:pPr>
    <w:r w:rsidRPr="003202D9">
      <w:rPr>
        <w:color w:val="555555"/>
        <w:sz w:val="15"/>
        <w:lang w:val="nl-NL"/>
      </w:rPr>
      <w:t>Samen spelen  |  Samen leren  |  Samen groeien</w:t>
    </w:r>
  </w:p>
  <w:p w14:paraId="6DDC5687" w14:textId="77777777" w:rsidR="004D4A74" w:rsidRDefault="00AF1749">
    <w:pPr>
      <w:jc w:val="right"/>
    </w:pPr>
    <w:r>
      <w:rPr>
        <w:noProof/>
      </w:rPr>
      <w:drawing>
        <wp:inline distT="0" distB="0" distL="0" distR="0" wp14:anchorId="3AF155D8" wp14:editId="5777187C">
          <wp:extent cx="1007999" cy="520342"/>
          <wp:effectExtent l="0" t="0" r="0" b="0"/>
          <wp:docPr id="1604097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watermark.png"/>
                  <pic:cNvPicPr/>
                </pic:nvPicPr>
                <pic:blipFill>
                  <a:blip r:embed="rId1"/>
                  <a:stretch>
                    <a:fillRect/>
                  </a:stretch>
                </pic:blipFill>
                <pic:spPr>
                  <a:xfrm>
                    <a:off x="0" y="0"/>
                    <a:ext cx="1007999" cy="520342"/>
                  </a:xfrm>
                  <a:prstGeom prst="rect">
                    <a:avLst/>
                  </a:prstGeom>
                </pic:spPr>
              </pic:pic>
            </a:graphicData>
          </a:graphic>
        </wp:inline>
      </w:drawing>
    </w:r>
    <w:r>
      <w:t xml:space="preserve">   </w:t>
    </w:r>
    <w:r>
      <w:fldChar w:fldCharType="begin"/>
    </w:r>
    <w:r>
      <w:instrText>PAGE</w:instrText>
    </w:r>
    <w:r>
      <w:fldChar w:fldCharType="separate"/>
    </w:r>
    <w:r w:rsidR="003202D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74B57" w14:textId="77777777" w:rsidR="00B920BB" w:rsidRDefault="00B920BB">
      <w:pPr>
        <w:spacing w:after="0" w:line="240" w:lineRule="auto"/>
      </w:pPr>
      <w:r>
        <w:separator/>
      </w:r>
    </w:p>
  </w:footnote>
  <w:footnote w:type="continuationSeparator" w:id="0">
    <w:p w14:paraId="27B6879C" w14:textId="77777777" w:rsidR="00B920BB" w:rsidRDefault="00B92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81FFA" w14:textId="77777777" w:rsidR="004D4A74" w:rsidRDefault="00AF1749">
    <w:pPr>
      <w:pStyle w:val="Koptekst"/>
      <w:pBdr>
        <w:bottom w:val="single" w:sz="12" w:space="1" w:color="79C143"/>
      </w:pBdr>
    </w:pPr>
    <w:r>
      <w:rPr>
        <w:color w:val="00665C"/>
        <w:sz w:val="16"/>
      </w:rPr>
      <w:t xml:space="preserve">IKC De Singel | </w:t>
    </w:r>
    <w:proofErr w:type="spellStart"/>
    <w:r>
      <w:rPr>
        <w:color w:val="00665C"/>
        <w:sz w:val="16"/>
      </w:rPr>
      <w:t>Schoolgids</w:t>
    </w:r>
    <w:proofErr w:type="spellEnd"/>
    <w:r>
      <w:rPr>
        <w:color w:val="00665C"/>
        <w:sz w:val="16"/>
      </w:rPr>
      <w:t xml:space="preserve"> 2026-2027</w:t>
    </w:r>
    <w:r>
      <w:tab/>
    </w:r>
    <w:r>
      <w:rPr>
        <w:noProof/>
      </w:rPr>
      <w:drawing>
        <wp:inline distT="0" distB="0" distL="0" distR="0" wp14:anchorId="3D0F2FBA" wp14:editId="0AA6C572">
          <wp:extent cx="1152000" cy="594677"/>
          <wp:effectExtent l="0" t="0" r="0" b="0"/>
          <wp:docPr id="603985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rans.png"/>
                  <pic:cNvPicPr/>
                </pic:nvPicPr>
                <pic:blipFill>
                  <a:blip r:embed="rId1"/>
                  <a:stretch>
                    <a:fillRect/>
                  </a:stretch>
                </pic:blipFill>
                <pic:spPr>
                  <a:xfrm>
                    <a:off x="0" y="0"/>
                    <a:ext cx="1152000" cy="5946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686BD989"/>
    <w:multiLevelType w:val="hybridMultilevel"/>
    <w:tmpl w:val="2362B2D6"/>
    <w:lvl w:ilvl="0" w:tplc="3FEA88FE">
      <w:start w:val="1"/>
      <w:numFmt w:val="decimal"/>
      <w:lvlText w:val="%1."/>
      <w:lvlJc w:val="left"/>
      <w:pPr>
        <w:ind w:left="720" w:hanging="360"/>
      </w:pPr>
    </w:lvl>
    <w:lvl w:ilvl="1" w:tplc="F020BB78">
      <w:start w:val="1"/>
      <w:numFmt w:val="lowerLetter"/>
      <w:lvlText w:val="%2."/>
      <w:lvlJc w:val="left"/>
      <w:pPr>
        <w:ind w:left="1440" w:hanging="360"/>
      </w:pPr>
    </w:lvl>
    <w:lvl w:ilvl="2" w:tplc="96A60C34">
      <w:start w:val="1"/>
      <w:numFmt w:val="lowerRoman"/>
      <w:lvlText w:val="%3."/>
      <w:lvlJc w:val="right"/>
      <w:pPr>
        <w:ind w:left="2160" w:hanging="180"/>
      </w:pPr>
    </w:lvl>
    <w:lvl w:ilvl="3" w:tplc="77207552">
      <w:start w:val="1"/>
      <w:numFmt w:val="decimal"/>
      <w:lvlText w:val="%4."/>
      <w:lvlJc w:val="left"/>
      <w:pPr>
        <w:ind w:left="2880" w:hanging="360"/>
      </w:pPr>
    </w:lvl>
    <w:lvl w:ilvl="4" w:tplc="57FE0178">
      <w:start w:val="1"/>
      <w:numFmt w:val="lowerLetter"/>
      <w:lvlText w:val="%5."/>
      <w:lvlJc w:val="left"/>
      <w:pPr>
        <w:ind w:left="3600" w:hanging="360"/>
      </w:pPr>
    </w:lvl>
    <w:lvl w:ilvl="5" w:tplc="C9B00FCC">
      <w:start w:val="1"/>
      <w:numFmt w:val="lowerRoman"/>
      <w:lvlText w:val="%6."/>
      <w:lvlJc w:val="right"/>
      <w:pPr>
        <w:ind w:left="4320" w:hanging="180"/>
      </w:pPr>
    </w:lvl>
    <w:lvl w:ilvl="6" w:tplc="746A75D2">
      <w:start w:val="1"/>
      <w:numFmt w:val="decimal"/>
      <w:lvlText w:val="%7."/>
      <w:lvlJc w:val="left"/>
      <w:pPr>
        <w:ind w:left="5040" w:hanging="360"/>
      </w:pPr>
    </w:lvl>
    <w:lvl w:ilvl="7" w:tplc="7946F440">
      <w:start w:val="1"/>
      <w:numFmt w:val="lowerLetter"/>
      <w:lvlText w:val="%8."/>
      <w:lvlJc w:val="left"/>
      <w:pPr>
        <w:ind w:left="5760" w:hanging="360"/>
      </w:pPr>
    </w:lvl>
    <w:lvl w:ilvl="8" w:tplc="D4D46130">
      <w:start w:val="1"/>
      <w:numFmt w:val="lowerRoman"/>
      <w:lvlText w:val="%9."/>
      <w:lvlJc w:val="right"/>
      <w:pPr>
        <w:ind w:left="6480" w:hanging="180"/>
      </w:pPr>
    </w:lvl>
  </w:abstractNum>
  <w:num w:numId="1" w16cid:durableId="461655474">
    <w:abstractNumId w:val="9"/>
  </w:num>
  <w:num w:numId="2" w16cid:durableId="1551116264">
    <w:abstractNumId w:val="8"/>
  </w:num>
  <w:num w:numId="3" w16cid:durableId="269705017">
    <w:abstractNumId w:val="6"/>
  </w:num>
  <w:num w:numId="4" w16cid:durableId="2062317309">
    <w:abstractNumId w:val="5"/>
  </w:num>
  <w:num w:numId="5" w16cid:durableId="2075657325">
    <w:abstractNumId w:val="4"/>
  </w:num>
  <w:num w:numId="6" w16cid:durableId="45764621">
    <w:abstractNumId w:val="7"/>
  </w:num>
  <w:num w:numId="7" w16cid:durableId="259067266">
    <w:abstractNumId w:val="3"/>
  </w:num>
  <w:num w:numId="8" w16cid:durableId="467359719">
    <w:abstractNumId w:val="2"/>
  </w:num>
  <w:num w:numId="9" w16cid:durableId="2090619670">
    <w:abstractNumId w:val="1"/>
  </w:num>
  <w:num w:numId="10" w16cid:durableId="1780101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E442B"/>
    <w:rsid w:val="0029639D"/>
    <w:rsid w:val="002C3CAA"/>
    <w:rsid w:val="003202D9"/>
    <w:rsid w:val="00326F90"/>
    <w:rsid w:val="004D4A74"/>
    <w:rsid w:val="00690CF6"/>
    <w:rsid w:val="00727BB3"/>
    <w:rsid w:val="008D5ED0"/>
    <w:rsid w:val="00954629"/>
    <w:rsid w:val="009C686A"/>
    <w:rsid w:val="00AA1D8D"/>
    <w:rsid w:val="00AF1749"/>
    <w:rsid w:val="00B00741"/>
    <w:rsid w:val="00B47730"/>
    <w:rsid w:val="00B920BB"/>
    <w:rsid w:val="00CB0664"/>
    <w:rsid w:val="00D42842"/>
    <w:rsid w:val="00FC693F"/>
    <w:rsid w:val="0160BF86"/>
    <w:rsid w:val="01F53D2C"/>
    <w:rsid w:val="02196D7A"/>
    <w:rsid w:val="026C500C"/>
    <w:rsid w:val="0283C292"/>
    <w:rsid w:val="02A2A04B"/>
    <w:rsid w:val="0379DCC9"/>
    <w:rsid w:val="03807DA8"/>
    <w:rsid w:val="04B2E681"/>
    <w:rsid w:val="05596F55"/>
    <w:rsid w:val="058041C3"/>
    <w:rsid w:val="05C80459"/>
    <w:rsid w:val="06C6B190"/>
    <w:rsid w:val="074D2035"/>
    <w:rsid w:val="076258E1"/>
    <w:rsid w:val="07DC8CFB"/>
    <w:rsid w:val="0848B258"/>
    <w:rsid w:val="098139B9"/>
    <w:rsid w:val="0CE95177"/>
    <w:rsid w:val="0D7B0271"/>
    <w:rsid w:val="0D952BB7"/>
    <w:rsid w:val="0DA94E0A"/>
    <w:rsid w:val="0E229ACE"/>
    <w:rsid w:val="0E60EDBA"/>
    <w:rsid w:val="0E97D408"/>
    <w:rsid w:val="0F8B6FCD"/>
    <w:rsid w:val="10390256"/>
    <w:rsid w:val="10539BDB"/>
    <w:rsid w:val="107E22DB"/>
    <w:rsid w:val="1087FD03"/>
    <w:rsid w:val="10D61829"/>
    <w:rsid w:val="11D851A7"/>
    <w:rsid w:val="11DCFB3B"/>
    <w:rsid w:val="12E4CABD"/>
    <w:rsid w:val="13952E79"/>
    <w:rsid w:val="13FDCE3D"/>
    <w:rsid w:val="142CE0A2"/>
    <w:rsid w:val="145CF289"/>
    <w:rsid w:val="1583CFBF"/>
    <w:rsid w:val="15B2CC67"/>
    <w:rsid w:val="15FC7C1F"/>
    <w:rsid w:val="167A29EC"/>
    <w:rsid w:val="175C827B"/>
    <w:rsid w:val="177D67E3"/>
    <w:rsid w:val="1856BF05"/>
    <w:rsid w:val="192FBAE8"/>
    <w:rsid w:val="1B17A889"/>
    <w:rsid w:val="1B59535A"/>
    <w:rsid w:val="1C106A4E"/>
    <w:rsid w:val="1CD4028D"/>
    <w:rsid w:val="1D1C8F73"/>
    <w:rsid w:val="1D32524D"/>
    <w:rsid w:val="1DD4CAE4"/>
    <w:rsid w:val="1DDD4AB1"/>
    <w:rsid w:val="20A2FDBE"/>
    <w:rsid w:val="211F2379"/>
    <w:rsid w:val="21348B80"/>
    <w:rsid w:val="2210AE4B"/>
    <w:rsid w:val="22435DAE"/>
    <w:rsid w:val="2244FDD3"/>
    <w:rsid w:val="24994F51"/>
    <w:rsid w:val="24D39736"/>
    <w:rsid w:val="263559CC"/>
    <w:rsid w:val="264B7E7A"/>
    <w:rsid w:val="2656A0D4"/>
    <w:rsid w:val="26F1BDA6"/>
    <w:rsid w:val="2999E6F1"/>
    <w:rsid w:val="2A52BB5F"/>
    <w:rsid w:val="2AD83BDF"/>
    <w:rsid w:val="2B58767C"/>
    <w:rsid w:val="2B701EB1"/>
    <w:rsid w:val="2CA86717"/>
    <w:rsid w:val="2CEE9BA8"/>
    <w:rsid w:val="2D1D283B"/>
    <w:rsid w:val="2DBD6C9C"/>
    <w:rsid w:val="2DD04803"/>
    <w:rsid w:val="2E083D55"/>
    <w:rsid w:val="2E083F57"/>
    <w:rsid w:val="2FAAAF01"/>
    <w:rsid w:val="31993C1E"/>
    <w:rsid w:val="31FB08B2"/>
    <w:rsid w:val="326ED07E"/>
    <w:rsid w:val="3293BD43"/>
    <w:rsid w:val="33DF5D02"/>
    <w:rsid w:val="34ADE264"/>
    <w:rsid w:val="351B795B"/>
    <w:rsid w:val="3551F9BC"/>
    <w:rsid w:val="36D56100"/>
    <w:rsid w:val="3887C5A4"/>
    <w:rsid w:val="398FB8FF"/>
    <w:rsid w:val="3A646723"/>
    <w:rsid w:val="3B9508D8"/>
    <w:rsid w:val="3C11DFDC"/>
    <w:rsid w:val="3C28C4E4"/>
    <w:rsid w:val="3C843FD9"/>
    <w:rsid w:val="3D6C5902"/>
    <w:rsid w:val="3D7A929B"/>
    <w:rsid w:val="3DD4CA22"/>
    <w:rsid w:val="3F893E31"/>
    <w:rsid w:val="3FB18EA2"/>
    <w:rsid w:val="3FD5A3A7"/>
    <w:rsid w:val="401996E1"/>
    <w:rsid w:val="411A4813"/>
    <w:rsid w:val="41324C19"/>
    <w:rsid w:val="416CB24A"/>
    <w:rsid w:val="42552140"/>
    <w:rsid w:val="44959594"/>
    <w:rsid w:val="45A62C73"/>
    <w:rsid w:val="45BFF60A"/>
    <w:rsid w:val="473CB4E4"/>
    <w:rsid w:val="4806BD1C"/>
    <w:rsid w:val="4844AD4A"/>
    <w:rsid w:val="490504BE"/>
    <w:rsid w:val="49B947F0"/>
    <w:rsid w:val="49C6CCF7"/>
    <w:rsid w:val="4A2974F2"/>
    <w:rsid w:val="4A780B1C"/>
    <w:rsid w:val="4A78EA00"/>
    <w:rsid w:val="4A981209"/>
    <w:rsid w:val="4BB1D560"/>
    <w:rsid w:val="4C08CB2C"/>
    <w:rsid w:val="4C1FF9E0"/>
    <w:rsid w:val="4CB38ADA"/>
    <w:rsid w:val="4CF7A469"/>
    <w:rsid w:val="4D0B8B55"/>
    <w:rsid w:val="4E821B3E"/>
    <w:rsid w:val="4EA20C5E"/>
    <w:rsid w:val="4F898C8A"/>
    <w:rsid w:val="4FB70CB2"/>
    <w:rsid w:val="5036F45E"/>
    <w:rsid w:val="507DDCBE"/>
    <w:rsid w:val="510AE04D"/>
    <w:rsid w:val="51973C66"/>
    <w:rsid w:val="51C18F82"/>
    <w:rsid w:val="525BCC2A"/>
    <w:rsid w:val="52B2AD24"/>
    <w:rsid w:val="5302FD6D"/>
    <w:rsid w:val="531FE904"/>
    <w:rsid w:val="53859C3F"/>
    <w:rsid w:val="54A54D47"/>
    <w:rsid w:val="54AAD310"/>
    <w:rsid w:val="568C391B"/>
    <w:rsid w:val="586BFFF2"/>
    <w:rsid w:val="58F80F1C"/>
    <w:rsid w:val="5AE5A28E"/>
    <w:rsid w:val="5BA8ABA9"/>
    <w:rsid w:val="5C9C2FF3"/>
    <w:rsid w:val="5E4A35D3"/>
    <w:rsid w:val="5F2E4B6F"/>
    <w:rsid w:val="63F5EB9C"/>
    <w:rsid w:val="643A2932"/>
    <w:rsid w:val="643C3792"/>
    <w:rsid w:val="649C36F5"/>
    <w:rsid w:val="65D01A80"/>
    <w:rsid w:val="6740B14B"/>
    <w:rsid w:val="68DD3643"/>
    <w:rsid w:val="68EFE165"/>
    <w:rsid w:val="691BC279"/>
    <w:rsid w:val="69BCEFB4"/>
    <w:rsid w:val="69D56972"/>
    <w:rsid w:val="6A0334AF"/>
    <w:rsid w:val="6A08AEED"/>
    <w:rsid w:val="6C275D85"/>
    <w:rsid w:val="6C796884"/>
    <w:rsid w:val="6CCB6F89"/>
    <w:rsid w:val="6DFFEAAD"/>
    <w:rsid w:val="6EF0E5A0"/>
    <w:rsid w:val="70DD123C"/>
    <w:rsid w:val="70F13F2D"/>
    <w:rsid w:val="71301FD6"/>
    <w:rsid w:val="7133B0FB"/>
    <w:rsid w:val="7211147E"/>
    <w:rsid w:val="731F3C59"/>
    <w:rsid w:val="737EC77B"/>
    <w:rsid w:val="745701BA"/>
    <w:rsid w:val="747255DF"/>
    <w:rsid w:val="75376011"/>
    <w:rsid w:val="75FA6EA9"/>
    <w:rsid w:val="76F58A5C"/>
    <w:rsid w:val="77BC953C"/>
    <w:rsid w:val="77C9CC68"/>
    <w:rsid w:val="784AB879"/>
    <w:rsid w:val="7963CC94"/>
    <w:rsid w:val="7A4FF60C"/>
    <w:rsid w:val="7BC0F7F1"/>
    <w:rsid w:val="7DEFE7DE"/>
    <w:rsid w:val="7E2EC33C"/>
    <w:rsid w:val="7EE9BD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7E00AE"/>
  <w14:defaultImageDpi w14:val="300"/>
  <w15:docId w15:val="{07F8330D-7C85-4A43-B2BA-856EC76A7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80" w:line="259" w:lineRule="auto"/>
    </w:pPr>
    <w:rPr>
      <w:rFonts w:ascii="Aptos" w:eastAsia="Aptos" w:hAnsi="Aptos"/>
      <w:sz w:val="19"/>
    </w:rPr>
  </w:style>
  <w:style w:type="paragraph" w:styleId="Kop1">
    <w:name w:val="heading 1"/>
    <w:basedOn w:val="Standaard"/>
    <w:next w:val="Standaard"/>
    <w:link w:val="Kop1Char"/>
    <w:uiPriority w:val="9"/>
    <w:qFormat/>
    <w:rsid w:val="00FC693F"/>
    <w:pPr>
      <w:keepNext/>
      <w:keepLines/>
      <w:spacing w:before="240" w:after="100"/>
      <w:outlineLvl w:val="0"/>
    </w:pPr>
    <w:rPr>
      <w:rFonts w:asciiTheme="majorHAnsi" w:eastAsiaTheme="majorEastAsia" w:hAnsiTheme="majorHAnsi" w:cstheme="majorBidi"/>
      <w:b/>
      <w:bCs/>
      <w:color w:val="00665C"/>
      <w:sz w:val="40"/>
      <w:szCs w:val="28"/>
    </w:rPr>
  </w:style>
  <w:style w:type="paragraph" w:styleId="Kop2">
    <w:name w:val="heading 2"/>
    <w:basedOn w:val="Standaard"/>
    <w:next w:val="Standaard"/>
    <w:link w:val="Kop2Char"/>
    <w:uiPriority w:val="9"/>
    <w:unhideWhenUsed/>
    <w:qFormat/>
    <w:rsid w:val="00FC693F"/>
    <w:pPr>
      <w:keepNext/>
      <w:keepLines/>
      <w:spacing w:before="180" w:after="60"/>
      <w:outlineLvl w:val="1"/>
    </w:pPr>
    <w:rPr>
      <w:rFonts w:asciiTheme="majorHAnsi" w:eastAsiaTheme="majorEastAsia" w:hAnsiTheme="majorHAnsi" w:cstheme="majorBidi"/>
      <w:b/>
      <w:bCs/>
      <w:color w:val="00665C"/>
      <w:sz w:val="27"/>
      <w:szCs w:val="26"/>
    </w:rPr>
  </w:style>
  <w:style w:type="paragraph" w:styleId="Kop3">
    <w:name w:val="heading 3"/>
    <w:basedOn w:val="Standaard"/>
    <w:next w:val="Standaard"/>
    <w:link w:val="Kop3Char"/>
    <w:uiPriority w:val="9"/>
    <w:unhideWhenUsed/>
    <w:qFormat/>
    <w:rsid w:val="00FC693F"/>
    <w:pPr>
      <w:keepNext/>
      <w:keepLines/>
      <w:spacing w:before="120" w:after="40"/>
      <w:outlineLvl w:val="2"/>
    </w:pPr>
    <w:rPr>
      <w:rFonts w:asciiTheme="majorHAnsi" w:eastAsiaTheme="majorEastAsia" w:hAnsiTheme="majorHAnsi" w:cstheme="majorBidi"/>
      <w:b/>
      <w:bCs/>
      <w:color w:val="0B7770"/>
      <w:sz w:val="23"/>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link w:val="Koptekst"/>
    <w:uiPriority w:val="99"/>
    <w:rsid w:val="4A780B1C"/>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link w:val="Voettekst"/>
    <w:uiPriority w:val="99"/>
    <w:rsid w:val="4A780B1C"/>
  </w:style>
  <w:style w:type="paragraph" w:styleId="Geenafstand">
    <w:name w:val="No Spacing"/>
    <w:uiPriority w:val="1"/>
    <w:qFormat/>
    <w:rsid w:val="00FC693F"/>
    <w:pPr>
      <w:spacing w:after="0" w:line="240" w:lineRule="auto"/>
    </w:pPr>
  </w:style>
  <w:style w:type="character" w:customStyle="1" w:styleId="Kop1Char">
    <w:name w:val="Kop 1 Char"/>
    <w:link w:val="Kop1"/>
    <w:uiPriority w:val="9"/>
    <w:rsid w:val="4A780B1C"/>
    <w:rPr>
      <w:rFonts w:asciiTheme="majorHAnsi" w:eastAsiaTheme="majorEastAsia" w:hAnsiTheme="majorHAnsi" w:cstheme="majorBidi"/>
      <w:b/>
      <w:bCs/>
      <w:color w:val="365F91" w:themeColor="accent1" w:themeShade="BF"/>
      <w:sz w:val="28"/>
      <w:szCs w:val="28"/>
    </w:rPr>
  </w:style>
  <w:style w:type="character" w:customStyle="1" w:styleId="Kop2Char">
    <w:name w:val="Kop 2 Char"/>
    <w:link w:val="Kop2"/>
    <w:uiPriority w:val="9"/>
    <w:rsid w:val="4A780B1C"/>
    <w:rPr>
      <w:rFonts w:asciiTheme="majorHAnsi" w:eastAsiaTheme="majorEastAsia" w:hAnsiTheme="majorHAnsi" w:cstheme="majorBidi"/>
      <w:b/>
      <w:bCs/>
      <w:color w:val="4F81BD" w:themeColor="accent1"/>
      <w:sz w:val="26"/>
      <w:szCs w:val="26"/>
    </w:rPr>
  </w:style>
  <w:style w:type="character" w:customStyle="1" w:styleId="Kop3Char">
    <w:name w:val="Kop 3 Char"/>
    <w:link w:val="Kop3"/>
    <w:uiPriority w:val="9"/>
    <w:rsid w:val="4A780B1C"/>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00665C"/>
      <w:spacing w:val="5"/>
      <w:kern w:val="28"/>
      <w:sz w:val="60"/>
      <w:szCs w:val="52"/>
    </w:rPr>
  </w:style>
  <w:style w:type="character" w:customStyle="1" w:styleId="TitelChar">
    <w:name w:val="Titel Char"/>
    <w:link w:val="Titel"/>
    <w:uiPriority w:val="10"/>
    <w:rsid w:val="4A780B1C"/>
    <w:rPr>
      <w:rFonts w:asciiTheme="majorHAnsi" w:eastAsiaTheme="majorEastAsia" w:hAnsiTheme="majorHAnsi" w:cstheme="majorBidi"/>
      <w:color w:val="17365D" w:themeColor="text2" w:themeShade="BF"/>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link w:val="Ondertitel"/>
    <w:uiPriority w:val="11"/>
    <w:rsid w:val="4A780B1C"/>
    <w:rPr>
      <w:rFonts w:asciiTheme="majorHAnsi" w:eastAsiaTheme="majorEastAsia" w:hAnsiTheme="majorHAnsi" w:cstheme="majorBidi"/>
      <w:i/>
      <w:iCs/>
      <w:color w:val="4F81BD" w:themeColor="accent1"/>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link w:val="Plattetekst"/>
    <w:uiPriority w:val="99"/>
    <w:rsid w:val="4A780B1C"/>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link w:val="Plattetekst2"/>
    <w:uiPriority w:val="99"/>
    <w:rsid w:val="4A780B1C"/>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link w:val="Plattetekst3"/>
    <w:uiPriority w:val="99"/>
    <w:rsid w:val="4A780B1C"/>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2"/>
      </w:numPr>
      <w:contextualSpacing/>
    </w:pPr>
  </w:style>
  <w:style w:type="paragraph" w:styleId="Lijstopsomteken2">
    <w:name w:val="List Bullet 2"/>
    <w:basedOn w:val="Standaard"/>
    <w:uiPriority w:val="99"/>
    <w:unhideWhenUsed/>
    <w:rsid w:val="00326F90"/>
    <w:pPr>
      <w:numPr>
        <w:numId w:val="3"/>
      </w:numPr>
      <w:contextualSpacing/>
    </w:pPr>
  </w:style>
  <w:style w:type="paragraph" w:styleId="Lijstopsomteken3">
    <w:name w:val="List Bullet 3"/>
    <w:basedOn w:val="Standaard"/>
    <w:uiPriority w:val="99"/>
    <w:unhideWhenUsed/>
    <w:rsid w:val="00326F90"/>
    <w:pPr>
      <w:numPr>
        <w:numId w:val="4"/>
      </w:numPr>
      <w:contextualSpacing/>
    </w:pPr>
  </w:style>
  <w:style w:type="paragraph" w:styleId="Lijstnummering">
    <w:name w:val="List Number"/>
    <w:basedOn w:val="Standaard"/>
    <w:uiPriority w:val="99"/>
    <w:unhideWhenUsed/>
    <w:rsid w:val="00326F90"/>
    <w:pPr>
      <w:numPr>
        <w:numId w:val="6"/>
      </w:numPr>
      <w:contextualSpacing/>
    </w:pPr>
  </w:style>
  <w:style w:type="paragraph" w:styleId="Lijstnummering2">
    <w:name w:val="List Number 2"/>
    <w:basedOn w:val="Standaard"/>
    <w:uiPriority w:val="99"/>
    <w:unhideWhenUsed/>
    <w:rsid w:val="0029639D"/>
    <w:pPr>
      <w:numPr>
        <w:numId w:val="7"/>
      </w:numPr>
      <w:contextualSpacing/>
    </w:pPr>
  </w:style>
  <w:style w:type="paragraph" w:styleId="Lijstnummering3">
    <w:name w:val="List Number 3"/>
    <w:basedOn w:val="Standaard"/>
    <w:uiPriority w:val="99"/>
    <w:unhideWhenUsed/>
    <w:rsid w:val="0029639D"/>
    <w:pPr>
      <w:numPr>
        <w:numId w:val="8"/>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link w:val="Macrotekst"/>
    <w:uiPriority w:val="99"/>
    <w:rsid w:val="4A780B1C"/>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link w:val="Citaat"/>
    <w:uiPriority w:val="29"/>
    <w:rsid w:val="4A780B1C"/>
    <w:rPr>
      <w:i/>
      <w:iCs/>
      <w:color w:val="000000" w:themeColor="text1"/>
    </w:rPr>
  </w:style>
  <w:style w:type="character" w:customStyle="1" w:styleId="Kop4Char">
    <w:name w:val="Kop 4 Char"/>
    <w:link w:val="Kop4"/>
    <w:uiPriority w:val="9"/>
    <w:semiHidden/>
    <w:rsid w:val="4A780B1C"/>
    <w:rPr>
      <w:rFonts w:asciiTheme="majorHAnsi" w:eastAsiaTheme="majorEastAsia" w:hAnsiTheme="majorHAnsi" w:cstheme="majorBidi"/>
      <w:b/>
      <w:bCs/>
      <w:i/>
      <w:iCs/>
      <w:color w:val="4F81BD" w:themeColor="accent1"/>
    </w:rPr>
  </w:style>
  <w:style w:type="character" w:customStyle="1" w:styleId="Kop5Char">
    <w:name w:val="Kop 5 Char"/>
    <w:link w:val="Kop5"/>
    <w:uiPriority w:val="9"/>
    <w:semiHidden/>
    <w:rsid w:val="4A780B1C"/>
    <w:rPr>
      <w:rFonts w:asciiTheme="majorHAnsi" w:eastAsiaTheme="majorEastAsia" w:hAnsiTheme="majorHAnsi" w:cstheme="majorBidi"/>
      <w:color w:val="243F60"/>
    </w:rPr>
  </w:style>
  <w:style w:type="character" w:customStyle="1" w:styleId="Kop6Char">
    <w:name w:val="Kop 6 Char"/>
    <w:link w:val="Kop6"/>
    <w:uiPriority w:val="9"/>
    <w:semiHidden/>
    <w:rsid w:val="4A780B1C"/>
    <w:rPr>
      <w:rFonts w:asciiTheme="majorHAnsi" w:eastAsiaTheme="majorEastAsia" w:hAnsiTheme="majorHAnsi" w:cstheme="majorBidi"/>
      <w:i/>
      <w:iCs/>
      <w:color w:val="243F60"/>
    </w:rPr>
  </w:style>
  <w:style w:type="character" w:customStyle="1" w:styleId="Kop7Char">
    <w:name w:val="Kop 7 Char"/>
    <w:link w:val="Kop7"/>
    <w:uiPriority w:val="9"/>
    <w:semiHidden/>
    <w:rsid w:val="4A780B1C"/>
    <w:rPr>
      <w:rFonts w:asciiTheme="majorHAnsi" w:eastAsiaTheme="majorEastAsia" w:hAnsiTheme="majorHAnsi" w:cstheme="majorBidi"/>
      <w:i/>
      <w:iCs/>
      <w:color w:val="404040" w:themeColor="text1" w:themeTint="BF"/>
    </w:rPr>
  </w:style>
  <w:style w:type="character" w:customStyle="1" w:styleId="Kop8Char">
    <w:name w:val="Kop 8 Char"/>
    <w:link w:val="Kop8"/>
    <w:uiPriority w:val="9"/>
    <w:semiHidden/>
    <w:rsid w:val="4A780B1C"/>
    <w:rPr>
      <w:rFonts w:asciiTheme="majorHAnsi" w:eastAsiaTheme="majorEastAsia" w:hAnsiTheme="majorHAnsi" w:cstheme="majorBidi"/>
      <w:color w:val="4F81BD" w:themeColor="accent1"/>
      <w:sz w:val="20"/>
      <w:szCs w:val="20"/>
    </w:rPr>
  </w:style>
  <w:style w:type="character" w:customStyle="1" w:styleId="Kop9Char">
    <w:name w:val="Kop 9 Char"/>
    <w:link w:val="Kop9"/>
    <w:uiPriority w:val="9"/>
    <w:semiHidden/>
    <w:rsid w:val="4A780B1C"/>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uiPriority w:val="22"/>
    <w:qFormat/>
    <w:rsid w:val="4A780B1C"/>
    <w:rPr>
      <w:b/>
      <w:bCs/>
    </w:rPr>
  </w:style>
  <w:style w:type="character" w:styleId="Nadruk">
    <w:name w:val="Emphasis"/>
    <w:uiPriority w:val="20"/>
    <w:qFormat/>
    <w:rsid w:val="4A780B1C"/>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link w:val="Duidelijkcitaat"/>
    <w:uiPriority w:val="30"/>
    <w:rsid w:val="4A780B1C"/>
    <w:rPr>
      <w:b/>
      <w:bCs/>
      <w:i/>
      <w:iCs/>
      <w:color w:val="4F81BD" w:themeColor="accent1"/>
    </w:rPr>
  </w:style>
  <w:style w:type="character" w:styleId="Subtielebenadrukking">
    <w:name w:val="Subtle Emphasis"/>
    <w:uiPriority w:val="19"/>
    <w:qFormat/>
    <w:rsid w:val="4A780B1C"/>
    <w:rPr>
      <w:i/>
      <w:iCs/>
      <w:color w:val="808080" w:themeColor="background1" w:themeShade="80"/>
    </w:rPr>
  </w:style>
  <w:style w:type="character" w:styleId="Intensievebenadrukking">
    <w:name w:val="Intense Emphasis"/>
    <w:uiPriority w:val="21"/>
    <w:qFormat/>
    <w:rsid w:val="4A780B1C"/>
    <w:rPr>
      <w:b/>
      <w:bCs/>
      <w:i/>
      <w:iCs/>
      <w:color w:val="4F81BD" w:themeColor="accent1"/>
    </w:rPr>
  </w:style>
  <w:style w:type="character" w:styleId="Subtieleverwijzing">
    <w:name w:val="Subtle Reference"/>
    <w:uiPriority w:val="31"/>
    <w:qFormat/>
    <w:rsid w:val="4A780B1C"/>
    <w:rPr>
      <w:smallCaps/>
      <w:color w:val="C0504D" w:themeColor="accent2"/>
      <w:u w:val="single"/>
    </w:rPr>
  </w:style>
  <w:style w:type="character" w:styleId="Intensieveverwijzing">
    <w:name w:val="Intense Reference"/>
    <w:uiPriority w:val="32"/>
    <w:qFormat/>
    <w:rsid w:val="4A780B1C"/>
    <w:rPr>
      <w:b/>
      <w:bCs/>
      <w:smallCaps/>
      <w:color w:val="C0504D" w:themeColor="accent2"/>
      <w:u w:val="single"/>
    </w:rPr>
  </w:style>
  <w:style w:type="character" w:styleId="Titelvanboek">
    <w:name w:val="Book Title"/>
    <w:uiPriority w:val="33"/>
    <w:qFormat/>
    <w:rsid w:val="4A780B1C"/>
    <w:rPr>
      <w:b/>
      <w:bCs/>
      <w:smallCaps/>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ingelQuote">
    <w:name w:val="SingelQuote"/>
    <w:pPr>
      <w:spacing w:before="80" w:after="160"/>
    </w:pPr>
    <w:rPr>
      <w:rFonts w:ascii="Aptos" w:hAnsi="Aptos"/>
      <w:b/>
      <w:color w:val="00665C"/>
      <w:sz w:val="24"/>
    </w:rPr>
  </w:style>
  <w:style w:type="paragraph" w:customStyle="1" w:styleId="Small">
    <w:name w:val="Small"/>
    <w:pPr>
      <w:spacing w:after="40"/>
    </w:pPr>
    <w:rPr>
      <w:rFonts w:ascii="Aptos" w:hAnsi="Aptos"/>
      <w:color w:val="555555"/>
      <w:sz w:val="16"/>
    </w:rPr>
  </w:style>
  <w:style w:type="character" w:styleId="Hyperlink">
    <w:name w:val="Hyperlink"/>
    <w:uiPriority w:val="99"/>
    <w:unhideWhenUsed/>
    <w:rsid w:val="4A780B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jp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jp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or.desingel@wijzer.nu" TargetMode="External"/><Relationship Id="rId27" Type="http://schemas.openxmlformats.org/officeDocument/2006/relationships/image" Target="media/image16.jpg"/><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66D37DEE81E14D999B3883FC6A87DF" ma:contentTypeVersion="13" ma:contentTypeDescription="Een nieuw document maken." ma:contentTypeScope="" ma:versionID="744c4bea146773cc098736b07778ef89">
  <xsd:schema xmlns:xsd="http://www.w3.org/2001/XMLSchema" xmlns:xs="http://www.w3.org/2001/XMLSchema" xmlns:p="http://schemas.microsoft.com/office/2006/metadata/properties" xmlns:ns2="11ecb91a-185d-413e-a054-dbe52b75437f" xmlns:ns3="eabeda21-987f-4edf-8a6e-8df23b2f56ac" targetNamespace="http://schemas.microsoft.com/office/2006/metadata/properties" ma:root="true" ma:fieldsID="f72b086b1059769e1ef78043133b2ef5" ns2:_="" ns3:_="">
    <xsd:import namespace="11ecb91a-185d-413e-a054-dbe52b75437f"/>
    <xsd:import namespace="eabeda21-987f-4edf-8a6e-8df23b2f56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ecb91a-185d-413e-a054-dbe52b7543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da7247e3-38eb-43f5-a76c-6984aefe99f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beda21-987f-4edf-8a6e-8df23b2f56a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7355ccd-cc73-45b1-a73f-beaf57c97eeb}" ma:internalName="TaxCatchAll" ma:showField="CatchAllData" ma:web="eabeda21-987f-4edf-8a6e-8df23b2f56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ecb91a-185d-413e-a054-dbe52b75437f">
      <Terms xmlns="http://schemas.microsoft.com/office/infopath/2007/PartnerControls"/>
    </lcf76f155ced4ddcb4097134ff3c332f>
    <TaxCatchAll xmlns="eabeda21-987f-4edf-8a6e-8df23b2f56a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30E50C-8A05-47B4-BEF4-7C02CD8D0A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ecb91a-185d-413e-a054-dbe52b75437f"/>
    <ds:schemaRef ds:uri="eabeda21-987f-4edf-8a6e-8df23b2f56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96DB53-C52D-447F-B783-98AC46D559B5}">
  <ds:schemaRefs>
    <ds:schemaRef ds:uri="http://schemas.microsoft.com/sharepoint/v3/contenttype/forms"/>
  </ds:schemaRefs>
</ds:datastoreItem>
</file>

<file path=customXml/itemProps3.xml><?xml version="1.0" encoding="utf-8"?>
<ds:datastoreItem xmlns:ds="http://schemas.openxmlformats.org/officeDocument/2006/customXml" ds:itemID="{F42A9453-1ABC-48B8-9884-EFDDEA82B605}">
  <ds:schemaRefs>
    <ds:schemaRef ds:uri="http://schemas.microsoft.com/office/2006/metadata/properties"/>
    <ds:schemaRef ds:uri="http://schemas.microsoft.com/office/infopath/2007/PartnerControls"/>
    <ds:schemaRef ds:uri="11ecb91a-185d-413e-a054-dbe52b75437f"/>
    <ds:schemaRef ds:uri="eabeda21-987f-4edf-8a6e-8df23b2f56ac"/>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5648</Words>
  <Characters>31065</Characters>
  <Application>Microsoft Office Word</Application>
  <DocSecurity>0</DocSecurity>
  <Lines>258</Lines>
  <Paragraphs>73</Paragraphs>
  <ScaleCrop>false</ScaleCrop>
  <Manager/>
  <Company/>
  <LinksUpToDate>false</LinksUpToDate>
  <CharactersWithSpaces>36640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IKC De Singel Schoolgids 2026-2027</dc:title>
  <dc:subject>Schoolgids 2026-2027</dc:subject>
  <dc:creator>IKC De Singel</dc:creator>
  <cp:keywords>IKC De Singel, schoolgids, Vlaardingen, Wijzer</cp:keywords>
  <dc:description>Bewerkbare Word-versie met herschreven tekst en losse afbeeldingen.</dc:description>
  <cp:lastModifiedBy>Leroy  Silva Goncalves</cp:lastModifiedBy>
  <cp:revision>2</cp:revision>
  <dcterms:created xsi:type="dcterms:W3CDTF">2026-09-22T09:22:00Z</dcterms:created>
  <dcterms:modified xsi:type="dcterms:W3CDTF">2026-09-22T09:22:00Z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0x0101002966D37DEE81E14D999B3883FC6A87DF</vt:lpwstr>
  </property>
  <property fmtid="{D5CDD505-2E9C-101B-9397-08002B2CF9AE}" pid="3" name="MediaServiceImageTags">
    <vt:lpwstr/>
  </property>
</Properties>
</file>